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Chairman Rupert Pratt called the meeting to order at 6:00 PM.</w:t>
      </w:r>
    </w:p>
    <w:p w14:paraId="0A48860A" w14:textId="69DF94B6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Andrew Bracy, Joel Doyon, James Burrill</w:t>
      </w:r>
      <w:r w:rsidR="00845CBB">
        <w:t xml:space="preserve">, </w:t>
      </w:r>
      <w:r>
        <w:rPr>
          <w:color w:val="000000"/>
        </w:rPr>
        <w:t xml:space="preserve">David Catino. </w:t>
      </w:r>
    </w:p>
    <w:p w14:paraId="0A48860B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Approval of Minutes</w:t>
      </w:r>
    </w:p>
    <w:p w14:paraId="0A48860C" w14:textId="04BD5573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584995">
        <w:rPr>
          <w:color w:val="000000"/>
        </w:rPr>
        <w:t>Andrew Bracy</w:t>
      </w:r>
      <w:r>
        <w:rPr>
          <w:color w:val="000000"/>
        </w:rPr>
        <w:t xml:space="preserve"> to approve the </w:t>
      </w:r>
      <w:r w:rsidR="0001426C">
        <w:rPr>
          <w:color w:val="000000"/>
        </w:rPr>
        <w:t>February</w:t>
      </w:r>
      <w:r>
        <w:rPr>
          <w:color w:val="000000"/>
        </w:rPr>
        <w:t xml:space="preserve"> </w:t>
      </w:r>
      <w:r w:rsidR="00137414">
        <w:t>24</w:t>
      </w:r>
      <w:r>
        <w:rPr>
          <w:color w:val="000000"/>
        </w:rPr>
        <w:t xml:space="preserve">, 2026 Select Board Meeting. Seconded by </w:t>
      </w:r>
      <w:r w:rsidR="00137414">
        <w:rPr>
          <w:color w:val="000000"/>
        </w:rPr>
        <w:t>Joel Doyon</w:t>
      </w:r>
      <w:r>
        <w:rPr>
          <w:color w:val="000000"/>
        </w:rPr>
        <w:t>. Motion carried unanimously.</w:t>
      </w:r>
    </w:p>
    <w:p w14:paraId="0A48860D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06015DA2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137414">
        <w:rPr>
          <w:color w:val="000000"/>
        </w:rPr>
        <w:t>James Burrill</w:t>
      </w:r>
      <w:r>
        <w:rPr>
          <w:color w:val="000000"/>
        </w:rPr>
        <w:t xml:space="preserve"> to approve the Treasurer’s Warrant for the week of </w:t>
      </w:r>
      <w:r w:rsidR="00CB2E1A">
        <w:rPr>
          <w:color w:val="000000"/>
        </w:rPr>
        <w:t>March 12</w:t>
      </w:r>
      <w:r>
        <w:rPr>
          <w:color w:val="000000"/>
        </w:rPr>
        <w:t>, 2026 in the amount of $</w:t>
      </w:r>
      <w:r w:rsidR="00CB2E1A">
        <w:rPr>
          <w:color w:val="000000"/>
        </w:rPr>
        <w:t>123</w:t>
      </w:r>
      <w:r w:rsidR="005E023D">
        <w:rPr>
          <w:color w:val="000000"/>
        </w:rPr>
        <w:t>,808.90</w:t>
      </w:r>
      <w:r>
        <w:rPr>
          <w:color w:val="000000"/>
        </w:rPr>
        <w:t xml:space="preserve">. Seconded by </w:t>
      </w:r>
      <w:r w:rsidR="005E023D">
        <w:rPr>
          <w:color w:val="000000"/>
        </w:rPr>
        <w:t>Andrew Bracy</w:t>
      </w:r>
      <w:r>
        <w:rPr>
          <w:color w:val="000000"/>
        </w:rPr>
        <w:t>. Motion carried unanimously.</w:t>
      </w:r>
    </w:p>
    <w:p w14:paraId="0A488611" w14:textId="77777777" w:rsidR="00F30487" w:rsidRDefault="008007D4">
      <w:pPr>
        <w:spacing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Ongoing Business</w:t>
      </w:r>
    </w:p>
    <w:p w14:paraId="0A488612" w14:textId="6DE5AF20" w:rsidR="00F30487" w:rsidRDefault="008007D4" w:rsidP="006A42ED">
      <w:pPr>
        <w:pStyle w:val="ListParagraph"/>
        <w:numPr>
          <w:ilvl w:val="0"/>
          <w:numId w:val="7"/>
        </w:numPr>
        <w:spacing w:after="0"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Septic cluster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5616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369E">
        <w:rPr>
          <w:rFonts w:ascii="Times New Roman" w:eastAsia="Times New Roman" w:hAnsi="Times New Roman" w:cs="Times New Roman"/>
          <w:sz w:val="24"/>
          <w:szCs w:val="24"/>
        </w:rPr>
        <w:t>Joel</w:t>
      </w:r>
      <w:r w:rsidR="00AC5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348F">
        <w:rPr>
          <w:rFonts w:ascii="Times New Roman" w:eastAsia="Times New Roman" w:hAnsi="Times New Roman" w:cs="Times New Roman"/>
          <w:sz w:val="24"/>
          <w:szCs w:val="24"/>
        </w:rPr>
        <w:t xml:space="preserve">Doyon to </w:t>
      </w:r>
      <w:r w:rsidR="0092369E">
        <w:rPr>
          <w:rFonts w:ascii="Times New Roman" w:eastAsia="Times New Roman" w:hAnsi="Times New Roman" w:cs="Times New Roman"/>
          <w:sz w:val="24"/>
          <w:szCs w:val="24"/>
        </w:rPr>
        <w:t>add the maintenance &amp; repair details to the final copy for signature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488613" w14:textId="75371A3F" w:rsidR="00F30487" w:rsidRDefault="008007D4" w:rsidP="006A42ED">
      <w:pPr>
        <w:pStyle w:val="ListParagraph"/>
        <w:numPr>
          <w:ilvl w:val="0"/>
          <w:numId w:val="7"/>
        </w:numPr>
        <w:spacing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Personnel Policy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07E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1DEF">
        <w:rPr>
          <w:rFonts w:ascii="Times New Roman" w:eastAsia="Times New Roman" w:hAnsi="Times New Roman" w:cs="Times New Roman"/>
          <w:sz w:val="24"/>
          <w:szCs w:val="24"/>
        </w:rPr>
        <w:t>Motion by</w:t>
      </w:r>
      <w:r w:rsidR="009C2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Joel Doyon </w:t>
      </w:r>
      <w:r w:rsidR="00DA6475">
        <w:rPr>
          <w:rFonts w:ascii="Times New Roman" w:eastAsia="Times New Roman" w:hAnsi="Times New Roman" w:cs="Times New Roman"/>
          <w:sz w:val="24"/>
          <w:szCs w:val="24"/>
        </w:rPr>
        <w:t>to</w:t>
      </w:r>
      <w:r w:rsidR="00803E7A">
        <w:rPr>
          <w:rFonts w:ascii="Times New Roman" w:eastAsia="Times New Roman" w:hAnsi="Times New Roman" w:cs="Times New Roman"/>
          <w:sz w:val="24"/>
          <w:szCs w:val="24"/>
        </w:rPr>
        <w:t xml:space="preserve"> provide five weeks of vacation time after 22 years of continuous employment</w:t>
      </w:r>
      <w:r w:rsidR="00625F5E">
        <w:rPr>
          <w:rFonts w:ascii="Times New Roman" w:eastAsia="Times New Roman" w:hAnsi="Times New Roman" w:cs="Times New Roman"/>
          <w:sz w:val="24"/>
          <w:szCs w:val="24"/>
        </w:rPr>
        <w:t xml:space="preserve"> (capped there). Seconded by David Catino. </w:t>
      </w:r>
      <w:r w:rsidR="00080D48">
        <w:rPr>
          <w:rFonts w:ascii="Times New Roman" w:eastAsia="Times New Roman" w:hAnsi="Times New Roman" w:cs="Times New Roman"/>
          <w:sz w:val="24"/>
          <w:szCs w:val="24"/>
        </w:rPr>
        <w:t>4 in favor, 1 opposed. Motion carried.</w:t>
      </w:r>
    </w:p>
    <w:p w14:paraId="0A488616" w14:textId="77777777" w:rsidR="00F30487" w:rsidRPr="006A42ED" w:rsidRDefault="008007D4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6A42ED">
        <w:rPr>
          <w:b/>
          <w:bCs/>
          <w:color w:val="000000"/>
        </w:rPr>
        <w:t>Nazarene church property</w:t>
      </w:r>
      <w:r w:rsidRPr="006A42ED">
        <w:rPr>
          <w:color w:val="000000"/>
        </w:rPr>
        <w:t xml:space="preserve"> – </w:t>
      </w:r>
      <w:r>
        <w:t>no update.</w:t>
      </w:r>
    </w:p>
    <w:p w14:paraId="0A488617" w14:textId="09773E85" w:rsidR="00F30487" w:rsidRPr="006A42ED" w:rsidRDefault="008007D4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551528">
        <w:rPr>
          <w:color w:val="000000"/>
        </w:rPr>
        <w:t xml:space="preserve"> </w:t>
      </w:r>
      <w:r w:rsidR="009208F9">
        <w:t xml:space="preserve">next </w:t>
      </w:r>
      <w:r>
        <w:t>negotiation</w:t>
      </w:r>
      <w:r w:rsidR="00551528">
        <w:t xml:space="preserve"> </w:t>
      </w:r>
      <w:r w:rsidR="009208F9">
        <w:t>meeting</w:t>
      </w:r>
      <w:r w:rsidR="00F15557">
        <w:t>: March 11 at Phillips Elementary.</w:t>
      </w:r>
    </w:p>
    <w:p w14:paraId="0A488618" w14:textId="4B0FD65E" w:rsidR="00F30487" w:rsidRDefault="008007D4">
      <w:pPr>
        <w:spacing w:after="280" w:line="240" w:lineRule="auto"/>
      </w:pPr>
      <w:r>
        <w:rPr>
          <w:b/>
          <w:bCs/>
        </w:rPr>
        <w:t xml:space="preserve">Public Comment – </w:t>
      </w:r>
      <w:r w:rsidR="00CE666F">
        <w:t>none</w:t>
      </w:r>
    </w:p>
    <w:p w14:paraId="0A488619" w14:textId="23DC60DC" w:rsidR="00F30487" w:rsidRDefault="008007D4">
      <w:pPr>
        <w:spacing w:after="280" w:line="240" w:lineRule="auto"/>
        <w:rPr>
          <w:b/>
          <w:bCs/>
        </w:rPr>
      </w:pPr>
      <w:r>
        <w:rPr>
          <w:b/>
          <w:bCs/>
        </w:rPr>
        <w:t>Treasurer’s Report –</w:t>
      </w:r>
      <w:r w:rsidR="001A00D5">
        <w:rPr>
          <w:b/>
          <w:bCs/>
        </w:rPr>
        <w:t xml:space="preserve"> </w:t>
      </w:r>
      <w:r w:rsidR="0044245E">
        <w:t xml:space="preserve">updating Mission Square </w:t>
      </w:r>
      <w:r w:rsidR="00697F22">
        <w:t>investments to weekly &amp; conducting payroll audit.</w:t>
      </w:r>
    </w:p>
    <w:p w14:paraId="0A48861A" w14:textId="08F44882" w:rsidR="00F30487" w:rsidRDefault="008007D4">
      <w:pPr>
        <w:spacing w:after="280" w:line="240" w:lineRule="auto"/>
      </w:pPr>
      <w:r>
        <w:rPr>
          <w:b/>
          <w:bCs/>
        </w:rPr>
        <w:t xml:space="preserve">Clerk’s Report </w:t>
      </w:r>
      <w:r>
        <w:t xml:space="preserve">– </w:t>
      </w:r>
      <w:r w:rsidR="00A74C82">
        <w:t>distributed</w:t>
      </w:r>
      <w:r w:rsidR="00983A74">
        <w:t xml:space="preserve"> Town Report</w:t>
      </w:r>
      <w:r w:rsidR="00A74C82">
        <w:t xml:space="preserve">s, </w:t>
      </w:r>
      <w:r w:rsidR="00BA2A2E">
        <w:t>prep for</w:t>
      </w:r>
      <w:r w:rsidR="00B57586">
        <w:t xml:space="preserve"> municipal election and annual town meeting.</w:t>
      </w:r>
      <w:r w:rsidR="00A74C82">
        <w:t xml:space="preserve"> </w:t>
      </w:r>
      <w:r w:rsidR="006A0F49">
        <w:t>Select Board signed ballot clerk appointments. Motion by James Burrill to approve the cemetery plots for the Targett’s. Seconded by Joel Doyon. Motion carried.</w:t>
      </w:r>
    </w:p>
    <w:p w14:paraId="0A48861B" w14:textId="6DACE3B0" w:rsidR="00F30487" w:rsidRDefault="008007D4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BA2A2E">
        <w:t xml:space="preserve">Duayne Boyd reported </w:t>
      </w:r>
      <w:r w:rsidR="00403EF1">
        <w:t>as of March 31 O’Connor’s will no longer be selling heavy trucks</w:t>
      </w:r>
      <w:r w:rsidR="00762AC5">
        <w:t xml:space="preserve">. </w:t>
      </w:r>
      <w:r w:rsidR="00B913F8">
        <w:t xml:space="preserve">The Galen Cole Family Foundation is also conducting its </w:t>
      </w:r>
      <w:r w:rsidR="0027477B">
        <w:t xml:space="preserve">matching American flag program. Board agreed to </w:t>
      </w:r>
      <w:r w:rsidR="001147CC">
        <w:t>bring it to the annual town meeting.</w:t>
      </w:r>
      <w:r>
        <w:t xml:space="preserve"> </w:t>
      </w:r>
    </w:p>
    <w:p w14:paraId="0A8368B7" w14:textId="77777777" w:rsidR="00642216" w:rsidRDefault="008007D4">
      <w:pPr>
        <w:spacing w:after="280" w:line="240" w:lineRule="auto"/>
      </w:pPr>
      <w:r>
        <w:rPr>
          <w:b/>
          <w:bCs/>
        </w:rPr>
        <w:t xml:space="preserve">Select Board Reports – </w:t>
      </w:r>
      <w:r w:rsidR="005A4372">
        <w:t xml:space="preserve">Rupert Pratt mentioned </w:t>
      </w:r>
      <w:r w:rsidR="004364B5">
        <w:t xml:space="preserve">the county caucus on March 17; </w:t>
      </w:r>
      <w:r w:rsidR="00E826EC">
        <w:t xml:space="preserve">there are </w:t>
      </w:r>
      <w:r w:rsidR="004364B5">
        <w:t xml:space="preserve">no open positions for our area. </w:t>
      </w:r>
      <w:r w:rsidR="00D00837">
        <w:t xml:space="preserve">He also said the Methodist Church would be providing lunch at town meeting again. </w:t>
      </w:r>
      <w:r w:rsidR="00E41466">
        <w:t xml:space="preserve">James Burrill said the events committee will be meeting </w:t>
      </w:r>
      <w:r w:rsidR="002931F2">
        <w:t>March 12</w:t>
      </w:r>
      <w:r w:rsidR="002931F2" w:rsidRPr="002931F2">
        <w:rPr>
          <w:vertAlign w:val="superscript"/>
        </w:rPr>
        <w:t>th</w:t>
      </w:r>
      <w:r w:rsidR="002931F2">
        <w:t xml:space="preserve"> at 6pm. </w:t>
      </w:r>
      <w:r w:rsidR="00E826EC">
        <w:t xml:space="preserve">This is </w:t>
      </w:r>
      <w:r w:rsidR="002931F2">
        <w:t>David Catino</w:t>
      </w:r>
      <w:r w:rsidR="00E826EC">
        <w:t>’s last meeting</w:t>
      </w:r>
      <w:r w:rsidR="00642216">
        <w:t>; he</w:t>
      </w:r>
      <w:r w:rsidR="002931F2">
        <w:t xml:space="preserve"> </w:t>
      </w:r>
      <w:r w:rsidR="00E826EC">
        <w:t>turned in his MMA manual and keys</w:t>
      </w:r>
      <w:r w:rsidR="00642216">
        <w:t>.</w:t>
      </w:r>
    </w:p>
    <w:p w14:paraId="0A48861C" w14:textId="567FC7DF" w:rsidR="00F30487" w:rsidRDefault="00642216">
      <w:pPr>
        <w:spacing w:after="280" w:line="240" w:lineRule="auto"/>
      </w:pPr>
      <w:r w:rsidRPr="00051167">
        <w:rPr>
          <w:b/>
          <w:bCs/>
        </w:rPr>
        <w:t>Executive Session</w:t>
      </w:r>
      <w:r>
        <w:t xml:space="preserve"> – </w:t>
      </w:r>
      <w:r w:rsidR="000105FA">
        <w:t>motion by Andrew Bracy to enter executive session</w:t>
      </w:r>
      <w:r w:rsidR="005336FB">
        <w:t xml:space="preserve"> pursuant to 1 M.R.S.A. §405</w:t>
      </w:r>
      <w:r w:rsidR="00080B32">
        <w:t>(6)(E)</w:t>
      </w:r>
      <w:r w:rsidR="00C46B2F">
        <w:t xml:space="preserve"> </w:t>
      </w:r>
      <w:r w:rsidR="00CA2BE0">
        <w:t>for a consultation with legal counsel. S</w:t>
      </w:r>
      <w:r w:rsidR="000105FA">
        <w:t xml:space="preserve">econded by Joel Doyon. </w:t>
      </w:r>
      <w:r w:rsidR="00CB5600">
        <w:t>Motion carried.</w:t>
      </w:r>
      <w:r w:rsidR="00051167">
        <w:t xml:space="preserve"> </w:t>
      </w:r>
      <w:r w:rsidR="00CA2BE0">
        <w:t>Entered executive session at 6:45pm and e</w:t>
      </w:r>
      <w:r w:rsidR="00C46B2F">
        <w:t>xited</w:t>
      </w:r>
      <w:r w:rsidR="00CF39DD">
        <w:t xml:space="preserve"> </w:t>
      </w:r>
      <w:r w:rsidR="00051167">
        <w:t xml:space="preserve">at 7:20pm. </w:t>
      </w:r>
      <w:r w:rsidR="00E826EC">
        <w:t xml:space="preserve"> 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0177B702" w:rsidR="00F30487" w:rsidRDefault="008007D4">
      <w:pPr>
        <w:spacing w:line="240" w:lineRule="auto"/>
      </w:pPr>
      <w:r>
        <w:t xml:space="preserve">Motion to adjourn by </w:t>
      </w:r>
      <w:r w:rsidR="00CF39DD">
        <w:t>David Catino</w:t>
      </w:r>
      <w:r>
        <w:t xml:space="preserve">. Seconded by </w:t>
      </w:r>
      <w:r w:rsidR="00CB5600">
        <w:t>James Burrill</w:t>
      </w:r>
      <w:r>
        <w:t xml:space="preserve">. Motion carried unanimously. Meeting adjourned at </w:t>
      </w:r>
      <w:r w:rsidR="00826611">
        <w:t>7:21pm</w:t>
      </w:r>
      <w:r>
        <w:t xml:space="preserve">. Next meeting: Tuesday, </w:t>
      </w:r>
      <w:r w:rsidR="00EF18E6">
        <w:t>March</w:t>
      </w:r>
      <w:r>
        <w:t xml:space="preserve"> </w:t>
      </w:r>
      <w:r w:rsidR="00826611">
        <w:t>24</w:t>
      </w:r>
      <w:r>
        <w:t>, 2026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5FBE7" w14:textId="77777777" w:rsidR="00CD00CB" w:rsidRDefault="00CD00CB">
      <w:pPr>
        <w:spacing w:after="0" w:line="240" w:lineRule="auto"/>
      </w:pPr>
      <w:r>
        <w:separator/>
      </w:r>
    </w:p>
  </w:endnote>
  <w:endnote w:type="continuationSeparator" w:id="0">
    <w:p w14:paraId="3DEE5B90" w14:textId="77777777" w:rsidR="00CD00CB" w:rsidRDefault="00CD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FDA768-14DD-44C8-A8CC-6D166F150C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939DAF-DFC5-4913-AE06-25FE3520934A}"/>
    <w:embedBold r:id="rId3" w:fontKey="{4F00708E-5215-46B2-8F3C-F7DFE6F87578}"/>
    <w:embedItalic r:id="rId4" w:fontKey="{7EFE3644-9C97-4861-AC2A-1FD81C2CFC4D}"/>
    <w:embedBoldItalic r:id="rId5" w:fontKey="{F1FAFDA7-F914-4D03-B672-6D4E486E9A6F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96914BD8-8487-4CE6-8FA3-58DA3F00AF15}"/>
    <w:embedBold r:id="rId7" w:fontKey="{B1829F9B-3BD9-4636-AB77-CCFFF4D57966}"/>
    <w:embedItalic r:id="rId8" w:fontKey="{90E035FD-F2AA-4561-97DC-27C519DE140F}"/>
    <w:embedBoldItalic r:id="rId9" w:fontKey="{0F414F6B-79F0-47C0-B979-B165D584ABEA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FD096" w14:textId="77777777" w:rsidR="00CD00CB" w:rsidRDefault="00CD00CB">
      <w:pPr>
        <w:spacing w:after="0" w:line="240" w:lineRule="auto"/>
      </w:pPr>
      <w:r>
        <w:separator/>
      </w:r>
    </w:p>
  </w:footnote>
  <w:footnote w:type="continuationSeparator" w:id="0">
    <w:p w14:paraId="0F5A7FA5" w14:textId="77777777" w:rsidR="00CD00CB" w:rsidRDefault="00CD0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3E44B478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CD7678">
      <w:rPr>
        <w:b/>
        <w:bCs/>
      </w:rPr>
      <w:t>March</w:t>
    </w:r>
    <w:r>
      <w:rPr>
        <w:b/>
        <w:bCs/>
        <w:color w:val="000000"/>
      </w:rPr>
      <w:t xml:space="preserve"> </w:t>
    </w:r>
    <w:r w:rsidR="00CD7678">
      <w:rPr>
        <w:b/>
        <w:bCs/>
      </w:rPr>
      <w:t>10</w:t>
    </w:r>
    <w:r>
      <w:rPr>
        <w:b/>
        <w:bCs/>
        <w:color w:val="000000"/>
      </w:rPr>
      <w:t>, 2026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05FA"/>
    <w:rsid w:val="0001426C"/>
    <w:rsid w:val="00015D7C"/>
    <w:rsid w:val="000365BC"/>
    <w:rsid w:val="000407E0"/>
    <w:rsid w:val="00051167"/>
    <w:rsid w:val="000672C1"/>
    <w:rsid w:val="00080B32"/>
    <w:rsid w:val="00080D48"/>
    <w:rsid w:val="000A5ABF"/>
    <w:rsid w:val="000D1CAD"/>
    <w:rsid w:val="000D1FBC"/>
    <w:rsid w:val="000D4F21"/>
    <w:rsid w:val="000F4EE2"/>
    <w:rsid w:val="001048AB"/>
    <w:rsid w:val="001147CC"/>
    <w:rsid w:val="00137414"/>
    <w:rsid w:val="00194412"/>
    <w:rsid w:val="001A00D5"/>
    <w:rsid w:val="001A5766"/>
    <w:rsid w:val="001D5AF1"/>
    <w:rsid w:val="00221EA2"/>
    <w:rsid w:val="00232EF6"/>
    <w:rsid w:val="0025475B"/>
    <w:rsid w:val="00255C67"/>
    <w:rsid w:val="00265412"/>
    <w:rsid w:val="0027477B"/>
    <w:rsid w:val="00290C55"/>
    <w:rsid w:val="002931F2"/>
    <w:rsid w:val="00370EC0"/>
    <w:rsid w:val="003B2BD7"/>
    <w:rsid w:val="003E6080"/>
    <w:rsid w:val="00403EF1"/>
    <w:rsid w:val="004364B5"/>
    <w:rsid w:val="0044245E"/>
    <w:rsid w:val="004C35BE"/>
    <w:rsid w:val="005336FB"/>
    <w:rsid w:val="00551528"/>
    <w:rsid w:val="0056168B"/>
    <w:rsid w:val="00563298"/>
    <w:rsid w:val="00583823"/>
    <w:rsid w:val="00584995"/>
    <w:rsid w:val="005A4372"/>
    <w:rsid w:val="005B5E02"/>
    <w:rsid w:val="005E023D"/>
    <w:rsid w:val="00615172"/>
    <w:rsid w:val="00621CCB"/>
    <w:rsid w:val="00625F5E"/>
    <w:rsid w:val="00642216"/>
    <w:rsid w:val="0067457B"/>
    <w:rsid w:val="00676FC4"/>
    <w:rsid w:val="00697F22"/>
    <w:rsid w:val="006A0F49"/>
    <w:rsid w:val="006A42ED"/>
    <w:rsid w:val="006C24BE"/>
    <w:rsid w:val="006C3319"/>
    <w:rsid w:val="00721DEF"/>
    <w:rsid w:val="00737389"/>
    <w:rsid w:val="00762AC5"/>
    <w:rsid w:val="00771674"/>
    <w:rsid w:val="008007D4"/>
    <w:rsid w:val="00803E7A"/>
    <w:rsid w:val="00824054"/>
    <w:rsid w:val="00826611"/>
    <w:rsid w:val="00845CBB"/>
    <w:rsid w:val="0089463A"/>
    <w:rsid w:val="009208F9"/>
    <w:rsid w:val="0092369E"/>
    <w:rsid w:val="00963F02"/>
    <w:rsid w:val="00983A74"/>
    <w:rsid w:val="009C29B5"/>
    <w:rsid w:val="009E3DC1"/>
    <w:rsid w:val="00A4388C"/>
    <w:rsid w:val="00A74C82"/>
    <w:rsid w:val="00A84256"/>
    <w:rsid w:val="00AC5A74"/>
    <w:rsid w:val="00AD66C3"/>
    <w:rsid w:val="00B03AB5"/>
    <w:rsid w:val="00B20364"/>
    <w:rsid w:val="00B33812"/>
    <w:rsid w:val="00B53CF4"/>
    <w:rsid w:val="00B57586"/>
    <w:rsid w:val="00B7677A"/>
    <w:rsid w:val="00B81348"/>
    <w:rsid w:val="00B86231"/>
    <w:rsid w:val="00B913F8"/>
    <w:rsid w:val="00B95441"/>
    <w:rsid w:val="00BA2A2E"/>
    <w:rsid w:val="00BA5D2C"/>
    <w:rsid w:val="00BC348F"/>
    <w:rsid w:val="00BD51C4"/>
    <w:rsid w:val="00C27898"/>
    <w:rsid w:val="00C46B2F"/>
    <w:rsid w:val="00CA2BE0"/>
    <w:rsid w:val="00CB2BAF"/>
    <w:rsid w:val="00CB2E1A"/>
    <w:rsid w:val="00CB5600"/>
    <w:rsid w:val="00CB7424"/>
    <w:rsid w:val="00CC4A3B"/>
    <w:rsid w:val="00CD00CB"/>
    <w:rsid w:val="00CD7678"/>
    <w:rsid w:val="00CE666F"/>
    <w:rsid w:val="00CF39DD"/>
    <w:rsid w:val="00D00837"/>
    <w:rsid w:val="00D55339"/>
    <w:rsid w:val="00D67CEB"/>
    <w:rsid w:val="00D9037C"/>
    <w:rsid w:val="00DA6475"/>
    <w:rsid w:val="00E03DCC"/>
    <w:rsid w:val="00E247EE"/>
    <w:rsid w:val="00E41466"/>
    <w:rsid w:val="00E826EC"/>
    <w:rsid w:val="00EA29D5"/>
    <w:rsid w:val="00EB17B2"/>
    <w:rsid w:val="00EB5E9C"/>
    <w:rsid w:val="00EE0EE8"/>
    <w:rsid w:val="00EF18E6"/>
    <w:rsid w:val="00F15557"/>
    <w:rsid w:val="00F22123"/>
    <w:rsid w:val="00F30487"/>
    <w:rsid w:val="00F94BFB"/>
    <w:rsid w:val="00F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378</Words>
  <Characters>2076</Characters>
  <Application>Microsoft Office Word</Application>
  <DocSecurity>0</DocSecurity>
  <Lines>45</Lines>
  <Paragraphs>35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108</cp:revision>
  <cp:lastPrinted>2026-03-24T16:39:00Z</cp:lastPrinted>
  <dcterms:created xsi:type="dcterms:W3CDTF">2025-12-30T21:28:00Z</dcterms:created>
  <dcterms:modified xsi:type="dcterms:W3CDTF">2026-03-24T16:45:00Z</dcterms:modified>
</cp:coreProperties>
</file>