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4B6A808D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Chairman Rupert Pratt called the meeting to order at </w:t>
      </w:r>
      <w:r w:rsidR="0092298D">
        <w:rPr>
          <w:color w:val="000000"/>
        </w:rPr>
        <w:t>4:30</w:t>
      </w:r>
      <w:r w:rsidR="00A21DC3">
        <w:rPr>
          <w:color w:val="000000"/>
        </w:rPr>
        <w:t>pm</w:t>
      </w:r>
      <w:r>
        <w:rPr>
          <w:color w:val="000000"/>
        </w:rPr>
        <w:t>.</w:t>
      </w:r>
    </w:p>
    <w:p w14:paraId="762C5F91" w14:textId="665B0CD8" w:rsidR="0092298D" w:rsidRDefault="008007D4" w:rsidP="009229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Select Board members present: Rupert Pratt, Andrew Bracy, James Burrill</w:t>
      </w:r>
      <w:r w:rsidR="00845CBB">
        <w:t xml:space="preserve">, </w:t>
      </w:r>
      <w:r w:rsidR="0092298D">
        <w:rPr>
          <w:color w:val="000000"/>
        </w:rPr>
        <w:t>David Catino</w:t>
      </w:r>
      <w:r w:rsidR="00FF0126">
        <w:rPr>
          <w:color w:val="000000"/>
        </w:rPr>
        <w:t>. Absent: Joel Doyon</w:t>
      </w:r>
    </w:p>
    <w:p w14:paraId="0A48860A" w14:textId="5C5D9F20" w:rsidR="00F30487" w:rsidRDefault="0092298D" w:rsidP="009229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New Vineyard Select Board members present: Lexi Daggett, </w:t>
      </w:r>
      <w:r w:rsidR="006C5DD2">
        <w:rPr>
          <w:color w:val="000000"/>
        </w:rPr>
        <w:t>Seth Webber</w:t>
      </w:r>
    </w:p>
    <w:p w14:paraId="0A48860F" w14:textId="4E284B22" w:rsidR="00F30487" w:rsidRDefault="008007D4">
      <w:pPr>
        <w:spacing w:line="240" w:lineRule="auto"/>
        <w:rPr>
          <w:b/>
          <w:bCs/>
        </w:rPr>
      </w:pPr>
      <w:r>
        <w:rPr>
          <w:b/>
          <w:bCs/>
        </w:rPr>
        <w:t xml:space="preserve">New </w:t>
      </w:r>
      <w:r w:rsidR="006C5DD2">
        <w:rPr>
          <w:b/>
          <w:bCs/>
        </w:rPr>
        <w:t>Vineyard Town Office Support</w:t>
      </w:r>
    </w:p>
    <w:p w14:paraId="4101A8C9" w14:textId="637F747A" w:rsidR="006C5DD2" w:rsidRPr="006C5DD2" w:rsidRDefault="00BF4B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t xml:space="preserve">Discussion about ways to support New Vineyard Town Office </w:t>
      </w:r>
      <w:r w:rsidR="008A75DD">
        <w:t>considering</w:t>
      </w:r>
      <w:r>
        <w:t xml:space="preserve"> the sudden resignation</w:t>
      </w:r>
      <w:r w:rsidR="00C55B19">
        <w:t>s</w:t>
      </w:r>
      <w:r>
        <w:t xml:space="preserve"> of its town clerk and </w:t>
      </w:r>
      <w:r w:rsidR="00C55B19">
        <w:t>tax collector.</w:t>
      </w:r>
    </w:p>
    <w:p w14:paraId="4FBAEEE0" w14:textId="7E93C235" w:rsidR="00E5159B" w:rsidRDefault="00C55B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Strong Town Office staff agreed to </w:t>
      </w:r>
      <w:r w:rsidR="007D3A91">
        <w:rPr>
          <w:rFonts w:ascii="Times New Roman" w:eastAsia="Times New Roman" w:hAnsi="Times New Roman" w:cs="Times New Roman"/>
          <w:sz w:val="24"/>
          <w:szCs w:val="24"/>
        </w:rPr>
        <w:t>discuss support for New Vineyard outside of Strong’s business hours.</w:t>
      </w:r>
    </w:p>
    <w:p w14:paraId="0A48861D" w14:textId="77777777" w:rsidR="00F30487" w:rsidRDefault="008007D4" w:rsidP="000D4F21">
      <w:pPr>
        <w:spacing w:after="0" w:line="240" w:lineRule="auto"/>
      </w:pPr>
      <w:bookmarkStart w:id="0" w:name="_heading=h.ymmlanfucwx7" w:colFirst="0" w:colLast="0"/>
      <w:bookmarkEnd w:id="0"/>
      <w:r>
        <w:rPr>
          <w:b/>
          <w:bCs/>
        </w:rPr>
        <w:t xml:space="preserve">Adjournment </w:t>
      </w:r>
    </w:p>
    <w:p w14:paraId="4E04D638" w14:textId="08A57935" w:rsidR="00833C0D" w:rsidRDefault="008007D4" w:rsidP="00E53D6F">
      <w:pPr>
        <w:spacing w:line="240" w:lineRule="auto"/>
      </w:pPr>
      <w:r>
        <w:t>Motion to adjourn by</w:t>
      </w:r>
      <w:r w:rsidR="0051573E">
        <w:t xml:space="preserve"> Andrew Bracy. Seconded by</w:t>
      </w:r>
      <w:r>
        <w:t xml:space="preserve"> James Burrill</w:t>
      </w:r>
      <w:r w:rsidR="0051573E">
        <w:t>.</w:t>
      </w:r>
      <w:r>
        <w:t xml:space="preserve"> Motion </w:t>
      </w:r>
      <w:r w:rsidR="00F5358F">
        <w:t>carried</w:t>
      </w:r>
      <w:r>
        <w:t xml:space="preserve">. Meeting adjourned at </w:t>
      </w:r>
      <w:r w:rsidR="00A21DC3">
        <w:t>4:39</w:t>
      </w:r>
      <w:r w:rsidR="00833C0D">
        <w:t>pm</w:t>
      </w:r>
      <w:r>
        <w:t xml:space="preserve">. </w:t>
      </w:r>
    </w:p>
    <w:p w14:paraId="404F496E" w14:textId="77777777" w:rsidR="00E53D6F" w:rsidRDefault="00E53D6F" w:rsidP="00E53D6F">
      <w:pPr>
        <w:spacing w:line="240" w:lineRule="auto"/>
      </w:pPr>
    </w:p>
    <w:p w14:paraId="0A48861F" w14:textId="0A21CEBD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AB54E" w14:textId="77777777" w:rsidR="00E84945" w:rsidRDefault="00E84945">
      <w:pPr>
        <w:spacing w:after="0" w:line="240" w:lineRule="auto"/>
      </w:pPr>
      <w:r>
        <w:separator/>
      </w:r>
    </w:p>
  </w:endnote>
  <w:endnote w:type="continuationSeparator" w:id="0">
    <w:p w14:paraId="10F8FEEA" w14:textId="77777777" w:rsidR="00E84945" w:rsidRDefault="00E84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2F8F45-FBE3-49CA-8676-5E6F0E5F5D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2B35472-4286-41B6-B5ED-3FB5EC317E6A}"/>
    <w:embedBold r:id="rId3" w:fontKey="{8B3AE26D-0523-4FA4-9F37-71A42C60EF2B}"/>
    <w:embedItalic r:id="rId4" w:fontKey="{583A7498-A790-426C-88EB-AA058A9F9049}"/>
    <w:embedBoldItalic r:id="rId5" w:fontKey="{20193824-12F8-4CA0-A9C6-E8CCEB477FBB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33F62F1E-1478-464C-B05C-98DC86B598C7}"/>
    <w:embedBold r:id="rId7" w:fontKey="{05ECD4E8-3872-4339-A0BC-F87D2E162E9B}"/>
    <w:embedItalic r:id="rId8" w:fontKey="{F8B5265E-2D88-48BE-AE61-46310E2A0704}"/>
    <w:embedBoldItalic r:id="rId9" w:fontKey="{26BA1FCA-1040-46E5-8418-4848A36E8271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965D3" w14:textId="77777777" w:rsidR="00E84945" w:rsidRDefault="00E84945">
      <w:pPr>
        <w:spacing w:after="0" w:line="240" w:lineRule="auto"/>
      </w:pPr>
      <w:r>
        <w:separator/>
      </w:r>
    </w:p>
  </w:footnote>
  <w:footnote w:type="continuationSeparator" w:id="0">
    <w:p w14:paraId="32EBC4EF" w14:textId="77777777" w:rsidR="00E84945" w:rsidRDefault="00E84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276D44C3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</w:t>
    </w:r>
    <w:r w:rsidR="0092298D">
      <w:rPr>
        <w:b/>
        <w:bCs/>
        <w:color w:val="000000"/>
      </w:rPr>
      <w:t xml:space="preserve">Emergency </w:t>
    </w:r>
    <w:r>
      <w:rPr>
        <w:b/>
        <w:bCs/>
        <w:color w:val="000000"/>
      </w:rPr>
      <w:t>Meeting Minutes</w:t>
    </w:r>
  </w:p>
  <w:p w14:paraId="0A488621" w14:textId="108695F3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</w:t>
    </w:r>
    <w:r w:rsidR="0092298D">
      <w:rPr>
        <w:b/>
        <w:bCs/>
        <w:color w:val="000000"/>
      </w:rPr>
      <w:t>Wednesday</w:t>
    </w:r>
    <w:r>
      <w:rPr>
        <w:b/>
        <w:bCs/>
        <w:color w:val="000000"/>
      </w:rPr>
      <w:t xml:space="preserve">, </w:t>
    </w:r>
    <w:r w:rsidR="00CD7678">
      <w:rPr>
        <w:b/>
        <w:bCs/>
      </w:rPr>
      <w:t>March</w:t>
    </w:r>
    <w:r>
      <w:rPr>
        <w:b/>
        <w:bCs/>
        <w:color w:val="000000"/>
      </w:rPr>
      <w:t xml:space="preserve"> </w:t>
    </w:r>
    <w:r w:rsidR="0092298D">
      <w:rPr>
        <w:b/>
        <w:bCs/>
      </w:rPr>
      <w:t>18</w:t>
    </w:r>
    <w:r>
      <w:rPr>
        <w:b/>
        <w:bCs/>
        <w:color w:val="000000"/>
      </w:rPr>
      <w:t xml:space="preserve">, 2026 at </w:t>
    </w:r>
    <w:r w:rsidR="0092298D">
      <w:rPr>
        <w:b/>
        <w:bCs/>
        <w:color w:val="000000"/>
      </w:rPr>
      <w:t>4</w:t>
    </w:r>
    <w:r w:rsidR="00722E83">
      <w:rPr>
        <w:b/>
        <w:bCs/>
        <w:color w:val="000000"/>
      </w:rPr>
      <w:t>:</w:t>
    </w:r>
    <w:r w:rsidR="0092298D">
      <w:rPr>
        <w:b/>
        <w:bCs/>
        <w:color w:val="000000"/>
      </w:rPr>
      <w:t>30</w:t>
    </w:r>
    <w:r>
      <w:rPr>
        <w:b/>
        <w:bCs/>
        <w:color w:val="000000"/>
      </w:rPr>
      <w:t xml:space="preserve"> 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16608317">
    <w:abstractNumId w:val="0"/>
  </w:num>
  <w:num w:numId="2" w16cid:durableId="1839610219">
    <w:abstractNumId w:val="2"/>
  </w:num>
  <w:num w:numId="3" w16cid:durableId="175267982">
    <w:abstractNumId w:val="3"/>
  </w:num>
  <w:num w:numId="4" w16cid:durableId="1957180373">
    <w:abstractNumId w:val="4"/>
  </w:num>
  <w:num w:numId="5" w16cid:durableId="710299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1426C"/>
    <w:rsid w:val="00015D7C"/>
    <w:rsid w:val="00035A7A"/>
    <w:rsid w:val="000407E0"/>
    <w:rsid w:val="000672C1"/>
    <w:rsid w:val="000A5ABF"/>
    <w:rsid w:val="000D1CAD"/>
    <w:rsid w:val="000D1FBC"/>
    <w:rsid w:val="000D4F21"/>
    <w:rsid w:val="000F4EE2"/>
    <w:rsid w:val="001048AB"/>
    <w:rsid w:val="00194412"/>
    <w:rsid w:val="001A5766"/>
    <w:rsid w:val="001C1476"/>
    <w:rsid w:val="001D5AF1"/>
    <w:rsid w:val="00207AE1"/>
    <w:rsid w:val="00221EA2"/>
    <w:rsid w:val="00232EF6"/>
    <w:rsid w:val="0025475B"/>
    <w:rsid w:val="00255C67"/>
    <w:rsid w:val="00265412"/>
    <w:rsid w:val="00290C55"/>
    <w:rsid w:val="00370EC0"/>
    <w:rsid w:val="003B2BD7"/>
    <w:rsid w:val="003E6080"/>
    <w:rsid w:val="004C35BE"/>
    <w:rsid w:val="0051573E"/>
    <w:rsid w:val="00551528"/>
    <w:rsid w:val="0056168B"/>
    <w:rsid w:val="00583823"/>
    <w:rsid w:val="005B5E02"/>
    <w:rsid w:val="00615172"/>
    <w:rsid w:val="00621CCB"/>
    <w:rsid w:val="0067457B"/>
    <w:rsid w:val="006A42ED"/>
    <w:rsid w:val="006C24BE"/>
    <w:rsid w:val="006C5DD2"/>
    <w:rsid w:val="00722E83"/>
    <w:rsid w:val="00737389"/>
    <w:rsid w:val="00771674"/>
    <w:rsid w:val="007D3A91"/>
    <w:rsid w:val="008007D4"/>
    <w:rsid w:val="008148DE"/>
    <w:rsid w:val="00833C0D"/>
    <w:rsid w:val="00845CBB"/>
    <w:rsid w:val="0089463A"/>
    <w:rsid w:val="008A75DD"/>
    <w:rsid w:val="008B3559"/>
    <w:rsid w:val="0092298D"/>
    <w:rsid w:val="00963F02"/>
    <w:rsid w:val="00983A74"/>
    <w:rsid w:val="009C29B5"/>
    <w:rsid w:val="009E3DC1"/>
    <w:rsid w:val="00A21DC3"/>
    <w:rsid w:val="00A84256"/>
    <w:rsid w:val="00AC5A74"/>
    <w:rsid w:val="00B03AB5"/>
    <w:rsid w:val="00B20364"/>
    <w:rsid w:val="00B57586"/>
    <w:rsid w:val="00B7677A"/>
    <w:rsid w:val="00B81348"/>
    <w:rsid w:val="00B86231"/>
    <w:rsid w:val="00B95441"/>
    <w:rsid w:val="00BA2A2E"/>
    <w:rsid w:val="00BA5D2C"/>
    <w:rsid w:val="00BC348F"/>
    <w:rsid w:val="00BF4B13"/>
    <w:rsid w:val="00C27898"/>
    <w:rsid w:val="00C55B19"/>
    <w:rsid w:val="00CB2BAF"/>
    <w:rsid w:val="00CB7424"/>
    <w:rsid w:val="00CC4A3B"/>
    <w:rsid w:val="00CD7678"/>
    <w:rsid w:val="00D61FF2"/>
    <w:rsid w:val="00D67CEB"/>
    <w:rsid w:val="00D92806"/>
    <w:rsid w:val="00DA6475"/>
    <w:rsid w:val="00E03DCC"/>
    <w:rsid w:val="00E247EE"/>
    <w:rsid w:val="00E5159B"/>
    <w:rsid w:val="00E53D6F"/>
    <w:rsid w:val="00E84945"/>
    <w:rsid w:val="00EA29D5"/>
    <w:rsid w:val="00EB17B2"/>
    <w:rsid w:val="00EB5E9C"/>
    <w:rsid w:val="00EE0EE8"/>
    <w:rsid w:val="00EF18E6"/>
    <w:rsid w:val="00F22123"/>
    <w:rsid w:val="00F30487"/>
    <w:rsid w:val="00F5358F"/>
    <w:rsid w:val="00F94BFB"/>
    <w:rsid w:val="00FC78CB"/>
    <w:rsid w:val="00FE6AE6"/>
    <w:rsid w:val="00FF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77</cp:revision>
  <cp:lastPrinted>2026-03-09T21:02:00Z</cp:lastPrinted>
  <dcterms:created xsi:type="dcterms:W3CDTF">2025-12-30T21:28:00Z</dcterms:created>
  <dcterms:modified xsi:type="dcterms:W3CDTF">2026-03-25T16:06:00Z</dcterms:modified>
</cp:coreProperties>
</file>