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6A541500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Chairman Rupert Pratt called the meeting to order at </w:t>
      </w:r>
      <w:r w:rsidR="00722E83">
        <w:rPr>
          <w:color w:val="000000"/>
        </w:rPr>
        <w:t>1:45</w:t>
      </w:r>
      <w:r>
        <w:rPr>
          <w:color w:val="000000"/>
        </w:rPr>
        <w:t>PM.</w:t>
      </w:r>
    </w:p>
    <w:p w14:paraId="0A48860A" w14:textId="3FE41392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Select Board members present: Rupert Pratt, Andrew Bracy, Joel Doyon, James Burrill</w:t>
      </w:r>
      <w:r w:rsidR="00845CBB">
        <w:t xml:space="preserve">, </w:t>
      </w:r>
      <w:r w:rsidR="00722E83">
        <w:rPr>
          <w:color w:val="000000"/>
        </w:rPr>
        <w:t>Marcel Lecours</w:t>
      </w:r>
      <w:r>
        <w:rPr>
          <w:color w:val="000000"/>
        </w:rPr>
        <w:t xml:space="preserve">. </w:t>
      </w:r>
    </w:p>
    <w:p w14:paraId="0A48860F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New Business</w:t>
      </w:r>
    </w:p>
    <w:p w14:paraId="0A488610" w14:textId="524125C9" w:rsidR="00F30487" w:rsidRPr="001C1476" w:rsidRDefault="00432A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James Burrill</w:t>
      </w:r>
      <w:r w:rsidR="008B3559">
        <w:rPr>
          <w:rFonts w:ascii="Times New Roman" w:eastAsia="Times New Roman" w:hAnsi="Times New Roman" w:cs="Times New Roman"/>
          <w:sz w:val="24"/>
          <w:szCs w:val="24"/>
        </w:rPr>
        <w:t xml:space="preserve"> nominated Andrew Bracy as Board Chair. Bracy politely declined. Bracy then nominated Rupert Pratt as Board Chair. </w:t>
      </w:r>
      <w:proofErr w:type="gramStart"/>
      <w:r w:rsidR="008B3559">
        <w:rPr>
          <w:rFonts w:ascii="Times New Roman" w:eastAsia="Times New Roman" w:hAnsi="Times New Roman" w:cs="Times New Roman"/>
          <w:sz w:val="24"/>
          <w:szCs w:val="24"/>
        </w:rPr>
        <w:t>Seconded</w:t>
      </w:r>
      <w:proofErr w:type="gramEnd"/>
      <w:r w:rsidR="008B3559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eastAsia="Times New Roman" w:hAnsi="Times New Roman" w:cs="Times New Roman"/>
          <w:sz w:val="24"/>
          <w:szCs w:val="24"/>
        </w:rPr>
        <w:t>James Burrill</w:t>
      </w:r>
      <w:r w:rsidR="008B35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92806">
        <w:rPr>
          <w:rFonts w:ascii="Times New Roman" w:eastAsia="Times New Roman" w:hAnsi="Times New Roman" w:cs="Times New Roman"/>
          <w:sz w:val="24"/>
          <w:szCs w:val="24"/>
        </w:rPr>
        <w:t xml:space="preserve">Motion carried. </w:t>
      </w:r>
    </w:p>
    <w:p w14:paraId="04400145" w14:textId="67F53DEB" w:rsidR="001C1476" w:rsidRPr="00E5159B" w:rsidRDefault="00035A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by James Burrill to continue the select board meeting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schedule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second and fourth Tuesdays of the month at 6pm. </w:t>
      </w:r>
      <w:r w:rsidR="00E5159B">
        <w:rPr>
          <w:rFonts w:ascii="Times New Roman" w:eastAsia="Times New Roman" w:hAnsi="Times New Roman" w:cs="Times New Roman"/>
          <w:sz w:val="24"/>
          <w:szCs w:val="24"/>
        </w:rPr>
        <w:t>Seconded by Andrew Bracy. Motion carried.</w:t>
      </w:r>
    </w:p>
    <w:p w14:paraId="4FBAEEE0" w14:textId="259105C2" w:rsidR="00E5159B" w:rsidRDefault="0020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Agreement to determine appointments for select board directors at the March 24</w:t>
      </w:r>
      <w:r w:rsidRPr="00207AE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2026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meeting.</w:t>
      </w:r>
    </w:p>
    <w:p w14:paraId="0A48861D" w14:textId="77777777" w:rsidR="00F30487" w:rsidRDefault="008007D4" w:rsidP="000D4F21">
      <w:pPr>
        <w:spacing w:after="0" w:line="240" w:lineRule="auto"/>
      </w:pPr>
      <w:bookmarkStart w:id="0" w:name="_heading=h.ymmlanfucwx7" w:colFirst="0" w:colLast="0"/>
      <w:bookmarkEnd w:id="0"/>
      <w:r>
        <w:rPr>
          <w:b/>
          <w:bCs/>
        </w:rPr>
        <w:t xml:space="preserve">Adjournment </w:t>
      </w:r>
    </w:p>
    <w:p w14:paraId="0A48861E" w14:textId="311FBE2A" w:rsidR="00F30487" w:rsidRDefault="008007D4">
      <w:pPr>
        <w:spacing w:line="240" w:lineRule="auto"/>
      </w:pPr>
      <w:r>
        <w:t xml:space="preserve">Motion to adjourn by James Burrill. Seconded by </w:t>
      </w:r>
      <w:r w:rsidR="00EF18E6">
        <w:t>Andrew Bracy</w:t>
      </w:r>
      <w:r>
        <w:t xml:space="preserve">. Motion </w:t>
      </w:r>
      <w:r w:rsidR="00F5358F">
        <w:t>carried</w:t>
      </w:r>
      <w:r>
        <w:t xml:space="preserve">. Meeting adjourned at </w:t>
      </w:r>
      <w:r w:rsidR="00833C0D">
        <w:t>1:52pm</w:t>
      </w:r>
      <w:r>
        <w:t xml:space="preserve">. </w:t>
      </w:r>
    </w:p>
    <w:p w14:paraId="4E04D638" w14:textId="77777777" w:rsidR="00833C0D" w:rsidRDefault="00833C0D"/>
    <w:p w14:paraId="0A48861F" w14:textId="0A21CEBD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00AF5" w14:textId="77777777" w:rsidR="00A12034" w:rsidRDefault="00A12034">
      <w:pPr>
        <w:spacing w:after="0" w:line="240" w:lineRule="auto"/>
      </w:pPr>
      <w:r>
        <w:separator/>
      </w:r>
    </w:p>
  </w:endnote>
  <w:endnote w:type="continuationSeparator" w:id="0">
    <w:p w14:paraId="1B6788A5" w14:textId="77777777" w:rsidR="00A12034" w:rsidRDefault="00A12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C0C8965-B34F-4465-943F-1A169AB371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75946CD-4274-4062-85B3-AA3FA8F7572A}"/>
    <w:embedBold r:id="rId3" w:fontKey="{F4CA25CE-4C03-452A-B6BD-DCF1E9E52152}"/>
    <w:embedItalic r:id="rId4" w:fontKey="{314B854E-6156-42F7-AADF-4A782740F58A}"/>
    <w:embedBoldItalic r:id="rId5" w:fontKey="{24720DAE-B9D2-412D-ACB2-9C225B635025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9B8CD88C-58B8-4917-BB9E-0682869EA0D2}"/>
    <w:embedBold r:id="rId7" w:fontKey="{3D02A2CF-DF73-46DB-AE82-948B84EB28E2}"/>
    <w:embedItalic r:id="rId8" w:fontKey="{363DF8C9-6F5A-48BF-A684-FD74E8088ACB}"/>
    <w:embedBoldItalic r:id="rId9" w:fontKey="{FB4AB3DD-F198-477D-BB8B-1F51A6E390E5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20DD5" w14:textId="77777777" w:rsidR="00A12034" w:rsidRDefault="00A12034">
      <w:pPr>
        <w:spacing w:after="0" w:line="240" w:lineRule="auto"/>
      </w:pPr>
      <w:r>
        <w:separator/>
      </w:r>
    </w:p>
  </w:footnote>
  <w:footnote w:type="continuationSeparator" w:id="0">
    <w:p w14:paraId="7E3C3E3A" w14:textId="77777777" w:rsidR="00A12034" w:rsidRDefault="00A12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65073105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</w:t>
    </w:r>
    <w:r w:rsidR="00722E83">
      <w:rPr>
        <w:b/>
        <w:bCs/>
        <w:color w:val="000000"/>
      </w:rPr>
      <w:t>Saturday</w:t>
    </w:r>
    <w:r>
      <w:rPr>
        <w:b/>
        <w:bCs/>
        <w:color w:val="000000"/>
      </w:rPr>
      <w:t xml:space="preserve">, </w:t>
    </w:r>
    <w:r w:rsidR="00CD7678">
      <w:rPr>
        <w:b/>
        <w:bCs/>
      </w:rPr>
      <w:t>March</w:t>
    </w:r>
    <w:r>
      <w:rPr>
        <w:b/>
        <w:bCs/>
        <w:color w:val="000000"/>
      </w:rPr>
      <w:t xml:space="preserve"> </w:t>
    </w:r>
    <w:r w:rsidR="00722E83">
      <w:rPr>
        <w:b/>
        <w:bCs/>
      </w:rPr>
      <w:t>21</w:t>
    </w:r>
    <w:r>
      <w:rPr>
        <w:b/>
        <w:bCs/>
        <w:color w:val="000000"/>
      </w:rPr>
      <w:t xml:space="preserve">, </w:t>
    </w:r>
    <w:proofErr w:type="gramStart"/>
    <w:r>
      <w:rPr>
        <w:b/>
        <w:bCs/>
        <w:color w:val="000000"/>
      </w:rPr>
      <w:t>2026</w:t>
    </w:r>
    <w:proofErr w:type="gramEnd"/>
    <w:r>
      <w:rPr>
        <w:b/>
        <w:bCs/>
        <w:color w:val="000000"/>
      </w:rPr>
      <w:t xml:space="preserve"> at </w:t>
    </w:r>
    <w:r w:rsidR="00722E83">
      <w:rPr>
        <w:b/>
        <w:bCs/>
        <w:color w:val="000000"/>
      </w:rPr>
      <w:t>1:45</w:t>
    </w:r>
    <w:r>
      <w:rPr>
        <w:b/>
        <w:bCs/>
        <w:color w:val="000000"/>
      </w:rPr>
      <w:t xml:space="preserve"> 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6608317">
    <w:abstractNumId w:val="0"/>
  </w:num>
  <w:num w:numId="2" w16cid:durableId="1839610219">
    <w:abstractNumId w:val="2"/>
  </w:num>
  <w:num w:numId="3" w16cid:durableId="175267982">
    <w:abstractNumId w:val="3"/>
  </w:num>
  <w:num w:numId="4" w16cid:durableId="1957180373">
    <w:abstractNumId w:val="4"/>
  </w:num>
  <w:num w:numId="5" w16cid:durableId="710299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1426C"/>
    <w:rsid w:val="00015D7C"/>
    <w:rsid w:val="00035A7A"/>
    <w:rsid w:val="000407E0"/>
    <w:rsid w:val="000672C1"/>
    <w:rsid w:val="000A5ABF"/>
    <w:rsid w:val="000D1CAD"/>
    <w:rsid w:val="000D1FBC"/>
    <w:rsid w:val="000D4F21"/>
    <w:rsid w:val="000F4EE2"/>
    <w:rsid w:val="001048AB"/>
    <w:rsid w:val="00146835"/>
    <w:rsid w:val="00194412"/>
    <w:rsid w:val="001A5766"/>
    <w:rsid w:val="001C1476"/>
    <w:rsid w:val="001D5AF1"/>
    <w:rsid w:val="00207AE1"/>
    <w:rsid w:val="00221EA2"/>
    <w:rsid w:val="00232EF6"/>
    <w:rsid w:val="0025475B"/>
    <w:rsid w:val="00255C67"/>
    <w:rsid w:val="00265412"/>
    <w:rsid w:val="00290C55"/>
    <w:rsid w:val="00370EC0"/>
    <w:rsid w:val="003B2BD7"/>
    <w:rsid w:val="003E6080"/>
    <w:rsid w:val="00432AF9"/>
    <w:rsid w:val="004C35BE"/>
    <w:rsid w:val="00551528"/>
    <w:rsid w:val="0056168B"/>
    <w:rsid w:val="00583823"/>
    <w:rsid w:val="005B5E02"/>
    <w:rsid w:val="005E63B3"/>
    <w:rsid w:val="00615172"/>
    <w:rsid w:val="00621CCB"/>
    <w:rsid w:val="0067457B"/>
    <w:rsid w:val="006A42ED"/>
    <w:rsid w:val="006C24BE"/>
    <w:rsid w:val="00722E83"/>
    <w:rsid w:val="00737389"/>
    <w:rsid w:val="00771674"/>
    <w:rsid w:val="008007D4"/>
    <w:rsid w:val="008148DE"/>
    <w:rsid w:val="00833C0D"/>
    <w:rsid w:val="00845CBB"/>
    <w:rsid w:val="0089463A"/>
    <w:rsid w:val="008B3559"/>
    <w:rsid w:val="009555BE"/>
    <w:rsid w:val="00963F02"/>
    <w:rsid w:val="00983A74"/>
    <w:rsid w:val="009C29B5"/>
    <w:rsid w:val="009E3DC1"/>
    <w:rsid w:val="00A12034"/>
    <w:rsid w:val="00A84256"/>
    <w:rsid w:val="00AC5A74"/>
    <w:rsid w:val="00B03AB5"/>
    <w:rsid w:val="00B20364"/>
    <w:rsid w:val="00B57586"/>
    <w:rsid w:val="00B7677A"/>
    <w:rsid w:val="00B81348"/>
    <w:rsid w:val="00B86231"/>
    <w:rsid w:val="00B95441"/>
    <w:rsid w:val="00BA2A2E"/>
    <w:rsid w:val="00BA5D2C"/>
    <w:rsid w:val="00BC348F"/>
    <w:rsid w:val="00C27898"/>
    <w:rsid w:val="00CB2BAF"/>
    <w:rsid w:val="00CB7424"/>
    <w:rsid w:val="00CC4A3B"/>
    <w:rsid w:val="00CD7678"/>
    <w:rsid w:val="00D67CEB"/>
    <w:rsid w:val="00D92806"/>
    <w:rsid w:val="00DA6475"/>
    <w:rsid w:val="00E02FD1"/>
    <w:rsid w:val="00E03DCC"/>
    <w:rsid w:val="00E247EE"/>
    <w:rsid w:val="00E5159B"/>
    <w:rsid w:val="00EA29D5"/>
    <w:rsid w:val="00EB17B2"/>
    <w:rsid w:val="00EB5E9C"/>
    <w:rsid w:val="00EE0EE8"/>
    <w:rsid w:val="00EF18E6"/>
    <w:rsid w:val="00F22123"/>
    <w:rsid w:val="00F30487"/>
    <w:rsid w:val="00F5358F"/>
    <w:rsid w:val="00F94BFB"/>
    <w:rsid w:val="00FE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126</Words>
  <Characters>692</Characters>
  <Application>Microsoft Office Word</Application>
  <DocSecurity>0</DocSecurity>
  <Lines>15</Lines>
  <Paragraphs>10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71</cp:revision>
  <cp:lastPrinted>2026-03-24T16:40:00Z</cp:lastPrinted>
  <dcterms:created xsi:type="dcterms:W3CDTF">2025-12-30T21:28:00Z</dcterms:created>
  <dcterms:modified xsi:type="dcterms:W3CDTF">2026-03-24T16:40:00Z</dcterms:modified>
</cp:coreProperties>
</file>