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88607" w14:textId="44A70893" w:rsidR="00F30487" w:rsidRDefault="00F30487"/>
    <w:p w14:paraId="0A488608" w14:textId="77777777" w:rsidR="00F30487" w:rsidRDefault="008007D4">
      <w:pPr>
        <w:spacing w:line="240" w:lineRule="auto"/>
        <w:rPr>
          <w:b/>
          <w:bCs/>
        </w:rPr>
      </w:pPr>
      <w:r>
        <w:rPr>
          <w:b/>
          <w:bCs/>
        </w:rPr>
        <w:t>Call to Order and Attendance</w:t>
      </w:r>
    </w:p>
    <w:p w14:paraId="0A488609" w14:textId="77777777" w:rsidR="00F30487" w:rsidRDefault="008007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Chairman Rupert Pratt called the meeting to order at 6:00 PM.</w:t>
      </w:r>
    </w:p>
    <w:p w14:paraId="0A48860A" w14:textId="3BAAB640" w:rsidR="00F30487" w:rsidRDefault="008007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Select Board members present: Rupert Pratt, Andrew Bracy, Joel Doyon, James Burrill</w:t>
      </w:r>
      <w:r w:rsidR="00845CBB">
        <w:t xml:space="preserve">, </w:t>
      </w:r>
      <w:r w:rsidR="00852441">
        <w:rPr>
          <w:color w:val="000000"/>
        </w:rPr>
        <w:t>Marcel Lecours</w:t>
      </w:r>
      <w:r>
        <w:rPr>
          <w:color w:val="000000"/>
        </w:rPr>
        <w:t xml:space="preserve">. </w:t>
      </w:r>
    </w:p>
    <w:p w14:paraId="0A48860B" w14:textId="77777777" w:rsidR="00F30487" w:rsidRDefault="008007D4">
      <w:pPr>
        <w:spacing w:line="240" w:lineRule="auto"/>
        <w:rPr>
          <w:b/>
          <w:bCs/>
        </w:rPr>
      </w:pPr>
      <w:r>
        <w:rPr>
          <w:b/>
          <w:bCs/>
        </w:rPr>
        <w:t>Approval of Minutes</w:t>
      </w:r>
    </w:p>
    <w:p w14:paraId="0A48860C" w14:textId="47FC00A2" w:rsidR="00F30487" w:rsidRDefault="008007D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color w:val="000000"/>
        </w:rPr>
        <w:t xml:space="preserve">Motion by </w:t>
      </w:r>
      <w:r w:rsidR="00584995">
        <w:rPr>
          <w:color w:val="000000"/>
        </w:rPr>
        <w:t>Andrew Bracy</w:t>
      </w:r>
      <w:r>
        <w:rPr>
          <w:color w:val="000000"/>
        </w:rPr>
        <w:t xml:space="preserve"> to approve </w:t>
      </w:r>
      <w:proofErr w:type="gramStart"/>
      <w:r>
        <w:rPr>
          <w:color w:val="000000"/>
        </w:rPr>
        <w:t xml:space="preserve">the </w:t>
      </w:r>
      <w:r w:rsidR="00E15440">
        <w:rPr>
          <w:color w:val="000000"/>
        </w:rPr>
        <w:t>March</w:t>
      </w:r>
      <w:proofErr w:type="gramEnd"/>
      <w:r w:rsidR="00E15440">
        <w:rPr>
          <w:color w:val="000000"/>
        </w:rPr>
        <w:t xml:space="preserve"> 10, March 18, and March 21,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2026</w:t>
      </w:r>
      <w:proofErr w:type="gramEnd"/>
      <w:r>
        <w:rPr>
          <w:color w:val="000000"/>
        </w:rPr>
        <w:t xml:space="preserve"> Select Board Meeting</w:t>
      </w:r>
      <w:r w:rsidR="0098729C">
        <w:rPr>
          <w:color w:val="000000"/>
        </w:rPr>
        <w:t xml:space="preserve"> Minutes</w:t>
      </w:r>
      <w:r>
        <w:rPr>
          <w:color w:val="000000"/>
        </w:rPr>
        <w:t xml:space="preserve">. Seconded by </w:t>
      </w:r>
      <w:r w:rsidR="00137414">
        <w:rPr>
          <w:color w:val="000000"/>
        </w:rPr>
        <w:t>Joel Doyon</w:t>
      </w:r>
      <w:r>
        <w:rPr>
          <w:color w:val="000000"/>
        </w:rPr>
        <w:t xml:space="preserve">. </w:t>
      </w:r>
      <w:r w:rsidR="00E80E95">
        <w:rPr>
          <w:color w:val="000000"/>
        </w:rPr>
        <w:t>Amendment by Joel Doyon to mark him as absent on 3/18. Amended motion carried</w:t>
      </w:r>
      <w:r>
        <w:rPr>
          <w:color w:val="000000"/>
        </w:rPr>
        <w:t>.</w:t>
      </w:r>
    </w:p>
    <w:p w14:paraId="0A48860D" w14:textId="77777777" w:rsidR="00F30487" w:rsidRDefault="008007D4">
      <w:pPr>
        <w:spacing w:line="240" w:lineRule="auto"/>
        <w:rPr>
          <w:b/>
          <w:bCs/>
        </w:rPr>
      </w:pPr>
      <w:r>
        <w:rPr>
          <w:b/>
          <w:bCs/>
        </w:rPr>
        <w:t>Treasurer’s Warrant</w:t>
      </w:r>
    </w:p>
    <w:p w14:paraId="0A48860E" w14:textId="3602A088" w:rsidR="00F30487" w:rsidRDefault="008007D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color w:val="000000"/>
        </w:rPr>
        <w:t xml:space="preserve">Motion by </w:t>
      </w:r>
      <w:r w:rsidR="00137414">
        <w:rPr>
          <w:color w:val="000000"/>
        </w:rPr>
        <w:t>James Burrill</w:t>
      </w:r>
      <w:r>
        <w:rPr>
          <w:color w:val="000000"/>
        </w:rPr>
        <w:t xml:space="preserve"> to approve the Treasurer’s Warrant for the week of </w:t>
      </w:r>
      <w:r w:rsidR="00CB2E1A">
        <w:rPr>
          <w:color w:val="000000"/>
        </w:rPr>
        <w:t xml:space="preserve">March </w:t>
      </w:r>
      <w:r w:rsidR="00282B8B">
        <w:rPr>
          <w:color w:val="000000"/>
        </w:rPr>
        <w:t>26</w:t>
      </w:r>
      <w:r>
        <w:rPr>
          <w:color w:val="000000"/>
        </w:rPr>
        <w:t xml:space="preserve">, </w:t>
      </w:r>
      <w:proofErr w:type="gramStart"/>
      <w:r>
        <w:rPr>
          <w:color w:val="000000"/>
        </w:rPr>
        <w:t>2026</w:t>
      </w:r>
      <w:proofErr w:type="gramEnd"/>
      <w:r>
        <w:rPr>
          <w:color w:val="000000"/>
        </w:rPr>
        <w:t xml:space="preserve"> in the amount of $</w:t>
      </w:r>
      <w:r w:rsidR="00282B8B">
        <w:rPr>
          <w:color w:val="000000"/>
        </w:rPr>
        <w:t>36,771.85</w:t>
      </w:r>
      <w:r>
        <w:rPr>
          <w:color w:val="000000"/>
        </w:rPr>
        <w:t xml:space="preserve">. Seconded by </w:t>
      </w:r>
      <w:r w:rsidR="005E023D">
        <w:rPr>
          <w:color w:val="000000"/>
        </w:rPr>
        <w:t>Andrew Bracy</w:t>
      </w:r>
      <w:r>
        <w:rPr>
          <w:color w:val="000000"/>
        </w:rPr>
        <w:t>. Motion carried.</w:t>
      </w:r>
    </w:p>
    <w:p w14:paraId="363F35AA" w14:textId="7C783119" w:rsidR="00420A79" w:rsidRDefault="00420A79">
      <w:pPr>
        <w:spacing w:line="240" w:lineRule="auto"/>
        <w:rPr>
          <w:b/>
          <w:bCs/>
        </w:rPr>
      </w:pPr>
      <w:bookmarkStart w:id="0" w:name="_heading=h.ymmlanfucwx7" w:colFirst="0" w:colLast="0"/>
      <w:bookmarkEnd w:id="0"/>
      <w:r>
        <w:rPr>
          <w:b/>
          <w:bCs/>
        </w:rPr>
        <w:t>New Business</w:t>
      </w:r>
    </w:p>
    <w:p w14:paraId="72C4D63F" w14:textId="7095248A" w:rsidR="00420A79" w:rsidRPr="00384228" w:rsidRDefault="004A7049" w:rsidP="00420A79">
      <w:pPr>
        <w:pStyle w:val="ListParagraph"/>
        <w:numPr>
          <w:ilvl w:val="0"/>
          <w:numId w:val="8"/>
        </w:numPr>
        <w:spacing w:line="240" w:lineRule="auto"/>
        <w:rPr>
          <w:b/>
          <w:bCs/>
        </w:rPr>
      </w:pPr>
      <w:r>
        <w:t>Motion by Andrew Bracy to enter Executive Session pursuant to 1. M.R.S.A. §405</w:t>
      </w:r>
      <w:r w:rsidR="00D01248">
        <w:t>(6)(E) for consultation with legal counsel</w:t>
      </w:r>
      <w:r w:rsidR="00FC45CD">
        <w:t xml:space="preserve">. Seconded by </w:t>
      </w:r>
      <w:r w:rsidR="00F5628C">
        <w:t>Joel Doyon</w:t>
      </w:r>
      <w:r w:rsidR="00FC45CD">
        <w:t xml:space="preserve">. </w:t>
      </w:r>
      <w:r w:rsidR="00127F72">
        <w:t xml:space="preserve">Motion carried. </w:t>
      </w:r>
      <w:r w:rsidR="00384228">
        <w:t>Entered</w:t>
      </w:r>
      <w:r w:rsidR="00127F72">
        <w:t xml:space="preserve"> executive session</w:t>
      </w:r>
      <w:r w:rsidR="00384228">
        <w:t xml:space="preserve"> </w:t>
      </w:r>
      <w:r w:rsidR="00520545">
        <w:t>at 6:03pm</w:t>
      </w:r>
      <w:r w:rsidR="00384228">
        <w:t xml:space="preserve"> and exited at 6:16pm.</w:t>
      </w:r>
    </w:p>
    <w:p w14:paraId="62EE77B3" w14:textId="30909530" w:rsidR="00384228" w:rsidRPr="00FF4401" w:rsidRDefault="00FD74AB" w:rsidP="00420A79">
      <w:pPr>
        <w:pStyle w:val="ListParagraph"/>
        <w:numPr>
          <w:ilvl w:val="0"/>
          <w:numId w:val="8"/>
        </w:numPr>
        <w:spacing w:line="240" w:lineRule="auto"/>
        <w:rPr>
          <w:b/>
          <w:bCs/>
        </w:rPr>
      </w:pPr>
      <w:r>
        <w:t xml:space="preserve">Select Board Appointments </w:t>
      </w:r>
      <w:r w:rsidR="000D5D45">
        <w:t xml:space="preserve">were determined as follows: </w:t>
      </w:r>
    </w:p>
    <w:p w14:paraId="300871F5" w14:textId="77777777" w:rsidR="00FF4401" w:rsidRPr="000D5D45" w:rsidRDefault="00FF4401" w:rsidP="00FF4401">
      <w:pPr>
        <w:pStyle w:val="ListParagraph"/>
        <w:spacing w:line="240" w:lineRule="auto"/>
        <w:ind w:left="360"/>
        <w:rPr>
          <w:b/>
          <w:bCs/>
        </w:rPr>
      </w:pPr>
    </w:p>
    <w:p w14:paraId="71B8FD4E" w14:textId="53F53571" w:rsidR="000D5D45" w:rsidRPr="000D5D45" w:rsidRDefault="000D5D45" w:rsidP="000D5D45">
      <w:pPr>
        <w:pStyle w:val="ListParagraph"/>
        <w:numPr>
          <w:ilvl w:val="1"/>
          <w:numId w:val="8"/>
        </w:numPr>
        <w:spacing w:line="240" w:lineRule="auto"/>
        <w:rPr>
          <w:b/>
          <w:bCs/>
        </w:rPr>
      </w:pPr>
      <w:r>
        <w:t>Chairman: Rupert Pratt</w:t>
      </w:r>
    </w:p>
    <w:p w14:paraId="61B3E657" w14:textId="5C271EAC" w:rsidR="000D5D45" w:rsidRPr="000D5D45" w:rsidRDefault="000D5D45" w:rsidP="000D5D45">
      <w:pPr>
        <w:pStyle w:val="ListParagraph"/>
        <w:numPr>
          <w:ilvl w:val="1"/>
          <w:numId w:val="8"/>
        </w:numPr>
        <w:spacing w:line="240" w:lineRule="auto"/>
        <w:rPr>
          <w:b/>
          <w:bCs/>
        </w:rPr>
      </w:pPr>
      <w:r>
        <w:t>Voice Chairman: Andrew Bracy</w:t>
      </w:r>
    </w:p>
    <w:p w14:paraId="567DD91E" w14:textId="58344FB1" w:rsidR="000D5D45" w:rsidRPr="0089562B" w:rsidRDefault="000D5D45" w:rsidP="000D5D45">
      <w:pPr>
        <w:pStyle w:val="ListParagraph"/>
        <w:numPr>
          <w:ilvl w:val="1"/>
          <w:numId w:val="8"/>
        </w:numPr>
        <w:spacing w:line="240" w:lineRule="auto"/>
        <w:rPr>
          <w:b/>
          <w:bCs/>
        </w:rPr>
      </w:pPr>
      <w:r>
        <w:t>Highway Supervisor: Joel Doyon</w:t>
      </w:r>
      <w:r w:rsidR="0089562B">
        <w:t>. Assistant: Andrew Bracy</w:t>
      </w:r>
    </w:p>
    <w:p w14:paraId="21D41471" w14:textId="069ED2E3" w:rsidR="0089562B" w:rsidRPr="0089562B" w:rsidRDefault="0089562B" w:rsidP="000D5D45">
      <w:pPr>
        <w:pStyle w:val="ListParagraph"/>
        <w:numPr>
          <w:ilvl w:val="1"/>
          <w:numId w:val="8"/>
        </w:numPr>
        <w:spacing w:line="240" w:lineRule="auto"/>
        <w:rPr>
          <w:b/>
          <w:bCs/>
        </w:rPr>
      </w:pPr>
      <w:r>
        <w:t>Office: Rupert Pratt</w:t>
      </w:r>
    </w:p>
    <w:p w14:paraId="0CAB853E" w14:textId="199D4EF9" w:rsidR="0089562B" w:rsidRPr="0089562B" w:rsidRDefault="0089562B" w:rsidP="000D5D45">
      <w:pPr>
        <w:pStyle w:val="ListParagraph"/>
        <w:numPr>
          <w:ilvl w:val="1"/>
          <w:numId w:val="8"/>
        </w:numPr>
        <w:spacing w:line="240" w:lineRule="auto"/>
        <w:rPr>
          <w:b/>
          <w:bCs/>
        </w:rPr>
      </w:pPr>
      <w:r>
        <w:t>Animal Control: Joel Doyon. Assistant: Andrew Bracy</w:t>
      </w:r>
    </w:p>
    <w:p w14:paraId="5E60E3E5" w14:textId="02A351FC" w:rsidR="0089562B" w:rsidRPr="00216DCA" w:rsidRDefault="00216DCA" w:rsidP="000D5D45">
      <w:pPr>
        <w:pStyle w:val="ListParagraph"/>
        <w:numPr>
          <w:ilvl w:val="1"/>
          <w:numId w:val="8"/>
        </w:numPr>
        <w:spacing w:line="240" w:lineRule="auto"/>
        <w:rPr>
          <w:b/>
          <w:bCs/>
        </w:rPr>
      </w:pPr>
      <w:r>
        <w:t>Town Beach: Marcel Lecours. Assistant: Rupert Pratt</w:t>
      </w:r>
    </w:p>
    <w:p w14:paraId="0B3A6CB5" w14:textId="36EEDC25" w:rsidR="00216DCA" w:rsidRPr="00627A4B" w:rsidRDefault="00216DCA" w:rsidP="000D5D45">
      <w:pPr>
        <w:pStyle w:val="ListParagraph"/>
        <w:numPr>
          <w:ilvl w:val="1"/>
          <w:numId w:val="8"/>
        </w:numPr>
        <w:spacing w:line="240" w:lineRule="auto"/>
        <w:rPr>
          <w:b/>
          <w:bCs/>
        </w:rPr>
      </w:pPr>
      <w:r>
        <w:t xml:space="preserve">Cemetery: Marcel Lecours. Assistant: </w:t>
      </w:r>
      <w:r w:rsidR="00627A4B">
        <w:t>Andrew Bracy</w:t>
      </w:r>
    </w:p>
    <w:p w14:paraId="46B8AB7D" w14:textId="6F733BF3" w:rsidR="00627A4B" w:rsidRPr="00627A4B" w:rsidRDefault="00627A4B" w:rsidP="000D5D45">
      <w:pPr>
        <w:pStyle w:val="ListParagraph"/>
        <w:numPr>
          <w:ilvl w:val="1"/>
          <w:numId w:val="8"/>
        </w:numPr>
        <w:spacing w:line="240" w:lineRule="auto"/>
        <w:rPr>
          <w:b/>
          <w:bCs/>
        </w:rPr>
      </w:pPr>
      <w:r>
        <w:t>Custodian: Andrew Bracy. Assistant: Rupert Pratt</w:t>
      </w:r>
    </w:p>
    <w:p w14:paraId="6B780E30" w14:textId="17A8DE84" w:rsidR="00627A4B" w:rsidRPr="000A64CA" w:rsidRDefault="00627A4B" w:rsidP="000D5D45">
      <w:pPr>
        <w:pStyle w:val="ListParagraph"/>
        <w:numPr>
          <w:ilvl w:val="1"/>
          <w:numId w:val="8"/>
        </w:numPr>
        <w:spacing w:line="240" w:lineRule="auto"/>
        <w:rPr>
          <w:b/>
          <w:bCs/>
        </w:rPr>
      </w:pPr>
      <w:r>
        <w:t xml:space="preserve">Fire Department: Joel Doyon. Assistant: </w:t>
      </w:r>
      <w:r w:rsidR="000A64CA">
        <w:t>Andrew Bracy</w:t>
      </w:r>
    </w:p>
    <w:p w14:paraId="2D06A3D6" w14:textId="7E34E578" w:rsidR="000A64CA" w:rsidRPr="000A64CA" w:rsidRDefault="000A64CA" w:rsidP="000D5D45">
      <w:pPr>
        <w:pStyle w:val="ListParagraph"/>
        <w:numPr>
          <w:ilvl w:val="1"/>
          <w:numId w:val="8"/>
        </w:numPr>
        <w:spacing w:line="240" w:lineRule="auto"/>
        <w:rPr>
          <w:b/>
          <w:bCs/>
        </w:rPr>
      </w:pPr>
      <w:r>
        <w:t>Lance Paul Park: Rupert Pratt. Assistant: Marcel Leours</w:t>
      </w:r>
    </w:p>
    <w:p w14:paraId="0D6A09E4" w14:textId="104A9AE2" w:rsidR="000A64CA" w:rsidRPr="00A93EA1" w:rsidRDefault="000A64CA" w:rsidP="000D5D45">
      <w:pPr>
        <w:pStyle w:val="ListParagraph"/>
        <w:numPr>
          <w:ilvl w:val="1"/>
          <w:numId w:val="8"/>
        </w:numPr>
        <w:spacing w:line="240" w:lineRule="auto"/>
        <w:rPr>
          <w:b/>
          <w:bCs/>
        </w:rPr>
      </w:pPr>
      <w:r>
        <w:t xml:space="preserve">Library: James Burrill. Assistant: </w:t>
      </w:r>
      <w:r w:rsidR="00A93EA1">
        <w:t>Andrew Bracy</w:t>
      </w:r>
    </w:p>
    <w:p w14:paraId="27ADA3E4" w14:textId="7D65A128" w:rsidR="00A93EA1" w:rsidRPr="00A93EA1" w:rsidRDefault="00A93EA1" w:rsidP="000D5D45">
      <w:pPr>
        <w:pStyle w:val="ListParagraph"/>
        <w:numPr>
          <w:ilvl w:val="1"/>
          <w:numId w:val="8"/>
        </w:numPr>
        <w:spacing w:line="240" w:lineRule="auto"/>
        <w:rPr>
          <w:b/>
          <w:bCs/>
        </w:rPr>
      </w:pPr>
      <w:r>
        <w:t>Planning Board: Andrew Bracy. Assistant: Joel Doyon</w:t>
      </w:r>
    </w:p>
    <w:p w14:paraId="5BA88CDB" w14:textId="33D52CA7" w:rsidR="00A93EA1" w:rsidRPr="001E4F7E" w:rsidRDefault="001E4F7E" w:rsidP="000D5D45">
      <w:pPr>
        <w:pStyle w:val="ListParagraph"/>
        <w:numPr>
          <w:ilvl w:val="1"/>
          <w:numId w:val="8"/>
        </w:numPr>
        <w:spacing w:line="240" w:lineRule="auto"/>
        <w:rPr>
          <w:b/>
          <w:bCs/>
        </w:rPr>
      </w:pPr>
      <w:r>
        <w:t>Legion Field: Marcel Lecours. Assistant: Rupert Pratt</w:t>
      </w:r>
    </w:p>
    <w:p w14:paraId="7B386459" w14:textId="1FD032B1" w:rsidR="001E4F7E" w:rsidRPr="00070D6F" w:rsidRDefault="001E4F7E" w:rsidP="000D5D45">
      <w:pPr>
        <w:pStyle w:val="ListParagraph"/>
        <w:numPr>
          <w:ilvl w:val="1"/>
          <w:numId w:val="8"/>
        </w:numPr>
        <w:spacing w:line="240" w:lineRule="auto"/>
        <w:rPr>
          <w:b/>
          <w:bCs/>
        </w:rPr>
      </w:pPr>
      <w:r>
        <w:t xml:space="preserve">Solid Waste Recycling/Landfill: James Burrill. Assistant: </w:t>
      </w:r>
      <w:r w:rsidR="00070D6F">
        <w:t>Joel Doyon</w:t>
      </w:r>
    </w:p>
    <w:p w14:paraId="4CAB4824" w14:textId="61025C4F" w:rsidR="00070D6F" w:rsidRPr="00D34A24" w:rsidRDefault="00D34A24" w:rsidP="000D5D45">
      <w:pPr>
        <w:pStyle w:val="ListParagraph"/>
        <w:numPr>
          <w:ilvl w:val="1"/>
          <w:numId w:val="8"/>
        </w:numPr>
        <w:spacing w:line="240" w:lineRule="auto"/>
        <w:rPr>
          <w:b/>
          <w:bCs/>
        </w:rPr>
      </w:pPr>
      <w:r>
        <w:t>Snowmobile/ATV Club: Joel Doyon. Assistant: Rupert Pratt</w:t>
      </w:r>
    </w:p>
    <w:p w14:paraId="2E3E3AEC" w14:textId="0F3763CD" w:rsidR="00D34A24" w:rsidRPr="00A928C5" w:rsidRDefault="00A928C5" w:rsidP="000D5D45">
      <w:pPr>
        <w:pStyle w:val="ListParagraph"/>
        <w:numPr>
          <w:ilvl w:val="1"/>
          <w:numId w:val="8"/>
        </w:numPr>
        <w:spacing w:line="240" w:lineRule="auto"/>
        <w:rPr>
          <w:b/>
          <w:bCs/>
        </w:rPr>
      </w:pPr>
      <w:proofErr w:type="spellStart"/>
      <w:r>
        <w:t>Waster</w:t>
      </w:r>
      <w:proofErr w:type="spellEnd"/>
      <w:r>
        <w:t xml:space="preserve"> Haulers: James Burrill. Assistant: Joel Doyon</w:t>
      </w:r>
    </w:p>
    <w:p w14:paraId="22C28F8B" w14:textId="318931B6" w:rsidR="00A928C5" w:rsidRPr="00F21A19" w:rsidRDefault="00A928C5" w:rsidP="000D5D45">
      <w:pPr>
        <w:pStyle w:val="ListParagraph"/>
        <w:numPr>
          <w:ilvl w:val="1"/>
          <w:numId w:val="8"/>
        </w:numPr>
        <w:spacing w:line="240" w:lineRule="auto"/>
        <w:rPr>
          <w:b/>
          <w:bCs/>
        </w:rPr>
      </w:pPr>
      <w:r>
        <w:t xml:space="preserve">Christmas Lights: Andrew Bracy. Assistant: </w:t>
      </w:r>
      <w:r w:rsidR="00F21A19">
        <w:t>Marcel Lecours</w:t>
      </w:r>
    </w:p>
    <w:p w14:paraId="29DBC955" w14:textId="501A0C26" w:rsidR="00F21A19" w:rsidRPr="00F21A19" w:rsidRDefault="00F21A19" w:rsidP="000D5D45">
      <w:pPr>
        <w:pStyle w:val="ListParagraph"/>
        <w:numPr>
          <w:ilvl w:val="1"/>
          <w:numId w:val="8"/>
        </w:numPr>
        <w:spacing w:line="240" w:lineRule="auto"/>
        <w:rPr>
          <w:b/>
          <w:bCs/>
        </w:rPr>
      </w:pPr>
      <w:r>
        <w:t>Septic Cluster: Joel Doyon. Assistant: Rupert Pratt</w:t>
      </w:r>
    </w:p>
    <w:p w14:paraId="43216A24" w14:textId="7F8572FB" w:rsidR="00F21A19" w:rsidRPr="00420A79" w:rsidRDefault="00F21A19" w:rsidP="000D5D45">
      <w:pPr>
        <w:pStyle w:val="ListParagraph"/>
        <w:numPr>
          <w:ilvl w:val="1"/>
          <w:numId w:val="8"/>
        </w:numPr>
        <w:spacing w:line="240" w:lineRule="auto"/>
        <w:rPr>
          <w:b/>
          <w:bCs/>
        </w:rPr>
      </w:pPr>
      <w:r>
        <w:t xml:space="preserve">Community Events Committee: James Burrill. Assistant: </w:t>
      </w:r>
      <w:r w:rsidR="00FF4401">
        <w:t>Marcel Lecours</w:t>
      </w:r>
    </w:p>
    <w:p w14:paraId="0A488611" w14:textId="7C3271A8" w:rsidR="00F30487" w:rsidRDefault="008007D4">
      <w:pPr>
        <w:spacing w:line="240" w:lineRule="auto"/>
        <w:rPr>
          <w:b/>
          <w:bCs/>
        </w:rPr>
      </w:pPr>
      <w:r>
        <w:rPr>
          <w:b/>
          <w:bCs/>
        </w:rPr>
        <w:t>Ongoing Business</w:t>
      </w:r>
    </w:p>
    <w:p w14:paraId="0A488612" w14:textId="147C1766" w:rsidR="00F30487" w:rsidRDefault="008007D4" w:rsidP="006A42ED">
      <w:pPr>
        <w:pStyle w:val="ListParagraph"/>
        <w:numPr>
          <w:ilvl w:val="0"/>
          <w:numId w:val="7"/>
        </w:numPr>
        <w:spacing w:after="0" w:line="240" w:lineRule="auto"/>
      </w:pPr>
      <w:r w:rsidRPr="006A42ED">
        <w:rPr>
          <w:rFonts w:ascii="Times New Roman" w:eastAsia="Times New Roman" w:hAnsi="Times New Roman" w:cs="Times New Roman"/>
          <w:b/>
          <w:bCs/>
          <w:sz w:val="24"/>
          <w:szCs w:val="24"/>
        </w:rPr>
        <w:t>Septic cluster</w:t>
      </w:r>
      <w:r w:rsidRPr="006A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522FB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5616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522FB">
        <w:rPr>
          <w:rFonts w:ascii="Times New Roman" w:eastAsia="Times New Roman" w:hAnsi="Times New Roman" w:cs="Times New Roman"/>
          <w:sz w:val="24"/>
          <w:szCs w:val="24"/>
        </w:rPr>
        <w:t xml:space="preserve">Motion by </w:t>
      </w:r>
      <w:r w:rsidR="0092369E">
        <w:rPr>
          <w:rFonts w:ascii="Times New Roman" w:eastAsia="Times New Roman" w:hAnsi="Times New Roman" w:cs="Times New Roman"/>
          <w:sz w:val="24"/>
          <w:szCs w:val="24"/>
        </w:rPr>
        <w:t>Joel</w:t>
      </w:r>
      <w:r w:rsidR="00AC5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348F">
        <w:rPr>
          <w:rFonts w:ascii="Times New Roman" w:eastAsia="Times New Roman" w:hAnsi="Times New Roman" w:cs="Times New Roman"/>
          <w:sz w:val="24"/>
          <w:szCs w:val="24"/>
        </w:rPr>
        <w:t>Doyon</w:t>
      </w:r>
      <w:r w:rsidR="007522FB">
        <w:rPr>
          <w:rFonts w:ascii="Times New Roman" w:eastAsia="Times New Roman" w:hAnsi="Times New Roman" w:cs="Times New Roman"/>
          <w:sz w:val="24"/>
          <w:szCs w:val="24"/>
        </w:rPr>
        <w:t xml:space="preserve"> for </w:t>
      </w:r>
      <w:r w:rsidR="00BC0C45">
        <w:rPr>
          <w:rFonts w:ascii="Times New Roman" w:eastAsia="Times New Roman" w:hAnsi="Times New Roman" w:cs="Times New Roman"/>
          <w:sz w:val="24"/>
          <w:szCs w:val="24"/>
        </w:rPr>
        <w:t>Andrew Bracy</w:t>
      </w:r>
      <w:r w:rsidR="00BC348F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 w:rsidR="00BC0C45">
        <w:rPr>
          <w:rFonts w:ascii="Times New Roman" w:eastAsia="Times New Roman" w:hAnsi="Times New Roman" w:cs="Times New Roman"/>
          <w:sz w:val="24"/>
          <w:szCs w:val="24"/>
        </w:rPr>
        <w:t>sign the septic cluster agreement</w:t>
      </w:r>
      <w:r w:rsidRPr="006A42ED">
        <w:rPr>
          <w:rFonts w:ascii="Times New Roman" w:eastAsia="Times New Roman" w:hAnsi="Times New Roman" w:cs="Times New Roman"/>
          <w:sz w:val="24"/>
          <w:szCs w:val="24"/>
        </w:rPr>
        <w:t>.</w:t>
      </w:r>
      <w:r w:rsidR="00BC0C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BC0C45">
        <w:rPr>
          <w:rFonts w:ascii="Times New Roman" w:eastAsia="Times New Roman" w:hAnsi="Times New Roman" w:cs="Times New Roman"/>
          <w:sz w:val="24"/>
          <w:szCs w:val="24"/>
        </w:rPr>
        <w:t>Seconded</w:t>
      </w:r>
      <w:proofErr w:type="gramEnd"/>
      <w:r w:rsidR="00BC0C45">
        <w:rPr>
          <w:rFonts w:ascii="Times New Roman" w:eastAsia="Times New Roman" w:hAnsi="Times New Roman" w:cs="Times New Roman"/>
          <w:sz w:val="24"/>
          <w:szCs w:val="24"/>
        </w:rPr>
        <w:t xml:space="preserve"> by James Burrill. </w:t>
      </w:r>
      <w:r w:rsidR="00FD7430">
        <w:rPr>
          <w:rFonts w:ascii="Times New Roman" w:eastAsia="Times New Roman" w:hAnsi="Times New Roman" w:cs="Times New Roman"/>
          <w:sz w:val="24"/>
          <w:szCs w:val="24"/>
        </w:rPr>
        <w:t xml:space="preserve">Motion carried. Motion by Joel Doyon for Rupert Pratt to sign the agreement as Board Chair. </w:t>
      </w:r>
      <w:proofErr w:type="gramStart"/>
      <w:r w:rsidR="00FD7430">
        <w:rPr>
          <w:rFonts w:ascii="Times New Roman" w:eastAsia="Times New Roman" w:hAnsi="Times New Roman" w:cs="Times New Roman"/>
          <w:sz w:val="24"/>
          <w:szCs w:val="24"/>
        </w:rPr>
        <w:t>Seconded</w:t>
      </w:r>
      <w:proofErr w:type="gramEnd"/>
      <w:r w:rsidR="00FD7430">
        <w:rPr>
          <w:rFonts w:ascii="Times New Roman" w:eastAsia="Times New Roman" w:hAnsi="Times New Roman" w:cs="Times New Roman"/>
          <w:sz w:val="24"/>
          <w:szCs w:val="24"/>
        </w:rPr>
        <w:t xml:space="preserve"> by James Burrill. Motion carried.</w:t>
      </w:r>
    </w:p>
    <w:p w14:paraId="0A488613" w14:textId="2CDA0A50" w:rsidR="00F30487" w:rsidRDefault="008007D4" w:rsidP="006A42ED">
      <w:pPr>
        <w:pStyle w:val="ListParagraph"/>
        <w:numPr>
          <w:ilvl w:val="0"/>
          <w:numId w:val="7"/>
        </w:numPr>
        <w:spacing w:line="240" w:lineRule="auto"/>
      </w:pPr>
      <w:r w:rsidRPr="006A42ED">
        <w:rPr>
          <w:rFonts w:ascii="Times New Roman" w:eastAsia="Times New Roman" w:hAnsi="Times New Roman" w:cs="Times New Roman"/>
          <w:b/>
          <w:bCs/>
          <w:sz w:val="24"/>
          <w:szCs w:val="24"/>
        </w:rPr>
        <w:t>Personnel Policy</w:t>
      </w:r>
      <w:r w:rsidRPr="006A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07E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6A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753F">
        <w:rPr>
          <w:rFonts w:ascii="Times New Roman" w:eastAsia="Times New Roman" w:hAnsi="Times New Roman" w:cs="Times New Roman"/>
          <w:sz w:val="24"/>
          <w:szCs w:val="24"/>
        </w:rPr>
        <w:t xml:space="preserve">No </w:t>
      </w:r>
      <w:r w:rsidR="00871587">
        <w:rPr>
          <w:rFonts w:ascii="Times New Roman" w:eastAsia="Times New Roman" w:hAnsi="Times New Roman" w:cs="Times New Roman"/>
          <w:sz w:val="24"/>
          <w:szCs w:val="24"/>
        </w:rPr>
        <w:t xml:space="preserve">additional </w:t>
      </w:r>
      <w:r w:rsidR="00EA753F">
        <w:rPr>
          <w:rFonts w:ascii="Times New Roman" w:eastAsia="Times New Roman" w:hAnsi="Times New Roman" w:cs="Times New Roman"/>
          <w:sz w:val="24"/>
          <w:szCs w:val="24"/>
        </w:rPr>
        <w:t>changes.</w:t>
      </w:r>
    </w:p>
    <w:p w14:paraId="0A488616" w14:textId="77777777" w:rsidR="00F30487" w:rsidRPr="006A42ED" w:rsidRDefault="008007D4" w:rsidP="006A42ED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6A42ED">
        <w:rPr>
          <w:b/>
          <w:bCs/>
          <w:color w:val="000000"/>
        </w:rPr>
        <w:t>Nazarene church property</w:t>
      </w:r>
      <w:r w:rsidRPr="006A42ED">
        <w:rPr>
          <w:color w:val="000000"/>
        </w:rPr>
        <w:t xml:space="preserve"> – </w:t>
      </w:r>
      <w:r>
        <w:t>no update.</w:t>
      </w:r>
    </w:p>
    <w:p w14:paraId="17F81794" w14:textId="4B7CFB4D" w:rsidR="00212148" w:rsidRPr="0053269E" w:rsidRDefault="008007D4" w:rsidP="0053269E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6A42ED">
        <w:rPr>
          <w:b/>
          <w:bCs/>
          <w:color w:val="000000"/>
        </w:rPr>
        <w:t>MSAD 58 withdrawal committee update</w:t>
      </w:r>
      <w:r w:rsidRPr="006A42ED">
        <w:rPr>
          <w:color w:val="000000"/>
        </w:rPr>
        <w:t xml:space="preserve"> –</w:t>
      </w:r>
      <w:r w:rsidR="00551528">
        <w:rPr>
          <w:color w:val="000000"/>
        </w:rPr>
        <w:t xml:space="preserve"> </w:t>
      </w:r>
      <w:r w:rsidR="00EA753F">
        <w:rPr>
          <w:color w:val="000000"/>
        </w:rPr>
        <w:t xml:space="preserve">waiting on </w:t>
      </w:r>
      <w:r w:rsidR="009208F9">
        <w:t xml:space="preserve">next </w:t>
      </w:r>
      <w:r>
        <w:t>negotiation</w:t>
      </w:r>
      <w:r w:rsidR="00551528">
        <w:t xml:space="preserve"> </w:t>
      </w:r>
      <w:r w:rsidR="009208F9">
        <w:t>meeting</w:t>
      </w:r>
      <w:r w:rsidR="00F15557">
        <w:t>.</w:t>
      </w:r>
    </w:p>
    <w:p w14:paraId="5B5E64A8" w14:textId="77777777" w:rsidR="00212148" w:rsidRDefault="00212148">
      <w:pPr>
        <w:spacing w:after="280" w:line="240" w:lineRule="auto"/>
        <w:rPr>
          <w:b/>
          <w:bCs/>
        </w:rPr>
      </w:pPr>
    </w:p>
    <w:p w14:paraId="143E0B74" w14:textId="047ACD4A" w:rsidR="00FF4401" w:rsidRPr="00212148" w:rsidRDefault="008007D4">
      <w:pPr>
        <w:spacing w:after="280" w:line="240" w:lineRule="auto"/>
      </w:pPr>
      <w:r>
        <w:rPr>
          <w:b/>
          <w:bCs/>
        </w:rPr>
        <w:t xml:space="preserve">Public Comment – </w:t>
      </w:r>
      <w:r w:rsidR="00B2081C">
        <w:t xml:space="preserve">Phillip Richards asked if there will be new signs at the </w:t>
      </w:r>
      <w:r w:rsidR="00ED2B3E">
        <w:t xml:space="preserve">beach this year, </w:t>
      </w:r>
      <w:r w:rsidR="00212148">
        <w:t>ex:</w:t>
      </w:r>
      <w:r w:rsidR="00ED2B3E">
        <w:t xml:space="preserve"> for parking. </w:t>
      </w:r>
      <w:r w:rsidR="00212148">
        <w:t xml:space="preserve">The Board responded that it’s hard to enforce. </w:t>
      </w:r>
    </w:p>
    <w:p w14:paraId="0A488619" w14:textId="4F0880B2" w:rsidR="00F30487" w:rsidRDefault="008007D4">
      <w:pPr>
        <w:spacing w:after="280" w:line="240" w:lineRule="auto"/>
        <w:rPr>
          <w:b/>
          <w:bCs/>
        </w:rPr>
      </w:pPr>
      <w:r>
        <w:rPr>
          <w:b/>
          <w:bCs/>
        </w:rPr>
        <w:t>Treasurer’s Report –</w:t>
      </w:r>
      <w:r w:rsidR="001A00D5">
        <w:rPr>
          <w:b/>
          <w:bCs/>
        </w:rPr>
        <w:t xml:space="preserve"> </w:t>
      </w:r>
      <w:r w:rsidR="00A569D1">
        <w:t>currently focused on end of month and end of quarter reporting</w:t>
      </w:r>
      <w:r w:rsidR="00697F22">
        <w:t>.</w:t>
      </w:r>
    </w:p>
    <w:p w14:paraId="0A48861A" w14:textId="307C5E40" w:rsidR="00F30487" w:rsidRDefault="008007D4">
      <w:pPr>
        <w:spacing w:after="280" w:line="240" w:lineRule="auto"/>
      </w:pPr>
      <w:r>
        <w:rPr>
          <w:b/>
          <w:bCs/>
        </w:rPr>
        <w:t xml:space="preserve">Clerk’s Report </w:t>
      </w:r>
      <w:r>
        <w:t xml:space="preserve">– </w:t>
      </w:r>
      <w:r w:rsidR="009A4D23">
        <w:t>shared the draft 2026 Town Meeting Minutes for review</w:t>
      </w:r>
      <w:r w:rsidR="00123661">
        <w:t xml:space="preserve">. Now starting preparations for June primary election and training for </w:t>
      </w:r>
      <w:r w:rsidR="00B309CA">
        <w:t>new voter registration software</w:t>
      </w:r>
      <w:r w:rsidR="00123661">
        <w:t>.</w:t>
      </w:r>
    </w:p>
    <w:p w14:paraId="0A48861B" w14:textId="5A29B6C1" w:rsidR="00F30487" w:rsidRDefault="008007D4">
      <w:pPr>
        <w:spacing w:after="280" w:line="240" w:lineRule="auto"/>
      </w:pPr>
      <w:r>
        <w:rPr>
          <w:b/>
          <w:bCs/>
        </w:rPr>
        <w:t>Public Works &amp; Fire Department Report</w:t>
      </w:r>
      <w:r>
        <w:t xml:space="preserve"> – </w:t>
      </w:r>
      <w:r w:rsidR="00BA2A2E">
        <w:t xml:space="preserve">Duayne Boyd reported </w:t>
      </w:r>
      <w:r w:rsidR="008F372B">
        <w:t>we</w:t>
      </w:r>
      <w:r w:rsidR="00DF7132">
        <w:t xml:space="preserve"> assisted with a structure fire in Rangeley. </w:t>
      </w:r>
      <w:r w:rsidR="008F372B">
        <w:t xml:space="preserve">He </w:t>
      </w:r>
      <w:r w:rsidR="008321F7">
        <w:t>explained that if we have a massive forest fire, the town is liable for the cost</w:t>
      </w:r>
      <w:r w:rsidR="002D306D">
        <w:t xml:space="preserve"> based on a percentage of the town’s value. </w:t>
      </w:r>
    </w:p>
    <w:p w14:paraId="126CBCAA" w14:textId="77777777" w:rsidR="00BD0A90" w:rsidRDefault="008007D4">
      <w:pPr>
        <w:spacing w:after="280" w:line="240" w:lineRule="auto"/>
      </w:pPr>
      <w:r>
        <w:rPr>
          <w:b/>
          <w:bCs/>
        </w:rPr>
        <w:t>Select Board Reports –</w:t>
      </w:r>
      <w:r w:rsidR="00786486">
        <w:t xml:space="preserve"> </w:t>
      </w:r>
    </w:p>
    <w:p w14:paraId="0A8368B7" w14:textId="3F0354BB" w:rsidR="00642216" w:rsidRDefault="00BD0A90" w:rsidP="00BD0A90">
      <w:pPr>
        <w:pStyle w:val="ListParagraph"/>
        <w:numPr>
          <w:ilvl w:val="0"/>
          <w:numId w:val="7"/>
        </w:numPr>
        <w:spacing w:after="280" w:line="240" w:lineRule="auto"/>
      </w:pPr>
      <w:r>
        <w:t xml:space="preserve">Andrew Bracy </w:t>
      </w:r>
      <w:r w:rsidR="009C5CAD">
        <w:t xml:space="preserve">shared an invoice for $1,100 from the Granite Group confirming it was </w:t>
      </w:r>
      <w:r w:rsidR="00B734EB">
        <w:t>a vacuum for the town garage</w:t>
      </w:r>
      <w:r w:rsidR="00642216">
        <w:t>.</w:t>
      </w:r>
      <w:r w:rsidR="00B734EB">
        <w:t xml:space="preserve"> </w:t>
      </w:r>
      <w:r w:rsidR="001A0127">
        <w:t>AB Heating, Cooling and Electrical did not charge the town for any work in 2025.</w:t>
      </w:r>
    </w:p>
    <w:p w14:paraId="0CD9FA16" w14:textId="11174D4B" w:rsidR="00F90449" w:rsidRDefault="00F90449" w:rsidP="00BD0A90">
      <w:pPr>
        <w:pStyle w:val="ListParagraph"/>
        <w:numPr>
          <w:ilvl w:val="0"/>
          <w:numId w:val="7"/>
        </w:numPr>
        <w:spacing w:after="280" w:line="240" w:lineRule="auto"/>
      </w:pPr>
      <w:r>
        <w:t xml:space="preserve">Rupert Pratt shared </w:t>
      </w:r>
      <w:r w:rsidR="00D14EA2">
        <w:t>that</w:t>
      </w:r>
      <w:r>
        <w:t xml:space="preserve"> </w:t>
      </w:r>
      <w:r w:rsidR="00EB340F">
        <w:t>the town’s</w:t>
      </w:r>
      <w:r w:rsidR="005D4BEF">
        <w:t xml:space="preserve"> assessor, MCG of </w:t>
      </w:r>
      <w:proofErr w:type="gramStart"/>
      <w:r w:rsidR="005D4BEF">
        <w:t>Maine</w:t>
      </w:r>
      <w:proofErr w:type="gramEnd"/>
      <w:r w:rsidR="00DA5CFE">
        <w:t xml:space="preserve"> will </w:t>
      </w:r>
      <w:r w:rsidR="00EB340F">
        <w:t>be billing hourly</w:t>
      </w:r>
      <w:r w:rsidR="00AD6AC6">
        <w:t xml:space="preserve">, however, this will </w:t>
      </w:r>
      <w:r w:rsidR="00DA5CFE">
        <w:t>not impact our annual contract amount.</w:t>
      </w:r>
      <w:r w:rsidR="00537BF8">
        <w:t xml:space="preserve"> </w:t>
      </w:r>
      <w:r w:rsidR="00E7204E">
        <w:t>Pratt</w:t>
      </w:r>
      <w:r w:rsidR="00537BF8">
        <w:t xml:space="preserve"> also </w:t>
      </w:r>
      <w:r w:rsidR="00E7204E">
        <w:t>explained</w:t>
      </w:r>
      <w:r w:rsidR="00537BF8">
        <w:t xml:space="preserve"> an application to </w:t>
      </w:r>
      <w:r w:rsidR="00140CC7">
        <w:t xml:space="preserve">remove some property from tree growth (Map R05, Lot 38) </w:t>
      </w:r>
      <w:r w:rsidR="00E2091B">
        <w:t xml:space="preserve">in 2021 was never billed. </w:t>
      </w:r>
      <w:r w:rsidR="00C71D9D">
        <w:t>Motion by Andrew Bracy to forego the</w:t>
      </w:r>
      <w:r w:rsidR="0031678E">
        <w:t xml:space="preserve"> $3,000</w:t>
      </w:r>
      <w:r w:rsidR="00C71D9D">
        <w:t xml:space="preserve"> fee. </w:t>
      </w:r>
      <w:proofErr w:type="gramStart"/>
      <w:r w:rsidR="00C71D9D">
        <w:t>Seconded</w:t>
      </w:r>
      <w:proofErr w:type="gramEnd"/>
      <w:r w:rsidR="00C71D9D">
        <w:t xml:space="preserve"> by James Burrill. </w:t>
      </w:r>
      <w:r w:rsidR="0031678E">
        <w:t>Motion carried.</w:t>
      </w:r>
    </w:p>
    <w:p w14:paraId="0A48861D" w14:textId="77777777" w:rsidR="00F30487" w:rsidRDefault="008007D4" w:rsidP="000D4F21">
      <w:pPr>
        <w:spacing w:after="0" w:line="240" w:lineRule="auto"/>
      </w:pPr>
      <w:r>
        <w:rPr>
          <w:b/>
          <w:bCs/>
        </w:rPr>
        <w:t xml:space="preserve">Adjournment </w:t>
      </w:r>
    </w:p>
    <w:p w14:paraId="0A48861E" w14:textId="158C3A0F" w:rsidR="00F30487" w:rsidRDefault="008007D4">
      <w:pPr>
        <w:spacing w:line="240" w:lineRule="auto"/>
      </w:pPr>
      <w:r>
        <w:t xml:space="preserve">Motion to adjourn by </w:t>
      </w:r>
      <w:r w:rsidR="0003584E">
        <w:t>Joel Doyon</w:t>
      </w:r>
      <w:r>
        <w:t xml:space="preserve">. Seconded by </w:t>
      </w:r>
      <w:r w:rsidR="0003584E">
        <w:t>Andrew Bracy</w:t>
      </w:r>
      <w:r>
        <w:t xml:space="preserve">. Motion carried. Meeting adjourned at </w:t>
      </w:r>
      <w:r w:rsidR="003C5793">
        <w:t>6:57pm</w:t>
      </w:r>
      <w:r>
        <w:t xml:space="preserve">. Next meeting: Tuesday, </w:t>
      </w:r>
      <w:r w:rsidR="003C5793">
        <w:t>April</w:t>
      </w:r>
      <w:r>
        <w:t xml:space="preserve"> </w:t>
      </w:r>
      <w:r w:rsidR="003C5793">
        <w:t>1</w:t>
      </w:r>
      <w:r w:rsidR="00826611">
        <w:t>4</w:t>
      </w:r>
      <w:r>
        <w:t xml:space="preserve">, </w:t>
      </w:r>
      <w:proofErr w:type="gramStart"/>
      <w:r>
        <w:t>2026</w:t>
      </w:r>
      <w:proofErr w:type="gramEnd"/>
      <w:r>
        <w:t xml:space="preserve"> at 6pm.</w:t>
      </w:r>
    </w:p>
    <w:p w14:paraId="0A48861F" w14:textId="77777777" w:rsidR="00F30487" w:rsidRDefault="008007D4">
      <w:r>
        <w:t>Respectfully submitted,</w:t>
      </w:r>
      <w:r>
        <w:br/>
        <w:t>Amanda Coolong, town clerk</w:t>
      </w:r>
    </w:p>
    <w:sectPr w:rsidR="00F30487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D15293" w14:textId="77777777" w:rsidR="00C2750F" w:rsidRDefault="00C2750F">
      <w:pPr>
        <w:spacing w:after="0" w:line="240" w:lineRule="auto"/>
      </w:pPr>
      <w:r>
        <w:separator/>
      </w:r>
    </w:p>
  </w:endnote>
  <w:endnote w:type="continuationSeparator" w:id="0">
    <w:p w14:paraId="3EDC0CD8" w14:textId="77777777" w:rsidR="00C2750F" w:rsidRDefault="00C27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1C16FDE-BCC5-4A68-BD1C-105E55AB02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884DC8A-CA95-4627-9265-FF18A142D389}"/>
    <w:embedBold r:id="rId3" w:fontKey="{D7B11F05-EBE8-4B8A-8B03-57E322C8EE25}"/>
    <w:embedItalic r:id="rId4" w:fontKey="{46FE466D-7725-4470-9994-C4022C91E96B}"/>
    <w:embedBoldItalic r:id="rId5" w:fontKey="{8A50CE2F-D75D-486C-9CFA-B5E69C353D38}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6" w:fontKey="{EA84EEE5-EC25-4169-845E-7F3E2735EAFD}"/>
    <w:embedBold r:id="rId7" w:fontKey="{7C09C84D-0248-4BCE-8D0D-6C11DD9E2639}"/>
    <w:embedItalic r:id="rId8" w:fontKey="{91634562-A0FD-4D83-8013-1ECD3F813D91}"/>
    <w:embedBoldItalic r:id="rId9" w:fontKey="{0D9422DB-816E-4DA5-8EFA-C905CABEDF73}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C74FF7" w14:textId="77777777" w:rsidR="00C2750F" w:rsidRDefault="00C2750F">
      <w:pPr>
        <w:spacing w:after="0" w:line="240" w:lineRule="auto"/>
      </w:pPr>
      <w:r>
        <w:separator/>
      </w:r>
    </w:p>
  </w:footnote>
  <w:footnote w:type="continuationSeparator" w:id="0">
    <w:p w14:paraId="35EF98F5" w14:textId="77777777" w:rsidR="00C2750F" w:rsidRDefault="00C275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88620" w14:textId="77777777" w:rsidR="00F30487" w:rsidRDefault="008007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  <w:t xml:space="preserve">          Strong Select Board Meeting Minutes</w:t>
    </w:r>
  </w:p>
  <w:p w14:paraId="0A488621" w14:textId="48B99DB8" w:rsidR="00F30487" w:rsidRDefault="008007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  <w:t xml:space="preserve">          Tuesday, </w:t>
    </w:r>
    <w:r w:rsidR="00CD7678">
      <w:rPr>
        <w:b/>
        <w:bCs/>
      </w:rPr>
      <w:t>March</w:t>
    </w:r>
    <w:r>
      <w:rPr>
        <w:b/>
        <w:bCs/>
        <w:color w:val="000000"/>
      </w:rPr>
      <w:t xml:space="preserve"> </w:t>
    </w:r>
    <w:r w:rsidR="00852441">
      <w:rPr>
        <w:b/>
        <w:bCs/>
      </w:rPr>
      <w:t>24</w:t>
    </w:r>
    <w:r>
      <w:rPr>
        <w:b/>
        <w:bCs/>
        <w:color w:val="000000"/>
      </w:rPr>
      <w:t xml:space="preserve">, </w:t>
    </w:r>
    <w:proofErr w:type="gramStart"/>
    <w:r>
      <w:rPr>
        <w:b/>
        <w:bCs/>
        <w:color w:val="000000"/>
      </w:rPr>
      <w:t>2026</w:t>
    </w:r>
    <w:proofErr w:type="gramEnd"/>
    <w:r>
      <w:rPr>
        <w:b/>
        <w:bCs/>
        <w:color w:val="000000"/>
      </w:rPr>
      <w:t xml:space="preserve"> at 6PM</w:t>
    </w:r>
  </w:p>
  <w:p w14:paraId="0A488622" w14:textId="77777777" w:rsidR="00F30487" w:rsidRDefault="008007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  <w:t xml:space="preserve">          Forster Memorial Building, 14 S. Main St.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4A11B9"/>
    <w:multiLevelType w:val="multilevel"/>
    <w:tmpl w:val="90E4F27A"/>
    <w:lvl w:ilvl="0">
      <w:start w:val="1"/>
      <w:numFmt w:val="bullet"/>
      <w:pStyle w:val="List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6F2211A"/>
    <w:multiLevelType w:val="hybridMultilevel"/>
    <w:tmpl w:val="31A00C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13655F0"/>
    <w:multiLevelType w:val="multilevel"/>
    <w:tmpl w:val="56823956"/>
    <w:lvl w:ilvl="0">
      <w:start w:val="1"/>
      <w:numFmt w:val="bullet"/>
      <w:pStyle w:val="ListBullet2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9F550BC"/>
    <w:multiLevelType w:val="multilevel"/>
    <w:tmpl w:val="14767BB4"/>
    <w:lvl w:ilvl="0">
      <w:start w:val="1"/>
      <w:numFmt w:val="bullet"/>
      <w:pStyle w:val="ListBullet3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E155850"/>
    <w:multiLevelType w:val="multilevel"/>
    <w:tmpl w:val="713C9E92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7C57583B"/>
    <w:multiLevelType w:val="hybridMultilevel"/>
    <w:tmpl w:val="2BA47A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16608317">
    <w:abstractNumId w:val="0"/>
  </w:num>
  <w:num w:numId="2" w16cid:durableId="1839610219">
    <w:abstractNumId w:val="2"/>
  </w:num>
  <w:num w:numId="3" w16cid:durableId="175267982">
    <w:abstractNumId w:val="3"/>
  </w:num>
  <w:num w:numId="4" w16cid:durableId="1957180373">
    <w:abstractNumId w:val="4"/>
  </w:num>
  <w:num w:numId="5" w16cid:durableId="7102991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8325248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96304977">
    <w:abstractNumId w:val="1"/>
  </w:num>
  <w:num w:numId="8" w16cid:durableId="11499832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487"/>
    <w:rsid w:val="000105FA"/>
    <w:rsid w:val="0001426C"/>
    <w:rsid w:val="00015D7C"/>
    <w:rsid w:val="0003584E"/>
    <w:rsid w:val="000365BC"/>
    <w:rsid w:val="000407E0"/>
    <w:rsid w:val="00051167"/>
    <w:rsid w:val="000672C1"/>
    <w:rsid w:val="00070D6F"/>
    <w:rsid w:val="00080B32"/>
    <w:rsid w:val="00080D48"/>
    <w:rsid w:val="0009215B"/>
    <w:rsid w:val="000A5ABF"/>
    <w:rsid w:val="000A64CA"/>
    <w:rsid w:val="000D1CAD"/>
    <w:rsid w:val="000D1FBC"/>
    <w:rsid w:val="000D4F21"/>
    <w:rsid w:val="000D5D45"/>
    <w:rsid w:val="000F4EE2"/>
    <w:rsid w:val="001048AB"/>
    <w:rsid w:val="001147CC"/>
    <w:rsid w:val="00123661"/>
    <w:rsid w:val="00127F72"/>
    <w:rsid w:val="00137414"/>
    <w:rsid w:val="00140CC7"/>
    <w:rsid w:val="00194412"/>
    <w:rsid w:val="001A00D5"/>
    <w:rsid w:val="001A0127"/>
    <w:rsid w:val="001A5766"/>
    <w:rsid w:val="001D5AF1"/>
    <w:rsid w:val="001E4F7E"/>
    <w:rsid w:val="00212148"/>
    <w:rsid w:val="00216DCA"/>
    <w:rsid w:val="00221EA2"/>
    <w:rsid w:val="00232EF6"/>
    <w:rsid w:val="0025475B"/>
    <w:rsid w:val="00255C67"/>
    <w:rsid w:val="00265412"/>
    <w:rsid w:val="0027477B"/>
    <w:rsid w:val="00282B8B"/>
    <w:rsid w:val="00290C55"/>
    <w:rsid w:val="002931F2"/>
    <w:rsid w:val="002A52E8"/>
    <w:rsid w:val="002D306D"/>
    <w:rsid w:val="0031678E"/>
    <w:rsid w:val="00370EC0"/>
    <w:rsid w:val="00384228"/>
    <w:rsid w:val="003B2BD7"/>
    <w:rsid w:val="003C5793"/>
    <w:rsid w:val="003D04F4"/>
    <w:rsid w:val="003E6080"/>
    <w:rsid w:val="00403EF1"/>
    <w:rsid w:val="00420A79"/>
    <w:rsid w:val="004364B5"/>
    <w:rsid w:val="0044245E"/>
    <w:rsid w:val="004A7049"/>
    <w:rsid w:val="004C35BE"/>
    <w:rsid w:val="00520545"/>
    <w:rsid w:val="0053269E"/>
    <w:rsid w:val="005336FB"/>
    <w:rsid w:val="00537BF8"/>
    <w:rsid w:val="00551528"/>
    <w:rsid w:val="0056168B"/>
    <w:rsid w:val="00563298"/>
    <w:rsid w:val="00583823"/>
    <w:rsid w:val="00584995"/>
    <w:rsid w:val="005A4372"/>
    <w:rsid w:val="005B5E02"/>
    <w:rsid w:val="005D4BEF"/>
    <w:rsid w:val="005E023D"/>
    <w:rsid w:val="00615172"/>
    <w:rsid w:val="00621CCB"/>
    <w:rsid w:val="00625F5E"/>
    <w:rsid w:val="00627A4B"/>
    <w:rsid w:val="00642216"/>
    <w:rsid w:val="0067457B"/>
    <w:rsid w:val="00676FC4"/>
    <w:rsid w:val="00697F22"/>
    <w:rsid w:val="006A0F49"/>
    <w:rsid w:val="006A42ED"/>
    <w:rsid w:val="006A6269"/>
    <w:rsid w:val="006C24BE"/>
    <w:rsid w:val="006C3319"/>
    <w:rsid w:val="00721DEF"/>
    <w:rsid w:val="00737389"/>
    <w:rsid w:val="007522FB"/>
    <w:rsid w:val="00762AC5"/>
    <w:rsid w:val="00771674"/>
    <w:rsid w:val="00786486"/>
    <w:rsid w:val="007C79E0"/>
    <w:rsid w:val="008007D4"/>
    <w:rsid w:val="00803E7A"/>
    <w:rsid w:val="00824054"/>
    <w:rsid w:val="00826611"/>
    <w:rsid w:val="008321F7"/>
    <w:rsid w:val="00845CBB"/>
    <w:rsid w:val="00852441"/>
    <w:rsid w:val="00871587"/>
    <w:rsid w:val="0089463A"/>
    <w:rsid w:val="0089562B"/>
    <w:rsid w:val="008F372B"/>
    <w:rsid w:val="009208F9"/>
    <w:rsid w:val="0092369E"/>
    <w:rsid w:val="00963F02"/>
    <w:rsid w:val="00983A74"/>
    <w:rsid w:val="0098729C"/>
    <w:rsid w:val="009A4D23"/>
    <w:rsid w:val="009C29B5"/>
    <w:rsid w:val="009C5CAD"/>
    <w:rsid w:val="009E3DC1"/>
    <w:rsid w:val="00A07D0A"/>
    <w:rsid w:val="00A4388C"/>
    <w:rsid w:val="00A569D1"/>
    <w:rsid w:val="00A74C82"/>
    <w:rsid w:val="00A84256"/>
    <w:rsid w:val="00A928C5"/>
    <w:rsid w:val="00A93EA1"/>
    <w:rsid w:val="00AC5A74"/>
    <w:rsid w:val="00AD66C3"/>
    <w:rsid w:val="00AD6AC6"/>
    <w:rsid w:val="00B03AB5"/>
    <w:rsid w:val="00B20364"/>
    <w:rsid w:val="00B2081C"/>
    <w:rsid w:val="00B309CA"/>
    <w:rsid w:val="00B33812"/>
    <w:rsid w:val="00B53CF4"/>
    <w:rsid w:val="00B57586"/>
    <w:rsid w:val="00B734EB"/>
    <w:rsid w:val="00B7677A"/>
    <w:rsid w:val="00B81348"/>
    <w:rsid w:val="00B86231"/>
    <w:rsid w:val="00B913F8"/>
    <w:rsid w:val="00B95441"/>
    <w:rsid w:val="00BA2A2E"/>
    <w:rsid w:val="00BA5D2C"/>
    <w:rsid w:val="00BC0C45"/>
    <w:rsid w:val="00BC348F"/>
    <w:rsid w:val="00BD0A90"/>
    <w:rsid w:val="00BD51C4"/>
    <w:rsid w:val="00C2750F"/>
    <w:rsid w:val="00C27898"/>
    <w:rsid w:val="00C46B2F"/>
    <w:rsid w:val="00C71D9D"/>
    <w:rsid w:val="00CA2BE0"/>
    <w:rsid w:val="00CB2BAF"/>
    <w:rsid w:val="00CB2E1A"/>
    <w:rsid w:val="00CB5600"/>
    <w:rsid w:val="00CB7424"/>
    <w:rsid w:val="00CC4A3B"/>
    <w:rsid w:val="00CD00CB"/>
    <w:rsid w:val="00CD7678"/>
    <w:rsid w:val="00CE666F"/>
    <w:rsid w:val="00CF39DD"/>
    <w:rsid w:val="00D00837"/>
    <w:rsid w:val="00D01248"/>
    <w:rsid w:val="00D14EA2"/>
    <w:rsid w:val="00D34A24"/>
    <w:rsid w:val="00D55339"/>
    <w:rsid w:val="00D67CEB"/>
    <w:rsid w:val="00D9037C"/>
    <w:rsid w:val="00DA5CFE"/>
    <w:rsid w:val="00DA6475"/>
    <w:rsid w:val="00DF7132"/>
    <w:rsid w:val="00E03DCC"/>
    <w:rsid w:val="00E15440"/>
    <w:rsid w:val="00E2091B"/>
    <w:rsid w:val="00E247EE"/>
    <w:rsid w:val="00E41466"/>
    <w:rsid w:val="00E7204E"/>
    <w:rsid w:val="00E80E95"/>
    <w:rsid w:val="00E826EC"/>
    <w:rsid w:val="00EA29D5"/>
    <w:rsid w:val="00EA753F"/>
    <w:rsid w:val="00EB17B2"/>
    <w:rsid w:val="00EB340F"/>
    <w:rsid w:val="00EB5E9C"/>
    <w:rsid w:val="00ED2B3E"/>
    <w:rsid w:val="00EE0EE8"/>
    <w:rsid w:val="00EF18E6"/>
    <w:rsid w:val="00F15557"/>
    <w:rsid w:val="00F21A19"/>
    <w:rsid w:val="00F22123"/>
    <w:rsid w:val="00F30487"/>
    <w:rsid w:val="00F5628C"/>
    <w:rsid w:val="00F5669B"/>
    <w:rsid w:val="00F90449"/>
    <w:rsid w:val="00F94BFB"/>
    <w:rsid w:val="00FC1465"/>
    <w:rsid w:val="00FC45CD"/>
    <w:rsid w:val="00FD7430"/>
    <w:rsid w:val="00FD74AB"/>
    <w:rsid w:val="00FE6AE6"/>
    <w:rsid w:val="00FF4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88607"/>
  <w15:docId w15:val="{7ABB2213-41D7-4F89-A370-C8915C93F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4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unhideWhenUsed/>
    <w:rsid w:val="00CA3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0ybdZGekcddKnMGgwKChQUq9Ow==">CgMxLjAyDmgueW1tbGFuZnVjd3g3OAByITFDYXVmQlRrTXR3ejdWYkVFbk45a3R6MG9Ld0JiS01CNg==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2</Pages>
  <Words>584</Words>
  <Characters>3164</Characters>
  <Application>Microsoft Office Word</Application>
  <DocSecurity>0</DocSecurity>
  <Lines>64</Lines>
  <Paragraphs>44</Paragraphs>
  <ScaleCrop>false</ScaleCrop>
  <Company/>
  <LinksUpToDate>false</LinksUpToDate>
  <CharactersWithSpaces>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 Clerk</dc:creator>
  <cp:lastModifiedBy>Amanda Coolong</cp:lastModifiedBy>
  <cp:revision>175</cp:revision>
  <cp:lastPrinted>2026-04-14T14:51:00Z</cp:lastPrinted>
  <dcterms:created xsi:type="dcterms:W3CDTF">2025-12-30T21:28:00Z</dcterms:created>
  <dcterms:modified xsi:type="dcterms:W3CDTF">2026-04-14T14:51:00Z</dcterms:modified>
</cp:coreProperties>
</file>