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05330077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James Burrill</w:t>
      </w:r>
      <w:r w:rsidR="00845CBB">
        <w:t xml:space="preserve">, </w:t>
      </w:r>
      <w:r w:rsidR="00852441">
        <w:rPr>
          <w:color w:val="000000"/>
        </w:rPr>
        <w:t>Marcel Lecours</w:t>
      </w:r>
      <w:r>
        <w:rPr>
          <w:color w:val="000000"/>
        </w:rPr>
        <w:t xml:space="preserve">. </w:t>
      </w:r>
      <w:r w:rsidR="00033F46">
        <w:rPr>
          <w:color w:val="000000"/>
        </w:rPr>
        <w:t>Absent: Joel Doyon</w:t>
      </w:r>
    </w:p>
    <w:p w14:paraId="0A48860B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2918BD1F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083379">
        <w:rPr>
          <w:color w:val="000000"/>
        </w:rPr>
        <w:t>Marcel Lecours</w:t>
      </w:r>
      <w:r>
        <w:rPr>
          <w:color w:val="000000"/>
        </w:rPr>
        <w:t xml:space="preserve"> to approve the </w:t>
      </w:r>
      <w:r w:rsidR="00E15440">
        <w:rPr>
          <w:color w:val="000000"/>
        </w:rPr>
        <w:t xml:space="preserve">March </w:t>
      </w:r>
      <w:r w:rsidR="00083379">
        <w:rPr>
          <w:color w:val="000000"/>
        </w:rPr>
        <w:t>24</w:t>
      </w:r>
      <w:r w:rsidR="00E15440">
        <w:rPr>
          <w:color w:val="000000"/>
        </w:rPr>
        <w:t xml:space="preserve">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Select Board Meeting</w:t>
      </w:r>
      <w:r w:rsidR="0098729C">
        <w:rPr>
          <w:color w:val="000000"/>
        </w:rPr>
        <w:t xml:space="preserve"> Minutes</w:t>
      </w:r>
      <w:r>
        <w:rPr>
          <w:color w:val="000000"/>
        </w:rPr>
        <w:t xml:space="preserve">. </w:t>
      </w:r>
      <w:proofErr w:type="gramStart"/>
      <w:r>
        <w:rPr>
          <w:color w:val="000000"/>
        </w:rPr>
        <w:t>Seconded</w:t>
      </w:r>
      <w:proofErr w:type="gramEnd"/>
      <w:r>
        <w:rPr>
          <w:color w:val="000000"/>
        </w:rPr>
        <w:t xml:space="preserve"> </w:t>
      </w:r>
      <w:r w:rsidR="00083379">
        <w:rPr>
          <w:color w:val="000000"/>
        </w:rPr>
        <w:t>Andrew Bracy</w:t>
      </w:r>
      <w:r>
        <w:rPr>
          <w:color w:val="000000"/>
        </w:rPr>
        <w:t xml:space="preserve">. </w:t>
      </w:r>
      <w:r w:rsidR="00216535">
        <w:rPr>
          <w:color w:val="000000"/>
        </w:rPr>
        <w:t>Motion</w:t>
      </w:r>
      <w:r w:rsidR="00E80E95">
        <w:rPr>
          <w:color w:val="000000"/>
        </w:rPr>
        <w:t xml:space="preserve"> carried</w:t>
      </w:r>
      <w:r>
        <w:rPr>
          <w:color w:val="000000"/>
        </w:rPr>
        <w:t>.</w:t>
      </w:r>
    </w:p>
    <w:p w14:paraId="0A48860D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1AFFB937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216535">
        <w:rPr>
          <w:color w:val="000000"/>
        </w:rPr>
        <w:t>Andrew Bracy</w:t>
      </w:r>
      <w:r>
        <w:rPr>
          <w:color w:val="000000"/>
        </w:rPr>
        <w:t xml:space="preserve"> to approve the Treasurer’s Warrant for the week of </w:t>
      </w:r>
      <w:r w:rsidR="00216535">
        <w:rPr>
          <w:color w:val="000000"/>
        </w:rPr>
        <w:t>April</w:t>
      </w:r>
      <w:r w:rsidR="00CB2E1A">
        <w:rPr>
          <w:color w:val="000000"/>
        </w:rPr>
        <w:t xml:space="preserve"> </w:t>
      </w:r>
      <w:r w:rsidR="00216535">
        <w:rPr>
          <w:color w:val="000000"/>
        </w:rPr>
        <w:t>1</w:t>
      </w:r>
      <w:r w:rsidR="00282B8B">
        <w:rPr>
          <w:color w:val="000000"/>
        </w:rPr>
        <w:t>6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in the amount of $</w:t>
      </w:r>
      <w:r w:rsidR="00AF634A">
        <w:rPr>
          <w:color w:val="000000"/>
        </w:rPr>
        <w:t>20,402.87</w:t>
      </w:r>
      <w:r>
        <w:rPr>
          <w:color w:val="000000"/>
        </w:rPr>
        <w:t xml:space="preserve">. </w:t>
      </w:r>
      <w:proofErr w:type="gramStart"/>
      <w:r>
        <w:rPr>
          <w:color w:val="000000"/>
        </w:rPr>
        <w:t>Seconded</w:t>
      </w:r>
      <w:proofErr w:type="gramEnd"/>
      <w:r>
        <w:rPr>
          <w:color w:val="000000"/>
        </w:rPr>
        <w:t xml:space="preserve"> by </w:t>
      </w:r>
      <w:r w:rsidR="00AF634A">
        <w:rPr>
          <w:color w:val="000000"/>
        </w:rPr>
        <w:t>James Burrill</w:t>
      </w:r>
      <w:r>
        <w:rPr>
          <w:color w:val="000000"/>
        </w:rPr>
        <w:t>. Motion carried.</w:t>
      </w:r>
    </w:p>
    <w:p w14:paraId="363F35AA" w14:textId="7C783119" w:rsidR="00420A79" w:rsidRDefault="00420A79">
      <w:pPr>
        <w:spacing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New Business</w:t>
      </w:r>
    </w:p>
    <w:p w14:paraId="72C4D63F" w14:textId="4286009A" w:rsidR="00420A79" w:rsidRPr="00384228" w:rsidRDefault="00BC6FC2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>R</w:t>
      </w:r>
      <w:r w:rsidR="002B0298">
        <w:t xml:space="preserve">upert Pratt </w:t>
      </w:r>
      <w:r w:rsidR="007A367C">
        <w:t xml:space="preserve">read the list of 2026 appointments for town positions. </w:t>
      </w:r>
      <w:r w:rsidR="00D41F48">
        <w:t xml:space="preserve">Motion by James Burrill to </w:t>
      </w:r>
      <w:r w:rsidR="00C95A5B">
        <w:t xml:space="preserve">approve the </w:t>
      </w:r>
      <w:r w:rsidR="007A367C">
        <w:t>appointments as</w:t>
      </w:r>
      <w:r w:rsidR="00C95A5B">
        <w:t xml:space="preserve"> written and read. Seconded by Andrew Bracy. Motion carried.</w:t>
      </w:r>
    </w:p>
    <w:p w14:paraId="0A488611" w14:textId="7C3271A8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Ongoing Business</w:t>
      </w:r>
    </w:p>
    <w:p w14:paraId="0A488616" w14:textId="5240EDF1" w:rsidR="00F30487" w:rsidRPr="006A42ED" w:rsidRDefault="008007D4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A42ED">
        <w:rPr>
          <w:b/>
          <w:bCs/>
          <w:color w:val="000000"/>
        </w:rPr>
        <w:t>Nazarene church property</w:t>
      </w:r>
      <w:r w:rsidRPr="006A42ED">
        <w:rPr>
          <w:color w:val="000000"/>
        </w:rPr>
        <w:t xml:space="preserve"> –</w:t>
      </w:r>
      <w:r w:rsidR="005C04DE">
        <w:rPr>
          <w:color w:val="000000"/>
        </w:rPr>
        <w:t xml:space="preserve"> </w:t>
      </w:r>
      <w:r w:rsidR="009842E7">
        <w:rPr>
          <w:color w:val="000000"/>
        </w:rPr>
        <w:t xml:space="preserve">the Town of Strong </w:t>
      </w:r>
      <w:r w:rsidR="00A61252">
        <w:rPr>
          <w:color w:val="000000"/>
        </w:rPr>
        <w:t xml:space="preserve">and Pastor John Evans </w:t>
      </w:r>
      <w:r w:rsidR="00236225">
        <w:rPr>
          <w:color w:val="000000"/>
        </w:rPr>
        <w:t>attended</w:t>
      </w:r>
      <w:r w:rsidR="00E03F91">
        <w:rPr>
          <w:color w:val="000000"/>
        </w:rPr>
        <w:t xml:space="preserve"> </w:t>
      </w:r>
      <w:r w:rsidR="00A70A5E">
        <w:t xml:space="preserve">court </w:t>
      </w:r>
      <w:r w:rsidR="00A61252">
        <w:t xml:space="preserve">on </w:t>
      </w:r>
      <w:r w:rsidR="00A70A5E">
        <w:t>4/13/2026</w:t>
      </w:r>
      <w:r>
        <w:t>.</w:t>
      </w:r>
      <w:r w:rsidR="00A70A5E">
        <w:t xml:space="preserve"> </w:t>
      </w:r>
      <w:r w:rsidR="0020042C">
        <w:t xml:space="preserve">Evans agreed to </w:t>
      </w:r>
      <w:r w:rsidR="004B7846">
        <w:t xml:space="preserve">the Town’s terms and will </w:t>
      </w:r>
      <w:r w:rsidR="00CB4A4C">
        <w:t>clear the</w:t>
      </w:r>
      <w:r w:rsidR="004B7846">
        <w:t xml:space="preserve"> excess</w:t>
      </w:r>
      <w:r w:rsidR="00CB4A4C">
        <w:t xml:space="preserve"> vehicles from the </w:t>
      </w:r>
      <w:r w:rsidR="004B7846">
        <w:t>Nazarene c</w:t>
      </w:r>
      <w:r w:rsidR="004F2F53">
        <w:t xml:space="preserve">hurch </w:t>
      </w:r>
      <w:r w:rsidR="00CB4A4C">
        <w:t xml:space="preserve">property </w:t>
      </w:r>
      <w:r w:rsidR="000253EB">
        <w:t>by 7/20/2026</w:t>
      </w:r>
      <w:r w:rsidR="00161152">
        <w:t xml:space="preserve"> or will accrue </w:t>
      </w:r>
      <w:r w:rsidR="00F24D4B">
        <w:t>penalty fees.</w:t>
      </w:r>
    </w:p>
    <w:p w14:paraId="5B5E64A8" w14:textId="4A2AEC8E" w:rsidR="00212148" w:rsidRPr="00682AE5" w:rsidRDefault="008007D4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551528">
        <w:rPr>
          <w:color w:val="000000"/>
        </w:rPr>
        <w:t xml:space="preserve"> </w:t>
      </w:r>
      <w:r w:rsidR="00A269D8">
        <w:rPr>
          <w:color w:val="000000"/>
        </w:rPr>
        <w:t xml:space="preserve">negotiations are </w:t>
      </w:r>
      <w:r w:rsidR="008E5A52">
        <w:rPr>
          <w:color w:val="000000"/>
        </w:rPr>
        <w:t>underway</w:t>
      </w:r>
      <w:r w:rsidR="00682AE5">
        <w:rPr>
          <w:color w:val="000000"/>
        </w:rPr>
        <w:t xml:space="preserve"> with the next meeting scheduled for 5/12/2026.</w:t>
      </w:r>
    </w:p>
    <w:p w14:paraId="143E0B74" w14:textId="3B35511E" w:rsidR="00FF4401" w:rsidRPr="00212148" w:rsidRDefault="008007D4">
      <w:pPr>
        <w:spacing w:after="280" w:line="240" w:lineRule="auto"/>
      </w:pPr>
      <w:r>
        <w:rPr>
          <w:b/>
          <w:bCs/>
        </w:rPr>
        <w:t xml:space="preserve">Public Comment – </w:t>
      </w:r>
      <w:r w:rsidR="00030122">
        <w:t>none</w:t>
      </w:r>
      <w:r w:rsidR="00212148">
        <w:t xml:space="preserve">. </w:t>
      </w:r>
    </w:p>
    <w:p w14:paraId="0A488619" w14:textId="7D5C2850" w:rsidR="00F30487" w:rsidRDefault="008007D4">
      <w:pPr>
        <w:spacing w:after="280" w:line="240" w:lineRule="auto"/>
        <w:rPr>
          <w:b/>
          <w:bCs/>
        </w:rPr>
      </w:pPr>
      <w:r>
        <w:rPr>
          <w:b/>
          <w:bCs/>
        </w:rPr>
        <w:t>Treasurer’s Report –</w:t>
      </w:r>
      <w:r w:rsidR="00952034">
        <w:rPr>
          <w:b/>
          <w:bCs/>
        </w:rPr>
        <w:t xml:space="preserve"> </w:t>
      </w:r>
      <w:r w:rsidR="00952034">
        <w:t xml:space="preserve">focused on entering the new budget and </w:t>
      </w:r>
      <w:r w:rsidR="00ED46DB">
        <w:t>submitting Paid Family Medical Leave details</w:t>
      </w:r>
      <w:r w:rsidR="00697F22">
        <w:t>.</w:t>
      </w:r>
      <w:r w:rsidR="00ED46DB">
        <w:t xml:space="preserve"> Additionally, 38 flag kits have been ordered from World of Flags</w:t>
      </w:r>
      <w:r w:rsidR="00746E06">
        <w:t>.</w:t>
      </w:r>
    </w:p>
    <w:p w14:paraId="0A48861A" w14:textId="2B76E73C" w:rsidR="00F30487" w:rsidRDefault="008007D4">
      <w:pPr>
        <w:spacing w:after="280" w:line="240" w:lineRule="auto"/>
      </w:pPr>
      <w:r>
        <w:rPr>
          <w:b/>
          <w:bCs/>
        </w:rPr>
        <w:t xml:space="preserve">Clerk’s Report </w:t>
      </w:r>
      <w:r w:rsidR="00746E06">
        <w:t>– continuing preparations</w:t>
      </w:r>
      <w:r w:rsidR="00123661">
        <w:t xml:space="preserve"> for June </w:t>
      </w:r>
      <w:r w:rsidR="00746E06">
        <w:t xml:space="preserve">9 </w:t>
      </w:r>
      <w:r w:rsidR="00123661">
        <w:t>primary</w:t>
      </w:r>
      <w:r w:rsidR="00123FCB">
        <w:t xml:space="preserve"> election</w:t>
      </w:r>
      <w:r w:rsidR="00123661">
        <w:t>.</w:t>
      </w:r>
      <w:r w:rsidR="00123FCB">
        <w:t xml:space="preserve"> Absentee ballots will be available in May.</w:t>
      </w:r>
    </w:p>
    <w:p w14:paraId="0A48861B" w14:textId="7CDCD29B" w:rsidR="00F30487" w:rsidRDefault="008007D4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BA2A2E">
        <w:t xml:space="preserve">Duayne Boyd reported </w:t>
      </w:r>
      <w:r w:rsidR="00883D96">
        <w:t>roads are getting touch-ups</w:t>
      </w:r>
      <w:r w:rsidR="00510882">
        <w:t xml:space="preserve"> and the crew is </w:t>
      </w:r>
      <w:r w:rsidR="00F542E2">
        <w:t xml:space="preserve">also </w:t>
      </w:r>
      <w:r w:rsidR="00510882">
        <w:t>working on sidewalks</w:t>
      </w:r>
      <w:r w:rsidR="002D306D">
        <w:t xml:space="preserve">. </w:t>
      </w:r>
      <w:r w:rsidR="00066B64">
        <w:t>Four firefighters attended ice water rescue training</w:t>
      </w:r>
      <w:r w:rsidR="00340F7C">
        <w:t xml:space="preserve">. </w:t>
      </w:r>
      <w:r w:rsidR="00A5273E">
        <w:t>The Strong fire dept assisted Phillips on a forest fire.</w:t>
      </w:r>
      <w:r w:rsidR="00F542E2">
        <w:t xml:space="preserve"> Lastly, </w:t>
      </w:r>
      <w:r w:rsidR="001839B2">
        <w:t xml:space="preserve">Boyd presented the Board with a Letter of Agreement granting the Sandy River Riders ATV Club of Strong permission to operate ATVs on all town roads and streets for </w:t>
      </w:r>
      <w:r w:rsidR="00B21DE0">
        <w:t>roadside cleanup April 27 – May 3, 2026. All Select Board members present signed.</w:t>
      </w:r>
    </w:p>
    <w:p w14:paraId="126CBCAA" w14:textId="77777777" w:rsidR="00BD0A90" w:rsidRDefault="008007D4">
      <w:pPr>
        <w:spacing w:after="280" w:line="240" w:lineRule="auto"/>
      </w:pPr>
      <w:r>
        <w:rPr>
          <w:b/>
          <w:bCs/>
        </w:rPr>
        <w:t>Select Board Reports –</w:t>
      </w:r>
      <w:r w:rsidR="00786486">
        <w:t xml:space="preserve"> </w:t>
      </w:r>
    </w:p>
    <w:p w14:paraId="0CD9FA16" w14:textId="0FDC2E8F" w:rsidR="00F90449" w:rsidRDefault="00F90449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Rupert </w:t>
      </w:r>
      <w:r w:rsidR="00040FDC">
        <w:t xml:space="preserve">Pratt said 6-8 trees in the Scott Paul </w:t>
      </w:r>
      <w:r w:rsidR="00FF5735">
        <w:t>Memorial P</w:t>
      </w:r>
      <w:r w:rsidR="00040FDC">
        <w:t>ark need to be cut down</w:t>
      </w:r>
      <w:r w:rsidR="0031678E">
        <w:t>.</w:t>
      </w:r>
    </w:p>
    <w:p w14:paraId="5D29C647" w14:textId="28E2CB88" w:rsidR="00A33F35" w:rsidRDefault="00A33F35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Macel Lecours </w:t>
      </w:r>
      <w:r w:rsidR="0022208C">
        <w:t>is</w:t>
      </w:r>
      <w:r w:rsidR="00A1401F">
        <w:t xml:space="preserve"> remov</w:t>
      </w:r>
      <w:r w:rsidR="0022208C">
        <w:t>ing</w:t>
      </w:r>
      <w:r w:rsidR="00A1401F">
        <w:t xml:space="preserve"> the chain at </w:t>
      </w:r>
      <w:proofErr w:type="gramStart"/>
      <w:r w:rsidR="00A1401F">
        <w:t>the Legion</w:t>
      </w:r>
      <w:proofErr w:type="gramEnd"/>
      <w:r w:rsidR="00A1401F">
        <w:t xml:space="preserve"> Field</w:t>
      </w:r>
      <w:r w:rsidR="0022208C">
        <w:t xml:space="preserve"> so </w:t>
      </w:r>
      <w:r w:rsidR="00B365F3">
        <w:t xml:space="preserve">ball practice can begin. He </w:t>
      </w:r>
      <w:r w:rsidR="00A1401F">
        <w:t xml:space="preserve">will get quotes </w:t>
      </w:r>
      <w:r w:rsidR="004213C9">
        <w:t>then</w:t>
      </w:r>
      <w:r w:rsidR="00E41C84">
        <w:t xml:space="preserve"> order this year’s</w:t>
      </w:r>
      <w:r w:rsidR="00A1401F">
        <w:t xml:space="preserve"> porta </w:t>
      </w:r>
      <w:r w:rsidR="004213C9">
        <w:t>potties</w:t>
      </w:r>
      <w:r w:rsidR="003B23E1">
        <w:t xml:space="preserve"> and will get materials to build benches.</w:t>
      </w:r>
    </w:p>
    <w:p w14:paraId="5F8B4638" w14:textId="3124E42E" w:rsidR="003B23E1" w:rsidRDefault="003B23E1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James Burrill shared the next </w:t>
      </w:r>
      <w:r w:rsidR="00DD7702">
        <w:t>events committee meeting is 4/15/26 downstairs at the Memorial Building.</w:t>
      </w:r>
      <w:r w:rsidR="00BD2E29">
        <w:t xml:space="preserve"> He also mentioned the Spirit of America tribute is looking for nominations.</w:t>
      </w:r>
    </w:p>
    <w:p w14:paraId="64F80CC0" w14:textId="77777777" w:rsidR="00D7544D" w:rsidRDefault="00D7544D" w:rsidP="00D7544D">
      <w:pPr>
        <w:spacing w:after="280" w:line="240" w:lineRule="auto"/>
      </w:pPr>
    </w:p>
    <w:p w14:paraId="4AB84669" w14:textId="77777777" w:rsidR="00D7544D" w:rsidRDefault="00D7544D" w:rsidP="00D7544D">
      <w:pPr>
        <w:spacing w:after="280" w:line="240" w:lineRule="auto"/>
      </w:pPr>
    </w:p>
    <w:p w14:paraId="59F1F216" w14:textId="77777777" w:rsidR="00D7544D" w:rsidRDefault="00793E00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>Andrew Bracy reported</w:t>
      </w:r>
      <w:r w:rsidR="00D7544D">
        <w:t xml:space="preserve">: </w:t>
      </w:r>
    </w:p>
    <w:p w14:paraId="592103D6" w14:textId="77777777" w:rsidR="00D7544D" w:rsidRDefault="00D7544D" w:rsidP="00D7544D">
      <w:pPr>
        <w:pStyle w:val="ListParagraph"/>
        <w:numPr>
          <w:ilvl w:val="1"/>
          <w:numId w:val="7"/>
        </w:numPr>
        <w:spacing w:after="280" w:line="240" w:lineRule="auto"/>
      </w:pPr>
      <w:r>
        <w:t>The</w:t>
      </w:r>
      <w:r w:rsidR="00793E00">
        <w:t xml:space="preserve"> Fire Marshall inspection found 5 minor violations which have been </w:t>
      </w:r>
      <w:r w:rsidR="00D10ABD">
        <w:t xml:space="preserve">fixed and will be </w:t>
      </w:r>
      <w:proofErr w:type="gramStart"/>
      <w:r w:rsidR="00D10ABD">
        <w:t>resent</w:t>
      </w:r>
      <w:proofErr w:type="gramEnd"/>
      <w:r w:rsidR="00D10ABD">
        <w:t xml:space="preserve"> with the changes. </w:t>
      </w:r>
    </w:p>
    <w:p w14:paraId="33C4BAAE" w14:textId="4E457186" w:rsidR="00793E00" w:rsidRDefault="00DA214E" w:rsidP="00D7544D">
      <w:pPr>
        <w:pStyle w:val="ListParagraph"/>
        <w:numPr>
          <w:ilvl w:val="1"/>
          <w:numId w:val="7"/>
        </w:numPr>
        <w:spacing w:after="280" w:line="240" w:lineRule="auto"/>
      </w:pPr>
      <w:r>
        <w:t>The next AVCOG grant of $75k has a due date of June 5</w:t>
      </w:r>
      <w:r w:rsidR="00A01ECA">
        <w:t xml:space="preserve"> to determine what we want to do and to get quotes. </w:t>
      </w:r>
      <w:r w:rsidR="005F03D9">
        <w:t xml:space="preserve">Joel Doyon previously shared he will lead the re-enrollment. </w:t>
      </w:r>
    </w:p>
    <w:p w14:paraId="3C2E232A" w14:textId="655E03E8" w:rsidR="00D7544D" w:rsidRDefault="00FC56BD" w:rsidP="00D7544D">
      <w:pPr>
        <w:pStyle w:val="ListParagraph"/>
        <w:numPr>
          <w:ilvl w:val="1"/>
          <w:numId w:val="7"/>
        </w:numPr>
        <w:spacing w:after="280" w:line="240" w:lineRule="auto"/>
      </w:pPr>
      <w:r>
        <w:t xml:space="preserve">The heat pumps in the town office have outdated refrigeration, but an internal component is still under warranty. </w:t>
      </w:r>
      <w:r w:rsidR="00614C05">
        <w:t>Bracy recommends changing the condenser</w:t>
      </w:r>
      <w:r w:rsidR="00E449BE">
        <w:t xml:space="preserve"> at an estimated cost of $2,917.50. </w:t>
      </w:r>
    </w:p>
    <w:p w14:paraId="4DF51D17" w14:textId="798459D5" w:rsidR="00D81866" w:rsidRDefault="00D81866" w:rsidP="00D7544D">
      <w:pPr>
        <w:pStyle w:val="ListParagraph"/>
        <w:numPr>
          <w:ilvl w:val="1"/>
          <w:numId w:val="7"/>
        </w:numPr>
        <w:spacing w:after="280" w:line="240" w:lineRule="auto"/>
      </w:pPr>
      <w:r>
        <w:t>Falcon Flooring has fully refinished the hardwood floors in the town hall.</w:t>
      </w:r>
      <w:r w:rsidR="00735E7A">
        <w:t xml:space="preserve"> The final cost was $5,750.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28E8067D" w:rsidR="00F30487" w:rsidRDefault="008007D4">
      <w:pPr>
        <w:spacing w:line="240" w:lineRule="auto"/>
      </w:pPr>
      <w:r>
        <w:t xml:space="preserve">Motion to adjourn by </w:t>
      </w:r>
      <w:r w:rsidR="00735E7A">
        <w:t>Andrew Bracy</w:t>
      </w:r>
      <w:r>
        <w:t xml:space="preserve">. </w:t>
      </w:r>
      <w:proofErr w:type="gramStart"/>
      <w:r>
        <w:t>Seconded</w:t>
      </w:r>
      <w:proofErr w:type="gramEnd"/>
      <w:r>
        <w:t xml:space="preserve"> by </w:t>
      </w:r>
      <w:r w:rsidR="00735E7A">
        <w:t>James Burrill</w:t>
      </w:r>
      <w:r>
        <w:t xml:space="preserve">. Motion carried. Meeting adjourned at </w:t>
      </w:r>
      <w:r w:rsidR="003C5793">
        <w:t>6:</w:t>
      </w:r>
      <w:r w:rsidR="00735E7A">
        <w:t>46</w:t>
      </w:r>
      <w:r w:rsidR="003C5793">
        <w:t>pm</w:t>
      </w:r>
      <w:r>
        <w:t xml:space="preserve">. Next meeting: Tuesday, </w:t>
      </w:r>
      <w:r w:rsidR="003C5793">
        <w:t>April</w:t>
      </w:r>
      <w:r>
        <w:t xml:space="preserve"> </w:t>
      </w:r>
      <w:r w:rsidR="00735E7A">
        <w:t>28</w:t>
      </w:r>
      <w:r>
        <w:t xml:space="preserve">, </w:t>
      </w:r>
      <w:proofErr w:type="gramStart"/>
      <w:r>
        <w:t>2026</w:t>
      </w:r>
      <w:proofErr w:type="gramEnd"/>
      <w:r>
        <w:t xml:space="preserve">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0DA53" w14:textId="77777777" w:rsidR="00C23EA7" w:rsidRDefault="00C23EA7">
      <w:pPr>
        <w:spacing w:after="0" w:line="240" w:lineRule="auto"/>
      </w:pPr>
      <w:r>
        <w:separator/>
      </w:r>
    </w:p>
  </w:endnote>
  <w:endnote w:type="continuationSeparator" w:id="0">
    <w:p w14:paraId="7F61106D" w14:textId="77777777" w:rsidR="00C23EA7" w:rsidRDefault="00C2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EF55454-96FE-4326-A118-E403D647CD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4824FF-5FAF-4D75-BC96-8F943F3A0A5C}"/>
    <w:embedBold r:id="rId3" w:fontKey="{0F7258B9-0A88-4ED8-95E0-027818531C31}"/>
    <w:embedItalic r:id="rId4" w:fontKey="{08403726-CBE6-4435-AC85-E89300CD8280}"/>
    <w:embedBoldItalic r:id="rId5" w:fontKey="{0DCAB7A8-81A4-4EEA-9AD4-D0534BB44A3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8326C08B-BA60-4749-B7B0-ACD9AE43670E}"/>
    <w:embedBold r:id="rId7" w:fontKey="{C7D04737-0C08-4F8D-81CE-2B4584F7269E}"/>
    <w:embedItalic r:id="rId8" w:fontKey="{024D1A88-09D4-490E-88ED-415BFBAF7072}"/>
    <w:embedBoldItalic r:id="rId9" w:fontKey="{93B8A1D8-0BAE-4FC2-8B55-21C1E54A97D1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41318" w14:textId="77777777" w:rsidR="00C23EA7" w:rsidRDefault="00C23EA7">
      <w:pPr>
        <w:spacing w:after="0" w:line="240" w:lineRule="auto"/>
      </w:pPr>
      <w:r>
        <w:separator/>
      </w:r>
    </w:p>
  </w:footnote>
  <w:footnote w:type="continuationSeparator" w:id="0">
    <w:p w14:paraId="5A597BCA" w14:textId="77777777" w:rsidR="00C23EA7" w:rsidRDefault="00C23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6EA6CB1B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9070CD">
      <w:rPr>
        <w:b/>
        <w:bCs/>
      </w:rPr>
      <w:t>April</w:t>
    </w:r>
    <w:r>
      <w:rPr>
        <w:b/>
        <w:bCs/>
        <w:color w:val="000000"/>
      </w:rPr>
      <w:t xml:space="preserve"> </w:t>
    </w:r>
    <w:r w:rsidR="009070CD">
      <w:rPr>
        <w:b/>
        <w:bCs/>
      </w:rPr>
      <w:t>1</w:t>
    </w:r>
    <w:r w:rsidR="00852441">
      <w:rPr>
        <w:b/>
        <w:bCs/>
      </w:rPr>
      <w:t>4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  <w:num w:numId="8" w16cid:durableId="1149983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05FA"/>
    <w:rsid w:val="0001426C"/>
    <w:rsid w:val="00015D7C"/>
    <w:rsid w:val="000253EB"/>
    <w:rsid w:val="00030122"/>
    <w:rsid w:val="00033F46"/>
    <w:rsid w:val="0003584E"/>
    <w:rsid w:val="000365BC"/>
    <w:rsid w:val="000407E0"/>
    <w:rsid w:val="00040FDC"/>
    <w:rsid w:val="00051167"/>
    <w:rsid w:val="00066B64"/>
    <w:rsid w:val="000672C1"/>
    <w:rsid w:val="00070D6F"/>
    <w:rsid w:val="00080B32"/>
    <w:rsid w:val="00080D48"/>
    <w:rsid w:val="00083379"/>
    <w:rsid w:val="0009215B"/>
    <w:rsid w:val="000A5ABF"/>
    <w:rsid w:val="000A64CA"/>
    <w:rsid w:val="000D1CAD"/>
    <w:rsid w:val="000D1FBC"/>
    <w:rsid w:val="000D4F21"/>
    <w:rsid w:val="000D5D45"/>
    <w:rsid w:val="000F4EE2"/>
    <w:rsid w:val="001048AB"/>
    <w:rsid w:val="001147CC"/>
    <w:rsid w:val="00123661"/>
    <w:rsid w:val="00123FCB"/>
    <w:rsid w:val="00127F72"/>
    <w:rsid w:val="00137414"/>
    <w:rsid w:val="00140CC7"/>
    <w:rsid w:val="00161152"/>
    <w:rsid w:val="001839B2"/>
    <w:rsid w:val="00194412"/>
    <w:rsid w:val="001A00D5"/>
    <w:rsid w:val="001A0127"/>
    <w:rsid w:val="001A5766"/>
    <w:rsid w:val="001D5AF1"/>
    <w:rsid w:val="001E4F7E"/>
    <w:rsid w:val="0020042C"/>
    <w:rsid w:val="00212148"/>
    <w:rsid w:val="00216535"/>
    <w:rsid w:val="00216DCA"/>
    <w:rsid w:val="00221EA2"/>
    <w:rsid w:val="0022208C"/>
    <w:rsid w:val="00232EF6"/>
    <w:rsid w:val="00236225"/>
    <w:rsid w:val="0025475B"/>
    <w:rsid w:val="00255C67"/>
    <w:rsid w:val="00265412"/>
    <w:rsid w:val="0027477B"/>
    <w:rsid w:val="00282B8B"/>
    <w:rsid w:val="00290C55"/>
    <w:rsid w:val="002931F2"/>
    <w:rsid w:val="002A52E8"/>
    <w:rsid w:val="002B005A"/>
    <w:rsid w:val="002B0298"/>
    <w:rsid w:val="002D306D"/>
    <w:rsid w:val="0031678E"/>
    <w:rsid w:val="00340F7C"/>
    <w:rsid w:val="00370EC0"/>
    <w:rsid w:val="00384228"/>
    <w:rsid w:val="003B23E1"/>
    <w:rsid w:val="003B2BD7"/>
    <w:rsid w:val="003C5793"/>
    <w:rsid w:val="003D04F4"/>
    <w:rsid w:val="003E6080"/>
    <w:rsid w:val="00403EF1"/>
    <w:rsid w:val="00420A79"/>
    <w:rsid w:val="004213C9"/>
    <w:rsid w:val="004364B5"/>
    <w:rsid w:val="0044245E"/>
    <w:rsid w:val="00494714"/>
    <w:rsid w:val="004A7049"/>
    <w:rsid w:val="004B7846"/>
    <w:rsid w:val="004C35BE"/>
    <w:rsid w:val="004F2F53"/>
    <w:rsid w:val="00510882"/>
    <w:rsid w:val="00520545"/>
    <w:rsid w:val="00527A3E"/>
    <w:rsid w:val="0053269E"/>
    <w:rsid w:val="005336FB"/>
    <w:rsid w:val="00537BF8"/>
    <w:rsid w:val="00551528"/>
    <w:rsid w:val="0056168B"/>
    <w:rsid w:val="00563298"/>
    <w:rsid w:val="00583823"/>
    <w:rsid w:val="00584995"/>
    <w:rsid w:val="005A4372"/>
    <w:rsid w:val="005B5E02"/>
    <w:rsid w:val="005C04DE"/>
    <w:rsid w:val="005D4BEF"/>
    <w:rsid w:val="005E023D"/>
    <w:rsid w:val="005F03D9"/>
    <w:rsid w:val="00614C05"/>
    <w:rsid w:val="00615172"/>
    <w:rsid w:val="00621CCB"/>
    <w:rsid w:val="00625F5E"/>
    <w:rsid w:val="00627A4B"/>
    <w:rsid w:val="00642216"/>
    <w:rsid w:val="0067457B"/>
    <w:rsid w:val="00676FC4"/>
    <w:rsid w:val="00682AE5"/>
    <w:rsid w:val="00697F22"/>
    <w:rsid w:val="006A0F49"/>
    <w:rsid w:val="006A42ED"/>
    <w:rsid w:val="006A6269"/>
    <w:rsid w:val="006C24BE"/>
    <w:rsid w:val="006C3319"/>
    <w:rsid w:val="00721DEF"/>
    <w:rsid w:val="00735E7A"/>
    <w:rsid w:val="00737389"/>
    <w:rsid w:val="00746E06"/>
    <w:rsid w:val="007522FB"/>
    <w:rsid w:val="00762AC5"/>
    <w:rsid w:val="00771674"/>
    <w:rsid w:val="00786486"/>
    <w:rsid w:val="00793E00"/>
    <w:rsid w:val="007A367C"/>
    <w:rsid w:val="007C79E0"/>
    <w:rsid w:val="008007D4"/>
    <w:rsid w:val="00803E7A"/>
    <w:rsid w:val="00824054"/>
    <w:rsid w:val="00826611"/>
    <w:rsid w:val="008321F7"/>
    <w:rsid w:val="00845CBB"/>
    <w:rsid w:val="00852441"/>
    <w:rsid w:val="00871587"/>
    <w:rsid w:val="00883D96"/>
    <w:rsid w:val="0089463A"/>
    <w:rsid w:val="0089562B"/>
    <w:rsid w:val="008E5A52"/>
    <w:rsid w:val="008F372B"/>
    <w:rsid w:val="009070CD"/>
    <w:rsid w:val="009208F9"/>
    <w:rsid w:val="0092369E"/>
    <w:rsid w:val="00952034"/>
    <w:rsid w:val="00963F02"/>
    <w:rsid w:val="00983A74"/>
    <w:rsid w:val="009842E7"/>
    <w:rsid w:val="0098729C"/>
    <w:rsid w:val="009A4D23"/>
    <w:rsid w:val="009C29B5"/>
    <w:rsid w:val="009C5CAD"/>
    <w:rsid w:val="009E3DC1"/>
    <w:rsid w:val="00A01ECA"/>
    <w:rsid w:val="00A07D0A"/>
    <w:rsid w:val="00A1401F"/>
    <w:rsid w:val="00A269D8"/>
    <w:rsid w:val="00A33F35"/>
    <w:rsid w:val="00A4388C"/>
    <w:rsid w:val="00A5273E"/>
    <w:rsid w:val="00A569D1"/>
    <w:rsid w:val="00A61252"/>
    <w:rsid w:val="00A70A5E"/>
    <w:rsid w:val="00A74C82"/>
    <w:rsid w:val="00A84256"/>
    <w:rsid w:val="00A928C5"/>
    <w:rsid w:val="00A93EA1"/>
    <w:rsid w:val="00AC5A74"/>
    <w:rsid w:val="00AD66C3"/>
    <w:rsid w:val="00AD6AC6"/>
    <w:rsid w:val="00AF401F"/>
    <w:rsid w:val="00AF634A"/>
    <w:rsid w:val="00B03AB5"/>
    <w:rsid w:val="00B20364"/>
    <w:rsid w:val="00B2081C"/>
    <w:rsid w:val="00B21DE0"/>
    <w:rsid w:val="00B309CA"/>
    <w:rsid w:val="00B33812"/>
    <w:rsid w:val="00B362EA"/>
    <w:rsid w:val="00B365F3"/>
    <w:rsid w:val="00B53CF4"/>
    <w:rsid w:val="00B57586"/>
    <w:rsid w:val="00B734EB"/>
    <w:rsid w:val="00B7677A"/>
    <w:rsid w:val="00B81348"/>
    <w:rsid w:val="00B86231"/>
    <w:rsid w:val="00B913F8"/>
    <w:rsid w:val="00B95441"/>
    <w:rsid w:val="00BA2A2E"/>
    <w:rsid w:val="00BA5D2C"/>
    <w:rsid w:val="00BC0C45"/>
    <w:rsid w:val="00BC348F"/>
    <w:rsid w:val="00BC6FC2"/>
    <w:rsid w:val="00BD0A90"/>
    <w:rsid w:val="00BD2E29"/>
    <w:rsid w:val="00BD51C4"/>
    <w:rsid w:val="00C23EA7"/>
    <w:rsid w:val="00C2750F"/>
    <w:rsid w:val="00C27898"/>
    <w:rsid w:val="00C46B2F"/>
    <w:rsid w:val="00C71D9D"/>
    <w:rsid w:val="00C95A5B"/>
    <w:rsid w:val="00CA2BE0"/>
    <w:rsid w:val="00CB2BAF"/>
    <w:rsid w:val="00CB2E1A"/>
    <w:rsid w:val="00CB4A4C"/>
    <w:rsid w:val="00CB5600"/>
    <w:rsid w:val="00CB7424"/>
    <w:rsid w:val="00CC4A3B"/>
    <w:rsid w:val="00CD00CB"/>
    <w:rsid w:val="00CD7678"/>
    <w:rsid w:val="00CE666F"/>
    <w:rsid w:val="00CF39DD"/>
    <w:rsid w:val="00D00837"/>
    <w:rsid w:val="00D01248"/>
    <w:rsid w:val="00D10ABD"/>
    <w:rsid w:val="00D14EA2"/>
    <w:rsid w:val="00D34A24"/>
    <w:rsid w:val="00D41F48"/>
    <w:rsid w:val="00D55339"/>
    <w:rsid w:val="00D67CEB"/>
    <w:rsid w:val="00D7544D"/>
    <w:rsid w:val="00D81866"/>
    <w:rsid w:val="00D9037C"/>
    <w:rsid w:val="00DA214E"/>
    <w:rsid w:val="00DA5CFE"/>
    <w:rsid w:val="00DA6475"/>
    <w:rsid w:val="00DD7702"/>
    <w:rsid w:val="00DF7132"/>
    <w:rsid w:val="00E03DCC"/>
    <w:rsid w:val="00E03F91"/>
    <w:rsid w:val="00E15440"/>
    <w:rsid w:val="00E2091B"/>
    <w:rsid w:val="00E247EE"/>
    <w:rsid w:val="00E41466"/>
    <w:rsid w:val="00E41C84"/>
    <w:rsid w:val="00E449BE"/>
    <w:rsid w:val="00E57DC0"/>
    <w:rsid w:val="00E7204E"/>
    <w:rsid w:val="00E80E95"/>
    <w:rsid w:val="00E826EC"/>
    <w:rsid w:val="00EA29D5"/>
    <w:rsid w:val="00EA753F"/>
    <w:rsid w:val="00EB17B2"/>
    <w:rsid w:val="00EB340F"/>
    <w:rsid w:val="00EB5E9C"/>
    <w:rsid w:val="00ED2B3E"/>
    <w:rsid w:val="00ED46DB"/>
    <w:rsid w:val="00EE0EE8"/>
    <w:rsid w:val="00EF18E6"/>
    <w:rsid w:val="00F15557"/>
    <w:rsid w:val="00F21A19"/>
    <w:rsid w:val="00F22123"/>
    <w:rsid w:val="00F24D4B"/>
    <w:rsid w:val="00F30487"/>
    <w:rsid w:val="00F542E2"/>
    <w:rsid w:val="00F5628C"/>
    <w:rsid w:val="00F5669B"/>
    <w:rsid w:val="00F81CD8"/>
    <w:rsid w:val="00F90449"/>
    <w:rsid w:val="00F94BFB"/>
    <w:rsid w:val="00FC1465"/>
    <w:rsid w:val="00FC45CD"/>
    <w:rsid w:val="00FC56BD"/>
    <w:rsid w:val="00FD7430"/>
    <w:rsid w:val="00FD74AB"/>
    <w:rsid w:val="00FE32D2"/>
    <w:rsid w:val="00FE6AE6"/>
    <w:rsid w:val="00FF4401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495</Words>
  <Characters>2682</Characters>
  <Application>Microsoft Office Word</Application>
  <DocSecurity>0</DocSecurity>
  <Lines>54</Lines>
  <Paragraphs>44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243</cp:revision>
  <cp:lastPrinted>2026-04-14T14:51:00Z</cp:lastPrinted>
  <dcterms:created xsi:type="dcterms:W3CDTF">2025-12-30T21:28:00Z</dcterms:created>
  <dcterms:modified xsi:type="dcterms:W3CDTF">2026-04-28T16:53:00Z</dcterms:modified>
</cp:coreProperties>
</file>