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88607" w14:textId="44A70893" w:rsidR="00F30487" w:rsidRDefault="00F30487"/>
    <w:p w14:paraId="0A488608" w14:textId="77777777" w:rsidR="00F30487" w:rsidRDefault="008007D4" w:rsidP="00190C97">
      <w:pPr>
        <w:spacing w:after="0" w:line="240" w:lineRule="auto"/>
        <w:rPr>
          <w:b/>
          <w:bCs/>
        </w:rPr>
      </w:pPr>
      <w:r>
        <w:rPr>
          <w:b/>
          <w:bCs/>
        </w:rPr>
        <w:t>Call to Order and Attendance</w:t>
      </w:r>
    </w:p>
    <w:p w14:paraId="0A488609" w14:textId="77777777" w:rsidR="00F30487" w:rsidRDefault="008007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Chairman Rupert Pratt called the meeting to order at 6:00 PM.</w:t>
      </w:r>
    </w:p>
    <w:p w14:paraId="0A48860A" w14:textId="5E508404" w:rsidR="00F30487" w:rsidRDefault="008007D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Select Board members present: Rupert Pratt, James Burrill</w:t>
      </w:r>
      <w:r w:rsidR="00845CBB">
        <w:t xml:space="preserve">, </w:t>
      </w:r>
      <w:r w:rsidR="00D01465">
        <w:t xml:space="preserve">Joel Doyon, </w:t>
      </w:r>
      <w:r w:rsidR="00852441">
        <w:rPr>
          <w:color w:val="000000"/>
        </w:rPr>
        <w:t>Marcel Lecours</w:t>
      </w:r>
      <w:r>
        <w:rPr>
          <w:color w:val="000000"/>
        </w:rPr>
        <w:t xml:space="preserve">. </w:t>
      </w:r>
      <w:r w:rsidR="00033F46">
        <w:rPr>
          <w:color w:val="000000"/>
        </w:rPr>
        <w:t xml:space="preserve">Absent: </w:t>
      </w:r>
      <w:r w:rsidR="00D01465">
        <w:rPr>
          <w:color w:val="000000"/>
        </w:rPr>
        <w:t>Andrew Bracy</w:t>
      </w:r>
    </w:p>
    <w:p w14:paraId="0A48860B" w14:textId="77777777" w:rsidR="00F30487" w:rsidRDefault="008007D4" w:rsidP="00190C97">
      <w:pPr>
        <w:spacing w:after="0" w:line="240" w:lineRule="auto"/>
        <w:rPr>
          <w:b/>
          <w:bCs/>
        </w:rPr>
      </w:pPr>
      <w:r>
        <w:rPr>
          <w:b/>
          <w:bCs/>
        </w:rPr>
        <w:t>Approval of Minutes</w:t>
      </w:r>
    </w:p>
    <w:p w14:paraId="0A48860C" w14:textId="32F1BDBA" w:rsidR="00F30487" w:rsidRDefault="008007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 xml:space="preserve">Motion by </w:t>
      </w:r>
      <w:r w:rsidR="00F558E3">
        <w:rPr>
          <w:color w:val="000000"/>
        </w:rPr>
        <w:t>James Burrill</w:t>
      </w:r>
      <w:r>
        <w:rPr>
          <w:color w:val="000000"/>
        </w:rPr>
        <w:t xml:space="preserve"> to approve the </w:t>
      </w:r>
      <w:r w:rsidR="00F558E3">
        <w:rPr>
          <w:color w:val="000000"/>
        </w:rPr>
        <w:t>April</w:t>
      </w:r>
      <w:r w:rsidR="00E15440">
        <w:rPr>
          <w:color w:val="000000"/>
        </w:rPr>
        <w:t xml:space="preserve"> </w:t>
      </w:r>
      <w:r w:rsidR="00F558E3">
        <w:rPr>
          <w:color w:val="000000"/>
        </w:rPr>
        <w:t>1</w:t>
      </w:r>
      <w:r w:rsidR="00083379">
        <w:rPr>
          <w:color w:val="000000"/>
        </w:rPr>
        <w:t>4</w:t>
      </w:r>
      <w:r w:rsidR="00E15440">
        <w:rPr>
          <w:color w:val="000000"/>
        </w:rPr>
        <w:t xml:space="preserve">, </w:t>
      </w:r>
      <w:r>
        <w:rPr>
          <w:color w:val="000000"/>
        </w:rPr>
        <w:t>2026 Select Board Meeting</w:t>
      </w:r>
      <w:r w:rsidR="0098729C">
        <w:rPr>
          <w:color w:val="000000"/>
        </w:rPr>
        <w:t xml:space="preserve"> Minutes</w:t>
      </w:r>
      <w:r>
        <w:rPr>
          <w:color w:val="000000"/>
        </w:rPr>
        <w:t xml:space="preserve">. Seconded </w:t>
      </w:r>
      <w:r w:rsidR="00F558E3">
        <w:rPr>
          <w:color w:val="000000"/>
        </w:rPr>
        <w:t>by Marcel Lecours</w:t>
      </w:r>
      <w:r>
        <w:rPr>
          <w:color w:val="000000"/>
        </w:rPr>
        <w:t xml:space="preserve">. </w:t>
      </w:r>
      <w:r w:rsidR="00216535">
        <w:rPr>
          <w:color w:val="000000"/>
        </w:rPr>
        <w:t>Motion</w:t>
      </w:r>
      <w:r w:rsidR="00E80E95">
        <w:rPr>
          <w:color w:val="000000"/>
        </w:rPr>
        <w:t xml:space="preserve"> carried</w:t>
      </w:r>
      <w:r>
        <w:rPr>
          <w:color w:val="000000"/>
        </w:rPr>
        <w:t>.</w:t>
      </w:r>
    </w:p>
    <w:p w14:paraId="0A48860D" w14:textId="77777777" w:rsidR="00F30487" w:rsidRDefault="008007D4" w:rsidP="00190C97">
      <w:pPr>
        <w:spacing w:after="0" w:line="240" w:lineRule="auto"/>
        <w:rPr>
          <w:b/>
          <w:bCs/>
        </w:rPr>
      </w:pPr>
      <w:r>
        <w:rPr>
          <w:b/>
          <w:bCs/>
        </w:rPr>
        <w:t>Treasurer’s Warrant</w:t>
      </w:r>
    </w:p>
    <w:p w14:paraId="0A48860E" w14:textId="111A1A3E" w:rsidR="00F30487" w:rsidRDefault="008007D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 xml:space="preserve">Motion by </w:t>
      </w:r>
      <w:r w:rsidR="000801EB">
        <w:rPr>
          <w:color w:val="000000"/>
        </w:rPr>
        <w:t>Joel Doyon</w:t>
      </w:r>
      <w:r>
        <w:rPr>
          <w:color w:val="000000"/>
        </w:rPr>
        <w:t xml:space="preserve"> to approve the Treasurer’s Warrant for the week of </w:t>
      </w:r>
      <w:r w:rsidR="00216535">
        <w:rPr>
          <w:color w:val="000000"/>
        </w:rPr>
        <w:t>April</w:t>
      </w:r>
      <w:r w:rsidR="00CB2E1A">
        <w:rPr>
          <w:color w:val="000000"/>
        </w:rPr>
        <w:t xml:space="preserve"> </w:t>
      </w:r>
      <w:r w:rsidR="002C1A2C">
        <w:rPr>
          <w:color w:val="000000"/>
        </w:rPr>
        <w:t>30</w:t>
      </w:r>
      <w:r>
        <w:rPr>
          <w:color w:val="000000"/>
        </w:rPr>
        <w:t>, 2026 in the amount of $</w:t>
      </w:r>
      <w:r w:rsidR="002C1A2C">
        <w:rPr>
          <w:color w:val="000000"/>
        </w:rPr>
        <w:t>39,650.69</w:t>
      </w:r>
      <w:r>
        <w:rPr>
          <w:color w:val="000000"/>
        </w:rPr>
        <w:t xml:space="preserve">. Seconded by </w:t>
      </w:r>
      <w:r w:rsidR="00AF634A">
        <w:rPr>
          <w:color w:val="000000"/>
        </w:rPr>
        <w:t>James Burrill</w:t>
      </w:r>
      <w:r>
        <w:rPr>
          <w:color w:val="000000"/>
        </w:rPr>
        <w:t>. Motion carried.</w:t>
      </w:r>
    </w:p>
    <w:p w14:paraId="363F35AA" w14:textId="7C783119" w:rsidR="00420A79" w:rsidRDefault="00420A79" w:rsidP="004D377F">
      <w:pPr>
        <w:spacing w:after="0" w:line="240" w:lineRule="auto"/>
        <w:rPr>
          <w:b/>
          <w:bCs/>
        </w:rPr>
      </w:pPr>
      <w:bookmarkStart w:id="0" w:name="_heading=h.ymmlanfucwx7" w:colFirst="0" w:colLast="0"/>
      <w:bookmarkEnd w:id="0"/>
      <w:r>
        <w:rPr>
          <w:b/>
          <w:bCs/>
        </w:rPr>
        <w:t>New Business</w:t>
      </w:r>
    </w:p>
    <w:p w14:paraId="72C4D63F" w14:textId="308134B4" w:rsidR="00420A79" w:rsidRPr="00384228" w:rsidRDefault="00370569" w:rsidP="00420A79">
      <w:pPr>
        <w:pStyle w:val="ListParagraph"/>
        <w:numPr>
          <w:ilvl w:val="0"/>
          <w:numId w:val="8"/>
        </w:numPr>
        <w:spacing w:line="240" w:lineRule="auto"/>
        <w:rPr>
          <w:b/>
          <w:bCs/>
        </w:rPr>
      </w:pPr>
      <w:r>
        <w:t xml:space="preserve">Town Clerk Amanda Coolong presented the </w:t>
      </w:r>
      <w:r w:rsidR="008600B1">
        <w:t>Select Board with a certified petition to</w:t>
      </w:r>
      <w:r w:rsidR="009908C5">
        <w:t>, “…</w:t>
      </w:r>
      <w:r w:rsidR="008600B1">
        <w:t>dissolve the Strong school withdrawal committee and end the withdrawal process.</w:t>
      </w:r>
      <w:r w:rsidR="009908C5">
        <w:t xml:space="preserve">” </w:t>
      </w:r>
      <w:r w:rsidR="007A7151">
        <w:t xml:space="preserve">After reviewing the petition, Board Chair </w:t>
      </w:r>
      <w:r w:rsidR="00BC6FC2">
        <w:t>R</w:t>
      </w:r>
      <w:r w:rsidR="002B0298">
        <w:t xml:space="preserve">upert Pratt </w:t>
      </w:r>
      <w:r w:rsidR="001D48CD">
        <w:t>explained the Select Board has no power to dissolve the withdrawal committee</w:t>
      </w:r>
      <w:r w:rsidR="005712E0">
        <w:t xml:space="preserve">, </w:t>
      </w:r>
      <w:r w:rsidR="007A0599">
        <w:t>which was</w:t>
      </w:r>
      <w:r w:rsidR="001D48CD">
        <w:t xml:space="preserve"> formed </w:t>
      </w:r>
      <w:r w:rsidR="00D817DF">
        <w:t>from an earlier</w:t>
      </w:r>
      <w:r w:rsidR="001A7657">
        <w:t xml:space="preserve"> </w:t>
      </w:r>
      <w:r w:rsidR="005A1249">
        <w:t xml:space="preserve">citizen’s petition </w:t>
      </w:r>
      <w:r w:rsidR="00E178A4">
        <w:t xml:space="preserve">to initiate the withdrawal process from RSU 58. </w:t>
      </w:r>
      <w:r w:rsidR="00941223">
        <w:t>The subsequent municipal election resulted</w:t>
      </w:r>
      <w:r w:rsidR="00B94407">
        <w:t xml:space="preserve"> in</w:t>
      </w:r>
      <w:r w:rsidR="00C001B0">
        <w:t xml:space="preserve"> </w:t>
      </w:r>
      <w:r w:rsidR="00B94407">
        <w:t>124</w:t>
      </w:r>
      <w:r w:rsidR="00FF3D65">
        <w:t xml:space="preserve"> to </w:t>
      </w:r>
      <w:r w:rsidR="00B94407">
        <w:t>61</w:t>
      </w:r>
      <w:r w:rsidR="00FF3D65">
        <w:t xml:space="preserve"> in favor of</w:t>
      </w:r>
      <w:r w:rsidR="000647AF">
        <w:t xml:space="preserve"> the process.</w:t>
      </w:r>
    </w:p>
    <w:p w14:paraId="0A488611" w14:textId="7C3271A8" w:rsidR="00F30487" w:rsidRDefault="008007D4" w:rsidP="004D377F">
      <w:pPr>
        <w:spacing w:after="0" w:line="240" w:lineRule="auto"/>
        <w:rPr>
          <w:b/>
          <w:bCs/>
        </w:rPr>
      </w:pPr>
      <w:r>
        <w:rPr>
          <w:b/>
          <w:bCs/>
        </w:rPr>
        <w:t>Ongoing Business</w:t>
      </w:r>
    </w:p>
    <w:p w14:paraId="5B5E64A8" w14:textId="7C7856F0" w:rsidR="00212148" w:rsidRPr="00682AE5" w:rsidRDefault="008007D4" w:rsidP="00682AE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6A42ED">
        <w:rPr>
          <w:b/>
          <w:bCs/>
          <w:color w:val="000000"/>
        </w:rPr>
        <w:t>MSAD 58 withdrawal committee update</w:t>
      </w:r>
      <w:r w:rsidRPr="006A42ED">
        <w:rPr>
          <w:color w:val="000000"/>
        </w:rPr>
        <w:t xml:space="preserve"> –</w:t>
      </w:r>
      <w:r w:rsidR="00551528">
        <w:rPr>
          <w:color w:val="000000"/>
        </w:rPr>
        <w:t xml:space="preserve"> </w:t>
      </w:r>
      <w:r w:rsidR="003333BD">
        <w:rPr>
          <w:color w:val="000000"/>
        </w:rPr>
        <w:t xml:space="preserve">the next </w:t>
      </w:r>
      <w:r w:rsidR="00A269D8">
        <w:rPr>
          <w:color w:val="000000"/>
        </w:rPr>
        <w:t xml:space="preserve">negotiations </w:t>
      </w:r>
      <w:r w:rsidR="00682AE5">
        <w:rPr>
          <w:color w:val="000000"/>
        </w:rPr>
        <w:t xml:space="preserve">meeting </w:t>
      </w:r>
      <w:r w:rsidR="003333BD">
        <w:rPr>
          <w:color w:val="000000"/>
        </w:rPr>
        <w:t xml:space="preserve">is </w:t>
      </w:r>
      <w:r w:rsidR="00682AE5">
        <w:rPr>
          <w:color w:val="000000"/>
        </w:rPr>
        <w:t>5/12/2026</w:t>
      </w:r>
      <w:r w:rsidR="003333BD">
        <w:rPr>
          <w:color w:val="000000"/>
        </w:rPr>
        <w:t xml:space="preserve"> at 5pm in Strong</w:t>
      </w:r>
      <w:r w:rsidR="00682AE5">
        <w:rPr>
          <w:color w:val="000000"/>
        </w:rPr>
        <w:t>.</w:t>
      </w:r>
    </w:p>
    <w:p w14:paraId="143E0B74" w14:textId="17CF83EF" w:rsidR="00FF4401" w:rsidRDefault="008007D4" w:rsidP="004D377F">
      <w:pPr>
        <w:spacing w:after="0" w:line="240" w:lineRule="auto"/>
      </w:pPr>
      <w:r>
        <w:rPr>
          <w:b/>
          <w:bCs/>
        </w:rPr>
        <w:t>Public Comment</w:t>
      </w:r>
    </w:p>
    <w:p w14:paraId="6B14F2D4" w14:textId="48A0DC2F" w:rsidR="003333BD" w:rsidRDefault="003B1D5F" w:rsidP="003333BD">
      <w:pPr>
        <w:pStyle w:val="ListParagraph"/>
        <w:numPr>
          <w:ilvl w:val="0"/>
          <w:numId w:val="7"/>
        </w:numPr>
        <w:spacing w:after="280" w:line="240" w:lineRule="auto"/>
      </w:pPr>
      <w:r>
        <w:t xml:space="preserve">Petitioner Phoebe Smith </w:t>
      </w:r>
      <w:r w:rsidR="006E5D20">
        <w:t>said</w:t>
      </w:r>
      <w:r w:rsidR="00BF5D55">
        <w:t xml:space="preserve"> </w:t>
      </w:r>
      <w:r w:rsidR="006E5D20">
        <w:t>she wants</w:t>
      </w:r>
      <w:r w:rsidR="00BF5D55">
        <w:t xml:space="preserve"> another vote about the withdrawal committee, </w:t>
      </w:r>
      <w:r w:rsidR="00E45C13">
        <w:t>then</w:t>
      </w:r>
      <w:r w:rsidR="00BF5D55">
        <w:t xml:space="preserve"> inquired </w:t>
      </w:r>
      <w:r w:rsidR="003C18EB">
        <w:t>about how to remove a school board member.</w:t>
      </w:r>
    </w:p>
    <w:p w14:paraId="0E738AA2" w14:textId="49817CFF" w:rsidR="003C18EB" w:rsidRDefault="00E951A9" w:rsidP="003333BD">
      <w:pPr>
        <w:pStyle w:val="ListParagraph"/>
        <w:numPr>
          <w:ilvl w:val="0"/>
          <w:numId w:val="7"/>
        </w:numPr>
        <w:spacing w:after="280" w:line="240" w:lineRule="auto"/>
      </w:pPr>
      <w:r>
        <w:t xml:space="preserve">Strong </w:t>
      </w:r>
      <w:r w:rsidR="00826751">
        <w:t>School B</w:t>
      </w:r>
      <w:r w:rsidR="007B2C91">
        <w:t>oard Member</w:t>
      </w:r>
      <w:r w:rsidR="009E0DD0">
        <w:t xml:space="preserve"> &amp; M</w:t>
      </w:r>
      <w:r w:rsidR="00826751">
        <w:t>SAD 58 Negotiator</w:t>
      </w:r>
      <w:r w:rsidR="007B2C91">
        <w:t xml:space="preserve"> Jessie Stinchfield shared she did not know where to find the</w:t>
      </w:r>
      <w:r w:rsidR="00962E19">
        <w:t xml:space="preserve"> Strong</w:t>
      </w:r>
      <w:r w:rsidR="007B2C91">
        <w:t xml:space="preserve"> withdrawal committee’s materials</w:t>
      </w:r>
      <w:r w:rsidR="003C54F5">
        <w:t>.</w:t>
      </w:r>
    </w:p>
    <w:p w14:paraId="369870AF" w14:textId="025F85C2" w:rsidR="003C54F5" w:rsidRDefault="00EA2B0E" w:rsidP="003333BD">
      <w:pPr>
        <w:pStyle w:val="ListParagraph"/>
        <w:numPr>
          <w:ilvl w:val="0"/>
          <w:numId w:val="7"/>
        </w:numPr>
        <w:spacing w:after="280" w:line="240" w:lineRule="auto"/>
      </w:pPr>
      <w:r>
        <w:t xml:space="preserve">Resident Beth Chilcote said she thinks the withdrawal committee should </w:t>
      </w:r>
      <w:r w:rsidR="00BD50FB">
        <w:t>take the process to the end with a vote</w:t>
      </w:r>
      <w:r w:rsidR="007258FA">
        <w:t xml:space="preserve"> and that the school board needs better representation from Strong.</w:t>
      </w:r>
    </w:p>
    <w:p w14:paraId="377ABF53" w14:textId="78B40F65" w:rsidR="003746EB" w:rsidRPr="00212148" w:rsidRDefault="003746EB" w:rsidP="003333BD">
      <w:pPr>
        <w:pStyle w:val="ListParagraph"/>
        <w:numPr>
          <w:ilvl w:val="0"/>
          <w:numId w:val="7"/>
        </w:numPr>
        <w:spacing w:after="280" w:line="240" w:lineRule="auto"/>
      </w:pPr>
      <w:r>
        <w:t xml:space="preserve">Resident Brittany Parlin </w:t>
      </w:r>
      <w:r w:rsidR="00292A3B">
        <w:t xml:space="preserve">said </w:t>
      </w:r>
      <w:r w:rsidR="00B74348">
        <w:t xml:space="preserve">residents were told the withdrawal process could stop at any </w:t>
      </w:r>
      <w:r w:rsidR="00492F37">
        <w:t>time.</w:t>
      </w:r>
    </w:p>
    <w:p w14:paraId="0A488619" w14:textId="7022A842" w:rsidR="00F30487" w:rsidRDefault="008007D4">
      <w:pPr>
        <w:spacing w:after="280" w:line="240" w:lineRule="auto"/>
        <w:rPr>
          <w:b/>
          <w:bCs/>
        </w:rPr>
      </w:pPr>
      <w:r>
        <w:rPr>
          <w:b/>
          <w:bCs/>
        </w:rPr>
        <w:t>Treasurer’s Report –</w:t>
      </w:r>
      <w:r w:rsidR="00952034">
        <w:rPr>
          <w:b/>
          <w:bCs/>
        </w:rPr>
        <w:t xml:space="preserve"> </w:t>
      </w:r>
      <w:r w:rsidR="00CE1823">
        <w:t>none</w:t>
      </w:r>
      <w:r w:rsidR="00746E06">
        <w:t>.</w:t>
      </w:r>
    </w:p>
    <w:p w14:paraId="0A48861A" w14:textId="52F89FED" w:rsidR="00F30487" w:rsidRDefault="008007D4">
      <w:pPr>
        <w:spacing w:after="280" w:line="240" w:lineRule="auto"/>
      </w:pPr>
      <w:r>
        <w:rPr>
          <w:b/>
          <w:bCs/>
        </w:rPr>
        <w:t xml:space="preserve">Clerk’s Report </w:t>
      </w:r>
      <w:r w:rsidR="00746E06">
        <w:t xml:space="preserve">– </w:t>
      </w:r>
      <w:r w:rsidR="00E770EC">
        <w:t>absentee ballots for the</w:t>
      </w:r>
      <w:r w:rsidR="00123661">
        <w:t xml:space="preserve"> June </w:t>
      </w:r>
      <w:r w:rsidR="00746E06">
        <w:t xml:space="preserve">9 </w:t>
      </w:r>
      <w:r w:rsidR="00123661">
        <w:t>primary</w:t>
      </w:r>
      <w:r w:rsidR="00123FCB">
        <w:t xml:space="preserve"> election</w:t>
      </w:r>
      <w:r w:rsidR="00E770EC">
        <w:t xml:space="preserve"> will be available </w:t>
      </w:r>
      <w:r w:rsidR="00213D39">
        <w:t xml:space="preserve">at the town office </w:t>
      </w:r>
      <w:r w:rsidR="00E770EC">
        <w:t xml:space="preserve">starting </w:t>
      </w:r>
      <w:r w:rsidR="00213D39">
        <w:t>5/12.</w:t>
      </w:r>
    </w:p>
    <w:p w14:paraId="0A48861B" w14:textId="2911B402" w:rsidR="00F30487" w:rsidRDefault="008007D4">
      <w:pPr>
        <w:spacing w:after="280" w:line="240" w:lineRule="auto"/>
      </w:pPr>
      <w:r>
        <w:rPr>
          <w:b/>
          <w:bCs/>
        </w:rPr>
        <w:t>Public Works &amp; Fire Department Report</w:t>
      </w:r>
      <w:r>
        <w:t xml:space="preserve"> – </w:t>
      </w:r>
      <w:r w:rsidR="00BA2A2E">
        <w:t>Duayne Boyd reported</w:t>
      </w:r>
      <w:r w:rsidR="004E6290">
        <w:t xml:space="preserve"> winter sanding is complete</w:t>
      </w:r>
      <w:r w:rsidR="002E16FB">
        <w:t xml:space="preserve"> and posted road signs will be coming down soon</w:t>
      </w:r>
      <w:r w:rsidR="00B21DE0">
        <w:t>.</w:t>
      </w:r>
      <w:r w:rsidR="002E16FB">
        <w:t xml:space="preserve"> The fire </w:t>
      </w:r>
      <w:proofErr w:type="spellStart"/>
      <w:r w:rsidR="002E16FB">
        <w:t>dep’t</w:t>
      </w:r>
      <w:proofErr w:type="spellEnd"/>
      <w:r w:rsidR="002E16FB">
        <w:t xml:space="preserve"> participated in </w:t>
      </w:r>
      <w:r w:rsidR="007C3618">
        <w:t>a hazmat refresher in Kingfield.</w:t>
      </w:r>
    </w:p>
    <w:p w14:paraId="64F80CC0" w14:textId="27BD29B9" w:rsidR="00D7544D" w:rsidRDefault="008007D4" w:rsidP="007C3618">
      <w:pPr>
        <w:spacing w:after="280" w:line="240" w:lineRule="auto"/>
      </w:pPr>
      <w:r>
        <w:rPr>
          <w:b/>
          <w:bCs/>
        </w:rPr>
        <w:t>Select Board Reports –</w:t>
      </w:r>
      <w:r w:rsidR="00786486">
        <w:t xml:space="preserve"> </w:t>
      </w:r>
      <w:r w:rsidR="007C3618">
        <w:t>none</w:t>
      </w:r>
      <w:r w:rsidR="00B83D26">
        <w:t>.</w:t>
      </w:r>
    </w:p>
    <w:p w14:paraId="0A48861D" w14:textId="77777777" w:rsidR="00F30487" w:rsidRDefault="008007D4" w:rsidP="000D4F21">
      <w:pPr>
        <w:spacing w:after="0" w:line="240" w:lineRule="auto"/>
      </w:pPr>
      <w:r>
        <w:rPr>
          <w:b/>
          <w:bCs/>
        </w:rPr>
        <w:t xml:space="preserve">Adjournment </w:t>
      </w:r>
    </w:p>
    <w:p w14:paraId="0A48861E" w14:textId="1FEF34B0" w:rsidR="00F30487" w:rsidRDefault="008007D4">
      <w:pPr>
        <w:spacing w:line="240" w:lineRule="auto"/>
      </w:pPr>
      <w:r>
        <w:t xml:space="preserve">Motion to adjourn by </w:t>
      </w:r>
      <w:r w:rsidR="007C3618">
        <w:t>James Burrill</w:t>
      </w:r>
      <w:r>
        <w:t xml:space="preserve">. Seconded by </w:t>
      </w:r>
      <w:r w:rsidR="009C3DFD">
        <w:t>Joel Doyon</w:t>
      </w:r>
      <w:r>
        <w:t xml:space="preserve">. Motion carried. Meeting adjourned at </w:t>
      </w:r>
      <w:r w:rsidR="003C5793">
        <w:t>6:</w:t>
      </w:r>
      <w:r w:rsidR="009C3DFD">
        <w:t>21</w:t>
      </w:r>
      <w:r w:rsidR="003C5793">
        <w:t>pm</w:t>
      </w:r>
      <w:r>
        <w:t xml:space="preserve">. Next meeting: Tuesday, </w:t>
      </w:r>
      <w:r w:rsidR="009C3DFD">
        <w:t>May</w:t>
      </w:r>
      <w:r>
        <w:t xml:space="preserve"> </w:t>
      </w:r>
      <w:r w:rsidR="009C3DFD">
        <w:t>12</w:t>
      </w:r>
      <w:r>
        <w:t>, 2026 at 6pm.</w:t>
      </w:r>
    </w:p>
    <w:p w14:paraId="0A48861F" w14:textId="77777777" w:rsidR="00F30487" w:rsidRDefault="008007D4">
      <w:r>
        <w:t>Respectfully submitted,</w:t>
      </w:r>
      <w:r>
        <w:br/>
        <w:t>Amanda Coolong, town clerk</w:t>
      </w:r>
    </w:p>
    <w:sectPr w:rsidR="00F30487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9CE3F2" w14:textId="77777777" w:rsidR="00A36131" w:rsidRDefault="00A36131">
      <w:pPr>
        <w:spacing w:after="0" w:line="240" w:lineRule="auto"/>
      </w:pPr>
      <w:r>
        <w:separator/>
      </w:r>
    </w:p>
  </w:endnote>
  <w:endnote w:type="continuationSeparator" w:id="0">
    <w:p w14:paraId="22E6AF5E" w14:textId="77777777" w:rsidR="00A36131" w:rsidRDefault="00A36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31685DD-3B94-4BA9-89B0-9F380F7BF5C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84BFE82-A7E2-448A-BBF3-9A6B74D82899}"/>
    <w:embedBold r:id="rId3" w:fontKey="{164241BF-75A4-46AB-9A36-AFDD36F4377F}"/>
    <w:embedItalic r:id="rId4" w:fontKey="{1ADB4B5D-0D66-4202-A4C2-90BC25FDBC2B}"/>
    <w:embedBoldItalic r:id="rId5" w:fontKey="{BC8418D4-1622-4B5C-AC9C-00C07E7B567D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6" w:fontKey="{1DDFBEF3-80B8-47A0-B0E5-1C02F520A181}"/>
    <w:embedBold r:id="rId7" w:fontKey="{C64BE47C-2A9A-4FFB-B2C5-21406AAB1020}"/>
    <w:embedItalic r:id="rId8" w:fontKey="{1846B248-25F4-4224-9AC8-F318D6311494}"/>
    <w:embedBoldItalic r:id="rId9" w:fontKey="{BA897B8F-652E-4872-BAAC-5FFE684FC581}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D1F985" w14:textId="77777777" w:rsidR="00A36131" w:rsidRDefault="00A36131">
      <w:pPr>
        <w:spacing w:after="0" w:line="240" w:lineRule="auto"/>
      </w:pPr>
      <w:r>
        <w:separator/>
      </w:r>
    </w:p>
  </w:footnote>
  <w:footnote w:type="continuationSeparator" w:id="0">
    <w:p w14:paraId="00BBD4F1" w14:textId="77777777" w:rsidR="00A36131" w:rsidRDefault="00A36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8620" w14:textId="77777777" w:rsidR="00F30487" w:rsidRDefault="008007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Strong Select Board Meeting Minutes</w:t>
    </w:r>
  </w:p>
  <w:p w14:paraId="0A488621" w14:textId="1B689088" w:rsidR="00F30487" w:rsidRDefault="008007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Tuesday, </w:t>
    </w:r>
    <w:r w:rsidR="009070CD">
      <w:rPr>
        <w:b/>
        <w:bCs/>
      </w:rPr>
      <w:t>April</w:t>
    </w:r>
    <w:r>
      <w:rPr>
        <w:b/>
        <w:bCs/>
        <w:color w:val="000000"/>
      </w:rPr>
      <w:t xml:space="preserve"> </w:t>
    </w:r>
    <w:r w:rsidR="00D01465">
      <w:rPr>
        <w:b/>
        <w:bCs/>
      </w:rPr>
      <w:t>28</w:t>
    </w:r>
    <w:r>
      <w:rPr>
        <w:b/>
        <w:bCs/>
        <w:color w:val="000000"/>
      </w:rPr>
      <w:t>, 2026 at 6PM</w:t>
    </w:r>
  </w:p>
  <w:p w14:paraId="0A488622" w14:textId="77777777" w:rsidR="00F30487" w:rsidRDefault="008007D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  <w:t xml:space="preserve">          Forster Memorial Building, 14 S. Main St.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A11B9"/>
    <w:multiLevelType w:val="multilevel"/>
    <w:tmpl w:val="90E4F27A"/>
    <w:lvl w:ilvl="0">
      <w:start w:val="1"/>
      <w:numFmt w:val="bullet"/>
      <w:pStyle w:val="List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F2211A"/>
    <w:multiLevelType w:val="hybridMultilevel"/>
    <w:tmpl w:val="31A00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3655F0"/>
    <w:multiLevelType w:val="multilevel"/>
    <w:tmpl w:val="56823956"/>
    <w:lvl w:ilvl="0">
      <w:start w:val="1"/>
      <w:numFmt w:val="bullet"/>
      <w:pStyle w:val="ListBullet2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9F550BC"/>
    <w:multiLevelType w:val="multilevel"/>
    <w:tmpl w:val="14767BB4"/>
    <w:lvl w:ilvl="0">
      <w:start w:val="1"/>
      <w:numFmt w:val="bullet"/>
      <w:pStyle w:val="ListBullet3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155850"/>
    <w:multiLevelType w:val="multilevel"/>
    <w:tmpl w:val="713C9E92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7C57583B"/>
    <w:multiLevelType w:val="hybridMultilevel"/>
    <w:tmpl w:val="2BA47A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16608317">
    <w:abstractNumId w:val="0"/>
  </w:num>
  <w:num w:numId="2" w16cid:durableId="1839610219">
    <w:abstractNumId w:val="2"/>
  </w:num>
  <w:num w:numId="3" w16cid:durableId="175267982">
    <w:abstractNumId w:val="3"/>
  </w:num>
  <w:num w:numId="4" w16cid:durableId="1957180373">
    <w:abstractNumId w:val="4"/>
  </w:num>
  <w:num w:numId="5" w16cid:durableId="710299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8325248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96304977">
    <w:abstractNumId w:val="1"/>
  </w:num>
  <w:num w:numId="8" w16cid:durableId="11499832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487"/>
    <w:rsid w:val="000105FA"/>
    <w:rsid w:val="0001426C"/>
    <w:rsid w:val="00015D7C"/>
    <w:rsid w:val="000253EB"/>
    <w:rsid w:val="00030122"/>
    <w:rsid w:val="00033F46"/>
    <w:rsid w:val="0003584E"/>
    <w:rsid w:val="000365BC"/>
    <w:rsid w:val="000407E0"/>
    <w:rsid w:val="00040FDC"/>
    <w:rsid w:val="00051167"/>
    <w:rsid w:val="000647AF"/>
    <w:rsid w:val="00066B64"/>
    <w:rsid w:val="000672C1"/>
    <w:rsid w:val="00070D6F"/>
    <w:rsid w:val="000801EB"/>
    <w:rsid w:val="00080B32"/>
    <w:rsid w:val="00080D48"/>
    <w:rsid w:val="00083379"/>
    <w:rsid w:val="0009215B"/>
    <w:rsid w:val="00092B4D"/>
    <w:rsid w:val="000A5ABF"/>
    <w:rsid w:val="000A64CA"/>
    <w:rsid w:val="000B704E"/>
    <w:rsid w:val="000D1CAD"/>
    <w:rsid w:val="000D1FBC"/>
    <w:rsid w:val="000D4F21"/>
    <w:rsid w:val="000D5D45"/>
    <w:rsid w:val="000F4EE2"/>
    <w:rsid w:val="001048AB"/>
    <w:rsid w:val="001147CC"/>
    <w:rsid w:val="00123661"/>
    <w:rsid w:val="00123FCB"/>
    <w:rsid w:val="00127F72"/>
    <w:rsid w:val="00137414"/>
    <w:rsid w:val="00140CC7"/>
    <w:rsid w:val="00161152"/>
    <w:rsid w:val="001839B2"/>
    <w:rsid w:val="00190C97"/>
    <w:rsid w:val="00194412"/>
    <w:rsid w:val="001A00D5"/>
    <w:rsid w:val="001A0127"/>
    <w:rsid w:val="001A5766"/>
    <w:rsid w:val="001A7657"/>
    <w:rsid w:val="001D48CD"/>
    <w:rsid w:val="001D5AF1"/>
    <w:rsid w:val="001E4F7E"/>
    <w:rsid w:val="001F438D"/>
    <w:rsid w:val="0020042C"/>
    <w:rsid w:val="00207D5D"/>
    <w:rsid w:val="002109A4"/>
    <w:rsid w:val="00212148"/>
    <w:rsid w:val="00213D39"/>
    <w:rsid w:val="00216535"/>
    <w:rsid w:val="00216DCA"/>
    <w:rsid w:val="00221EA2"/>
    <w:rsid w:val="0022208C"/>
    <w:rsid w:val="00232EF6"/>
    <w:rsid w:val="00236225"/>
    <w:rsid w:val="0025475B"/>
    <w:rsid w:val="00255C67"/>
    <w:rsid w:val="00257FFC"/>
    <w:rsid w:val="00265412"/>
    <w:rsid w:val="0027477B"/>
    <w:rsid w:val="00282B8B"/>
    <w:rsid w:val="00290C55"/>
    <w:rsid w:val="00292A3B"/>
    <w:rsid w:val="002931F2"/>
    <w:rsid w:val="002A52E8"/>
    <w:rsid w:val="002B005A"/>
    <w:rsid w:val="002B0298"/>
    <w:rsid w:val="002C1A2C"/>
    <w:rsid w:val="002D306D"/>
    <w:rsid w:val="002E16FB"/>
    <w:rsid w:val="0031678E"/>
    <w:rsid w:val="003333BD"/>
    <w:rsid w:val="00340F7C"/>
    <w:rsid w:val="00370569"/>
    <w:rsid w:val="00370EC0"/>
    <w:rsid w:val="003746EB"/>
    <w:rsid w:val="00384228"/>
    <w:rsid w:val="003B1D5F"/>
    <w:rsid w:val="003B23E1"/>
    <w:rsid w:val="003B2BD7"/>
    <w:rsid w:val="003C18EB"/>
    <w:rsid w:val="003C54F5"/>
    <w:rsid w:val="003C5793"/>
    <w:rsid w:val="003D04F4"/>
    <w:rsid w:val="003E6080"/>
    <w:rsid w:val="00403EF1"/>
    <w:rsid w:val="00420A79"/>
    <w:rsid w:val="004213C9"/>
    <w:rsid w:val="004364B5"/>
    <w:rsid w:val="0044245E"/>
    <w:rsid w:val="00492F37"/>
    <w:rsid w:val="00494714"/>
    <w:rsid w:val="004A7049"/>
    <w:rsid w:val="004B7846"/>
    <w:rsid w:val="004C35BE"/>
    <w:rsid w:val="004D377F"/>
    <w:rsid w:val="004E6290"/>
    <w:rsid w:val="004F2F53"/>
    <w:rsid w:val="00510882"/>
    <w:rsid w:val="00520545"/>
    <w:rsid w:val="00527A3E"/>
    <w:rsid w:val="0053269E"/>
    <w:rsid w:val="005336FB"/>
    <w:rsid w:val="00537BF8"/>
    <w:rsid w:val="00551528"/>
    <w:rsid w:val="0056168B"/>
    <w:rsid w:val="00563298"/>
    <w:rsid w:val="005712E0"/>
    <w:rsid w:val="00583823"/>
    <w:rsid w:val="00584995"/>
    <w:rsid w:val="005A1249"/>
    <w:rsid w:val="005A4372"/>
    <w:rsid w:val="005B5E02"/>
    <w:rsid w:val="005C04DE"/>
    <w:rsid w:val="005D4BEF"/>
    <w:rsid w:val="005E023D"/>
    <w:rsid w:val="005F03D9"/>
    <w:rsid w:val="00614C05"/>
    <w:rsid w:val="00615172"/>
    <w:rsid w:val="00621CCB"/>
    <w:rsid w:val="00625F5E"/>
    <w:rsid w:val="00627A4B"/>
    <w:rsid w:val="00642216"/>
    <w:rsid w:val="006628D3"/>
    <w:rsid w:val="0067457B"/>
    <w:rsid w:val="00676FC4"/>
    <w:rsid w:val="00682AE5"/>
    <w:rsid w:val="00697F22"/>
    <w:rsid w:val="006A0F49"/>
    <w:rsid w:val="006A42ED"/>
    <w:rsid w:val="006A6269"/>
    <w:rsid w:val="006C24BE"/>
    <w:rsid w:val="006C3319"/>
    <w:rsid w:val="006E5D20"/>
    <w:rsid w:val="00713B16"/>
    <w:rsid w:val="00721DEF"/>
    <w:rsid w:val="007258FA"/>
    <w:rsid w:val="00735E7A"/>
    <w:rsid w:val="00737389"/>
    <w:rsid w:val="00746E06"/>
    <w:rsid w:val="007522FB"/>
    <w:rsid w:val="00762AC5"/>
    <w:rsid w:val="00771674"/>
    <w:rsid w:val="00786486"/>
    <w:rsid w:val="00793E00"/>
    <w:rsid w:val="007A0599"/>
    <w:rsid w:val="007A367C"/>
    <w:rsid w:val="007A7151"/>
    <w:rsid w:val="007B2C91"/>
    <w:rsid w:val="007C3618"/>
    <w:rsid w:val="007C79E0"/>
    <w:rsid w:val="008007D4"/>
    <w:rsid w:val="00803E7A"/>
    <w:rsid w:val="00803E9F"/>
    <w:rsid w:val="00824054"/>
    <w:rsid w:val="00826611"/>
    <w:rsid w:val="00826751"/>
    <w:rsid w:val="008321F7"/>
    <w:rsid w:val="00845CBB"/>
    <w:rsid w:val="00852441"/>
    <w:rsid w:val="008600B1"/>
    <w:rsid w:val="00871587"/>
    <w:rsid w:val="00883D96"/>
    <w:rsid w:val="0089463A"/>
    <w:rsid w:val="0089562B"/>
    <w:rsid w:val="008E5A52"/>
    <w:rsid w:val="008F372B"/>
    <w:rsid w:val="009070CD"/>
    <w:rsid w:val="009208F9"/>
    <w:rsid w:val="0092369E"/>
    <w:rsid w:val="00941223"/>
    <w:rsid w:val="00952034"/>
    <w:rsid w:val="00962E19"/>
    <w:rsid w:val="00963F02"/>
    <w:rsid w:val="00983A74"/>
    <w:rsid w:val="009842E7"/>
    <w:rsid w:val="00985FAD"/>
    <w:rsid w:val="0098729C"/>
    <w:rsid w:val="009908C5"/>
    <w:rsid w:val="009A4D23"/>
    <w:rsid w:val="009C29B5"/>
    <w:rsid w:val="009C3DFD"/>
    <w:rsid w:val="009C5CAD"/>
    <w:rsid w:val="009E0DD0"/>
    <w:rsid w:val="009E3DC1"/>
    <w:rsid w:val="00A01ECA"/>
    <w:rsid w:val="00A07D0A"/>
    <w:rsid w:val="00A1401F"/>
    <w:rsid w:val="00A269D8"/>
    <w:rsid w:val="00A33F35"/>
    <w:rsid w:val="00A36131"/>
    <w:rsid w:val="00A4388C"/>
    <w:rsid w:val="00A5273E"/>
    <w:rsid w:val="00A569D1"/>
    <w:rsid w:val="00A61252"/>
    <w:rsid w:val="00A70A5E"/>
    <w:rsid w:val="00A74C82"/>
    <w:rsid w:val="00A81791"/>
    <w:rsid w:val="00A84256"/>
    <w:rsid w:val="00A928C5"/>
    <w:rsid w:val="00A93EA1"/>
    <w:rsid w:val="00AC5A74"/>
    <w:rsid w:val="00AD66C3"/>
    <w:rsid w:val="00AD6AC6"/>
    <w:rsid w:val="00AF401F"/>
    <w:rsid w:val="00AF634A"/>
    <w:rsid w:val="00B03AB5"/>
    <w:rsid w:val="00B20364"/>
    <w:rsid w:val="00B2081C"/>
    <w:rsid w:val="00B21DE0"/>
    <w:rsid w:val="00B309CA"/>
    <w:rsid w:val="00B33812"/>
    <w:rsid w:val="00B362EA"/>
    <w:rsid w:val="00B365F3"/>
    <w:rsid w:val="00B429EC"/>
    <w:rsid w:val="00B42AA1"/>
    <w:rsid w:val="00B53CF4"/>
    <w:rsid w:val="00B57586"/>
    <w:rsid w:val="00B734EB"/>
    <w:rsid w:val="00B74348"/>
    <w:rsid w:val="00B7677A"/>
    <w:rsid w:val="00B81348"/>
    <w:rsid w:val="00B83D26"/>
    <w:rsid w:val="00B86231"/>
    <w:rsid w:val="00B913F8"/>
    <w:rsid w:val="00B94407"/>
    <w:rsid w:val="00B944C2"/>
    <w:rsid w:val="00B95441"/>
    <w:rsid w:val="00BA2A2E"/>
    <w:rsid w:val="00BA5D2C"/>
    <w:rsid w:val="00BB2B12"/>
    <w:rsid w:val="00BC0C45"/>
    <w:rsid w:val="00BC348F"/>
    <w:rsid w:val="00BC6FC2"/>
    <w:rsid w:val="00BD0A90"/>
    <w:rsid w:val="00BD2E29"/>
    <w:rsid w:val="00BD50FB"/>
    <w:rsid w:val="00BD51C4"/>
    <w:rsid w:val="00BF5D55"/>
    <w:rsid w:val="00C001B0"/>
    <w:rsid w:val="00C23EA7"/>
    <w:rsid w:val="00C2750F"/>
    <w:rsid w:val="00C27898"/>
    <w:rsid w:val="00C46B2F"/>
    <w:rsid w:val="00C71D9D"/>
    <w:rsid w:val="00C95A5B"/>
    <w:rsid w:val="00CA2BE0"/>
    <w:rsid w:val="00CB2BAF"/>
    <w:rsid w:val="00CB2E1A"/>
    <w:rsid w:val="00CB4A4C"/>
    <w:rsid w:val="00CB5600"/>
    <w:rsid w:val="00CB7424"/>
    <w:rsid w:val="00CC4A3B"/>
    <w:rsid w:val="00CD00CB"/>
    <w:rsid w:val="00CD7678"/>
    <w:rsid w:val="00CE1823"/>
    <w:rsid w:val="00CE666F"/>
    <w:rsid w:val="00CF39DD"/>
    <w:rsid w:val="00D00837"/>
    <w:rsid w:val="00D01248"/>
    <w:rsid w:val="00D01465"/>
    <w:rsid w:val="00D10ABD"/>
    <w:rsid w:val="00D14EA2"/>
    <w:rsid w:val="00D34A24"/>
    <w:rsid w:val="00D41F48"/>
    <w:rsid w:val="00D55339"/>
    <w:rsid w:val="00D67CEB"/>
    <w:rsid w:val="00D7544D"/>
    <w:rsid w:val="00D817DF"/>
    <w:rsid w:val="00D81866"/>
    <w:rsid w:val="00D9037C"/>
    <w:rsid w:val="00DA214E"/>
    <w:rsid w:val="00DA5CFE"/>
    <w:rsid w:val="00DA6475"/>
    <w:rsid w:val="00DC3C7E"/>
    <w:rsid w:val="00DD7702"/>
    <w:rsid w:val="00DF7132"/>
    <w:rsid w:val="00E03DCC"/>
    <w:rsid w:val="00E03F91"/>
    <w:rsid w:val="00E15440"/>
    <w:rsid w:val="00E178A4"/>
    <w:rsid w:val="00E2091B"/>
    <w:rsid w:val="00E247EE"/>
    <w:rsid w:val="00E27224"/>
    <w:rsid w:val="00E41466"/>
    <w:rsid w:val="00E41C84"/>
    <w:rsid w:val="00E449BE"/>
    <w:rsid w:val="00E45C13"/>
    <w:rsid w:val="00E57DC0"/>
    <w:rsid w:val="00E7204E"/>
    <w:rsid w:val="00E770EC"/>
    <w:rsid w:val="00E80E95"/>
    <w:rsid w:val="00E826EC"/>
    <w:rsid w:val="00E951A9"/>
    <w:rsid w:val="00EA29D5"/>
    <w:rsid w:val="00EA2B0E"/>
    <w:rsid w:val="00EA753F"/>
    <w:rsid w:val="00EB17B2"/>
    <w:rsid w:val="00EB340F"/>
    <w:rsid w:val="00EB5E9C"/>
    <w:rsid w:val="00ED2B3E"/>
    <w:rsid w:val="00ED46DB"/>
    <w:rsid w:val="00EE0EE8"/>
    <w:rsid w:val="00EF18E6"/>
    <w:rsid w:val="00F130D9"/>
    <w:rsid w:val="00F15557"/>
    <w:rsid w:val="00F21A19"/>
    <w:rsid w:val="00F22123"/>
    <w:rsid w:val="00F22705"/>
    <w:rsid w:val="00F24D4B"/>
    <w:rsid w:val="00F30487"/>
    <w:rsid w:val="00F542E2"/>
    <w:rsid w:val="00F558E3"/>
    <w:rsid w:val="00F5628C"/>
    <w:rsid w:val="00F5669B"/>
    <w:rsid w:val="00F81CD8"/>
    <w:rsid w:val="00F90449"/>
    <w:rsid w:val="00F94BFB"/>
    <w:rsid w:val="00FA318D"/>
    <w:rsid w:val="00FC1465"/>
    <w:rsid w:val="00FC45CD"/>
    <w:rsid w:val="00FC56BD"/>
    <w:rsid w:val="00FD7430"/>
    <w:rsid w:val="00FD74AB"/>
    <w:rsid w:val="00FE32D2"/>
    <w:rsid w:val="00FE6AE6"/>
    <w:rsid w:val="00FF3D65"/>
    <w:rsid w:val="00FF4401"/>
    <w:rsid w:val="00FF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88607"/>
  <w15:docId w15:val="{7ABB2213-41D7-4F89-A370-C8915C93F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CA3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0ybdZGekcddKnMGgwKChQUq9Ow==">CgMxLjAyDmgueW1tbGFuZnVjd3g3OAByITFDYXVmQlRrTXR3ejdWYkVFbk45a3R6MG9Ld0JiS01CNg==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359</Words>
  <Characters>1945</Characters>
  <Application>Microsoft Office Word</Application>
  <DocSecurity>0</DocSecurity>
  <Lines>36</Lines>
  <Paragraphs>27</Paragraphs>
  <ScaleCrop>false</ScaleCrop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Clerk</dc:creator>
  <cp:lastModifiedBy>Amanda Coolong</cp:lastModifiedBy>
  <cp:revision>309</cp:revision>
  <cp:lastPrinted>2026-05-12T18:50:00Z</cp:lastPrinted>
  <dcterms:created xsi:type="dcterms:W3CDTF">2025-12-30T21:28:00Z</dcterms:created>
  <dcterms:modified xsi:type="dcterms:W3CDTF">2026-05-12T21:32:00Z</dcterms:modified>
</cp:coreProperties>
</file>