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44A70893" w:rsidR="00F30487" w:rsidRDefault="00F30487"/>
    <w:p w14:paraId="0A488608" w14:textId="77777777" w:rsidR="00F30487" w:rsidRDefault="008007D4" w:rsidP="00190C97">
      <w:pPr>
        <w:spacing w:after="0"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77777777" w:rsidR="00F30487" w:rsidRDefault="008007D4" w:rsidP="00CA5A8D">
      <w:pPr>
        <w:pStyle w:val="ListBullet"/>
        <w:numPr>
          <w:ilvl w:val="0"/>
          <w:numId w:val="10"/>
        </w:numPr>
      </w:pPr>
      <w:r>
        <w:t>Chairman Rupert Pratt called the meeting to order at 6:00 PM.</w:t>
      </w:r>
    </w:p>
    <w:p w14:paraId="617A382C" w14:textId="77777777" w:rsidR="001676EB" w:rsidRPr="001676EB" w:rsidRDefault="008007D4" w:rsidP="00CA5A8D">
      <w:pPr>
        <w:pStyle w:val="ListBullet"/>
        <w:numPr>
          <w:ilvl w:val="0"/>
          <w:numId w:val="10"/>
        </w:numPr>
        <w:spacing w:after="0" w:line="240" w:lineRule="auto"/>
        <w:rPr>
          <w:b/>
          <w:bCs/>
        </w:rPr>
      </w:pPr>
      <w:r w:rsidRPr="001676EB">
        <w:t xml:space="preserve">Select Board members present: Rupert Pratt, </w:t>
      </w:r>
      <w:r w:rsidR="001676EB" w:rsidRPr="001676EB">
        <w:t xml:space="preserve">Andrew Bracy, </w:t>
      </w:r>
      <w:r w:rsidRPr="001676EB">
        <w:t>James Burrill</w:t>
      </w:r>
      <w:r w:rsidR="00845CBB">
        <w:t xml:space="preserve">, </w:t>
      </w:r>
      <w:r w:rsidR="00D01465">
        <w:t xml:space="preserve">Joel Doyon, </w:t>
      </w:r>
      <w:r w:rsidR="00852441" w:rsidRPr="001676EB">
        <w:t>Marcel Lecours</w:t>
      </w:r>
      <w:r w:rsidRPr="001676EB">
        <w:t xml:space="preserve">. </w:t>
      </w:r>
    </w:p>
    <w:p w14:paraId="63D42CD8" w14:textId="77777777" w:rsidR="001676EB" w:rsidRDefault="001676EB" w:rsidP="001676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D6C8118" w14:textId="2EB67147" w:rsidR="002128C3" w:rsidRPr="00017A3C" w:rsidRDefault="002128C3" w:rsidP="001676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 w:rsidRPr="00017A3C">
        <w:rPr>
          <w:b/>
          <w:bCs/>
          <w:color w:val="000000"/>
        </w:rPr>
        <w:t xml:space="preserve">Presentation: MSAD58 </w:t>
      </w:r>
      <w:r w:rsidR="000B3194">
        <w:rPr>
          <w:b/>
          <w:bCs/>
          <w:color w:val="000000"/>
        </w:rPr>
        <w:t xml:space="preserve">Proposed </w:t>
      </w:r>
      <w:r w:rsidRPr="00017A3C">
        <w:rPr>
          <w:b/>
          <w:bCs/>
          <w:color w:val="000000"/>
        </w:rPr>
        <w:t>School Budget</w:t>
      </w:r>
    </w:p>
    <w:p w14:paraId="6A966922" w14:textId="68E2E906" w:rsidR="008907EE" w:rsidRPr="008907EE" w:rsidRDefault="008907EE" w:rsidP="008907E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Superintendent Laura Columbia </w:t>
      </w:r>
      <w:r w:rsidR="006E4807">
        <w:rPr>
          <w:color w:val="000000"/>
        </w:rPr>
        <w:t>shared the school board’s recommended FY27 budget</w:t>
      </w:r>
      <w:r w:rsidR="00A9629D">
        <w:rPr>
          <w:color w:val="000000"/>
        </w:rPr>
        <w:t xml:space="preserve">. The select board </w:t>
      </w:r>
      <w:r w:rsidR="00F553D9">
        <w:rPr>
          <w:color w:val="000000"/>
        </w:rPr>
        <w:t>inquired</w:t>
      </w:r>
      <w:r w:rsidR="000F572A">
        <w:rPr>
          <w:color w:val="000000"/>
        </w:rPr>
        <w:t xml:space="preserve"> </w:t>
      </w:r>
      <w:r w:rsidR="003C4DB8">
        <w:rPr>
          <w:color w:val="000000"/>
        </w:rPr>
        <w:t xml:space="preserve">why the undesignated fund balance of unspent funds is so high, and </w:t>
      </w:r>
      <w:r w:rsidR="005545CB">
        <w:rPr>
          <w:color w:val="000000"/>
        </w:rPr>
        <w:t xml:space="preserve">the rationale for moving $1.2 million </w:t>
      </w:r>
      <w:r w:rsidR="007F58DE">
        <w:rPr>
          <w:color w:val="000000"/>
        </w:rPr>
        <w:t xml:space="preserve">of the balance into reserve accounts </w:t>
      </w:r>
      <w:r w:rsidR="00C92177">
        <w:rPr>
          <w:color w:val="000000"/>
        </w:rPr>
        <w:t>while at the same time</w:t>
      </w:r>
      <w:r w:rsidR="003C4DB8">
        <w:rPr>
          <w:color w:val="000000"/>
        </w:rPr>
        <w:t xml:space="preserve"> </w:t>
      </w:r>
      <w:r w:rsidR="002A75FC">
        <w:rPr>
          <w:color w:val="000000"/>
        </w:rPr>
        <w:t>decreasing the balance forward</w:t>
      </w:r>
      <w:r w:rsidR="00A9629D">
        <w:rPr>
          <w:color w:val="000000"/>
        </w:rPr>
        <w:t xml:space="preserve"> </w:t>
      </w:r>
      <w:r w:rsidR="007C3219">
        <w:rPr>
          <w:color w:val="000000"/>
        </w:rPr>
        <w:t>to $400k</w:t>
      </w:r>
      <w:r w:rsidR="002A75FC">
        <w:rPr>
          <w:color w:val="000000"/>
        </w:rPr>
        <w:t xml:space="preserve"> </w:t>
      </w:r>
      <w:r w:rsidR="00EA4380">
        <w:rPr>
          <w:color w:val="000000"/>
        </w:rPr>
        <w:t>when that money is used to relieve the taxpayer burden</w:t>
      </w:r>
      <w:r w:rsidR="00C92177">
        <w:rPr>
          <w:color w:val="000000"/>
        </w:rPr>
        <w:t>.</w:t>
      </w:r>
      <w:r w:rsidR="0068790E">
        <w:rPr>
          <w:color w:val="000000"/>
        </w:rPr>
        <w:t xml:space="preserve"> </w:t>
      </w:r>
    </w:p>
    <w:p w14:paraId="3FC7740F" w14:textId="77777777" w:rsidR="002128C3" w:rsidRDefault="002128C3" w:rsidP="001676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A48860B" w14:textId="16A129A6" w:rsidR="00F30487" w:rsidRPr="001676EB" w:rsidRDefault="008007D4" w:rsidP="001676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1676EB">
        <w:rPr>
          <w:b/>
          <w:bCs/>
        </w:rPr>
        <w:t>Approval of Minutes</w:t>
      </w:r>
    </w:p>
    <w:p w14:paraId="0A48860C" w14:textId="5C5C4E56" w:rsidR="00F30487" w:rsidRDefault="008007D4" w:rsidP="008907E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8907EE">
        <w:rPr>
          <w:color w:val="000000"/>
        </w:rPr>
        <w:t xml:space="preserve">Motion by </w:t>
      </w:r>
      <w:r w:rsidR="00F558E3" w:rsidRPr="008907EE">
        <w:rPr>
          <w:color w:val="000000"/>
        </w:rPr>
        <w:t>James Burrill</w:t>
      </w:r>
      <w:r w:rsidRPr="008907EE">
        <w:rPr>
          <w:color w:val="000000"/>
        </w:rPr>
        <w:t xml:space="preserve"> to approve </w:t>
      </w:r>
      <w:proofErr w:type="gramStart"/>
      <w:r w:rsidRPr="008907EE">
        <w:rPr>
          <w:color w:val="000000"/>
        </w:rPr>
        <w:t xml:space="preserve">the </w:t>
      </w:r>
      <w:r w:rsidR="00F558E3" w:rsidRPr="008907EE">
        <w:rPr>
          <w:color w:val="000000"/>
        </w:rPr>
        <w:t>April</w:t>
      </w:r>
      <w:proofErr w:type="gramEnd"/>
      <w:r w:rsidR="00E15440" w:rsidRPr="008907EE">
        <w:rPr>
          <w:color w:val="000000"/>
        </w:rPr>
        <w:t xml:space="preserve"> </w:t>
      </w:r>
      <w:r w:rsidR="0047170D">
        <w:rPr>
          <w:color w:val="000000"/>
        </w:rPr>
        <w:t>28</w:t>
      </w:r>
      <w:r w:rsidR="00E15440" w:rsidRPr="008907EE">
        <w:rPr>
          <w:color w:val="000000"/>
        </w:rPr>
        <w:t xml:space="preserve">, </w:t>
      </w:r>
      <w:proofErr w:type="gramStart"/>
      <w:r w:rsidRPr="008907EE">
        <w:rPr>
          <w:color w:val="000000"/>
        </w:rPr>
        <w:t>2026</w:t>
      </w:r>
      <w:proofErr w:type="gramEnd"/>
      <w:r w:rsidRPr="008907EE">
        <w:rPr>
          <w:color w:val="000000"/>
        </w:rPr>
        <w:t xml:space="preserve"> Select Board Meeting</w:t>
      </w:r>
      <w:r w:rsidR="0098729C" w:rsidRPr="008907EE">
        <w:rPr>
          <w:color w:val="000000"/>
        </w:rPr>
        <w:t xml:space="preserve"> Minutes</w:t>
      </w:r>
      <w:r w:rsidRPr="008907EE">
        <w:rPr>
          <w:color w:val="000000"/>
        </w:rPr>
        <w:t xml:space="preserve">. Seconded </w:t>
      </w:r>
      <w:r w:rsidR="00F558E3" w:rsidRPr="008907EE">
        <w:rPr>
          <w:color w:val="000000"/>
        </w:rPr>
        <w:t xml:space="preserve">by </w:t>
      </w:r>
      <w:r w:rsidR="0047170D">
        <w:rPr>
          <w:color w:val="000000"/>
        </w:rPr>
        <w:t>Joel Doyon</w:t>
      </w:r>
      <w:r w:rsidRPr="008907EE">
        <w:rPr>
          <w:color w:val="000000"/>
        </w:rPr>
        <w:t xml:space="preserve">. </w:t>
      </w:r>
      <w:r w:rsidR="00216535" w:rsidRPr="008907EE">
        <w:rPr>
          <w:color w:val="000000"/>
        </w:rPr>
        <w:t>Motion</w:t>
      </w:r>
      <w:r w:rsidR="00E80E95" w:rsidRPr="008907EE">
        <w:rPr>
          <w:color w:val="000000"/>
        </w:rPr>
        <w:t xml:space="preserve"> carried</w:t>
      </w:r>
      <w:r w:rsidRPr="008907EE">
        <w:rPr>
          <w:color w:val="000000"/>
        </w:rPr>
        <w:t>.</w:t>
      </w:r>
    </w:p>
    <w:p w14:paraId="0A48860D" w14:textId="77777777" w:rsidR="00F30487" w:rsidRDefault="008007D4" w:rsidP="00190C97">
      <w:pPr>
        <w:spacing w:after="0" w:line="240" w:lineRule="auto"/>
        <w:rPr>
          <w:b/>
          <w:bCs/>
        </w:rPr>
      </w:pPr>
      <w:r>
        <w:rPr>
          <w:b/>
          <w:bCs/>
        </w:rPr>
        <w:t>Treasurer’s Warrant</w:t>
      </w:r>
    </w:p>
    <w:p w14:paraId="0A48860E" w14:textId="4BBB3144" w:rsidR="00F30487" w:rsidRDefault="008007D4" w:rsidP="008907E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8907EE">
        <w:rPr>
          <w:color w:val="000000"/>
        </w:rPr>
        <w:t xml:space="preserve">Motion by </w:t>
      </w:r>
      <w:r w:rsidR="00617DE4">
        <w:rPr>
          <w:color w:val="000000"/>
        </w:rPr>
        <w:t>Andrew Bracy</w:t>
      </w:r>
      <w:r w:rsidRPr="008907EE">
        <w:rPr>
          <w:color w:val="000000"/>
        </w:rPr>
        <w:t xml:space="preserve"> to approve the Treasurer’s Warrant for the week of </w:t>
      </w:r>
      <w:r w:rsidR="00977924">
        <w:rPr>
          <w:color w:val="000000"/>
        </w:rPr>
        <w:t>May</w:t>
      </w:r>
      <w:r w:rsidR="00CB2E1A" w:rsidRPr="008907EE">
        <w:rPr>
          <w:color w:val="000000"/>
        </w:rPr>
        <w:t xml:space="preserve"> </w:t>
      </w:r>
      <w:r w:rsidR="00977924">
        <w:rPr>
          <w:color w:val="000000"/>
        </w:rPr>
        <w:t>14</w:t>
      </w:r>
      <w:r w:rsidRPr="008907EE">
        <w:rPr>
          <w:color w:val="000000"/>
        </w:rPr>
        <w:t xml:space="preserve">, </w:t>
      </w:r>
      <w:proofErr w:type="gramStart"/>
      <w:r w:rsidRPr="008907EE">
        <w:rPr>
          <w:color w:val="000000"/>
        </w:rPr>
        <w:t>2026</w:t>
      </w:r>
      <w:proofErr w:type="gramEnd"/>
      <w:r w:rsidRPr="008907EE">
        <w:rPr>
          <w:color w:val="000000"/>
        </w:rPr>
        <w:t xml:space="preserve"> in the amount of $</w:t>
      </w:r>
      <w:r w:rsidR="002C1A2C" w:rsidRPr="008907EE">
        <w:rPr>
          <w:color w:val="000000"/>
        </w:rPr>
        <w:t>9,</w:t>
      </w:r>
      <w:r w:rsidR="00EC6D1A">
        <w:rPr>
          <w:color w:val="000000"/>
        </w:rPr>
        <w:t>472.35</w:t>
      </w:r>
      <w:r w:rsidRPr="008907EE">
        <w:rPr>
          <w:color w:val="000000"/>
        </w:rPr>
        <w:t xml:space="preserve">. Seconded by </w:t>
      </w:r>
      <w:r w:rsidR="00064BD6">
        <w:rPr>
          <w:color w:val="000000"/>
        </w:rPr>
        <w:t>Marcel Lecours</w:t>
      </w:r>
      <w:r w:rsidRPr="008907EE">
        <w:rPr>
          <w:color w:val="000000"/>
        </w:rPr>
        <w:t>. Motion carried.</w:t>
      </w:r>
    </w:p>
    <w:p w14:paraId="363F35AA" w14:textId="7C783119" w:rsidR="00420A79" w:rsidRDefault="00420A79" w:rsidP="004D377F">
      <w:pPr>
        <w:spacing w:after="0" w:line="240" w:lineRule="auto"/>
        <w:rPr>
          <w:b/>
          <w:bCs/>
        </w:rPr>
      </w:pPr>
      <w:bookmarkStart w:id="0" w:name="_heading=h.ymmlanfucwx7" w:colFirst="0" w:colLast="0"/>
      <w:bookmarkEnd w:id="0"/>
      <w:r>
        <w:rPr>
          <w:b/>
          <w:bCs/>
        </w:rPr>
        <w:t>New Business</w:t>
      </w:r>
    </w:p>
    <w:p w14:paraId="72C4D63F" w14:textId="3DCC9357" w:rsidR="00420A79" w:rsidRPr="005C281F" w:rsidRDefault="00064BD6" w:rsidP="00420A79">
      <w:pPr>
        <w:pStyle w:val="ListParagraph"/>
        <w:numPr>
          <w:ilvl w:val="0"/>
          <w:numId w:val="8"/>
        </w:numPr>
        <w:spacing w:line="240" w:lineRule="auto"/>
        <w:rPr>
          <w:b/>
          <w:bCs/>
        </w:rPr>
      </w:pPr>
      <w:r>
        <w:t>Roadside mowing</w:t>
      </w:r>
      <w:r w:rsidR="00864D1D">
        <w:t xml:space="preserve"> will begin May 18</w:t>
      </w:r>
      <w:r w:rsidR="00F14F96">
        <w:t>.</w:t>
      </w:r>
      <w:r w:rsidR="00052FE2">
        <w:t xml:space="preserve"> The road crew would like to lease an excavator to do additional work. Board Chair Rupert Pratt requested </w:t>
      </w:r>
      <w:r w:rsidR="005C281F">
        <w:t>additional lease details.</w:t>
      </w:r>
    </w:p>
    <w:p w14:paraId="07270009" w14:textId="0169BA19" w:rsidR="005C281F" w:rsidRPr="00384228" w:rsidRDefault="005C281F" w:rsidP="00420A79">
      <w:pPr>
        <w:pStyle w:val="ListParagraph"/>
        <w:numPr>
          <w:ilvl w:val="0"/>
          <w:numId w:val="8"/>
        </w:numPr>
        <w:spacing w:line="240" w:lineRule="auto"/>
        <w:rPr>
          <w:b/>
          <w:bCs/>
        </w:rPr>
      </w:pPr>
      <w:r>
        <w:t xml:space="preserve">Mt. Abram </w:t>
      </w:r>
      <w:r w:rsidR="003D21BD">
        <w:t>High School is presenting its annual scholarships on June 4</w:t>
      </w:r>
      <w:r w:rsidR="003D21BD" w:rsidRPr="003D21BD">
        <w:rPr>
          <w:vertAlign w:val="superscript"/>
        </w:rPr>
        <w:t>th</w:t>
      </w:r>
      <w:r w:rsidR="003D21BD">
        <w:t xml:space="preserve"> at 6pm. </w:t>
      </w:r>
      <w:r w:rsidR="00091E1E">
        <w:t xml:space="preserve">The Board voted </w:t>
      </w:r>
      <w:r w:rsidR="00E93699">
        <w:t xml:space="preserve">for Brooke Atwood and Alexis Norster to receive </w:t>
      </w:r>
      <w:r w:rsidR="00091E1E">
        <w:t xml:space="preserve">the </w:t>
      </w:r>
      <w:r w:rsidR="001C72AB">
        <w:t>Knowlton Trust and Winston Beal scholarships</w:t>
      </w:r>
      <w:r w:rsidR="00E93699">
        <w:t>.</w:t>
      </w:r>
      <w:r w:rsidR="00884B16">
        <w:t xml:space="preserve"> Town Clerk Amanda Coolong to write the award letters.</w:t>
      </w:r>
    </w:p>
    <w:p w14:paraId="0A488611" w14:textId="7C3271A8" w:rsidR="00F30487" w:rsidRDefault="008007D4" w:rsidP="004D377F">
      <w:pPr>
        <w:spacing w:after="0" w:line="240" w:lineRule="auto"/>
        <w:rPr>
          <w:b/>
          <w:bCs/>
        </w:rPr>
      </w:pPr>
      <w:r>
        <w:rPr>
          <w:b/>
          <w:bCs/>
        </w:rPr>
        <w:t>Ongoing Business</w:t>
      </w:r>
    </w:p>
    <w:p w14:paraId="5B5E64A8" w14:textId="0CE4164A" w:rsidR="00212148" w:rsidRDefault="008007D4" w:rsidP="00682AE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A42ED">
        <w:rPr>
          <w:b/>
          <w:bCs/>
          <w:color w:val="000000"/>
        </w:rPr>
        <w:t>MSAD 58 withdrawal committee update</w:t>
      </w:r>
      <w:r w:rsidRPr="006A42ED">
        <w:rPr>
          <w:color w:val="000000"/>
        </w:rPr>
        <w:t xml:space="preserve"> –</w:t>
      </w:r>
      <w:r w:rsidR="00A269D8">
        <w:rPr>
          <w:color w:val="000000"/>
        </w:rPr>
        <w:t xml:space="preserve">negotiations </w:t>
      </w:r>
      <w:r w:rsidR="0026558F">
        <w:rPr>
          <w:color w:val="000000"/>
        </w:rPr>
        <w:t>are in process</w:t>
      </w:r>
      <w:r w:rsidR="00682AE5">
        <w:rPr>
          <w:color w:val="000000"/>
        </w:rPr>
        <w:t>.</w:t>
      </w:r>
      <w:r w:rsidR="0026558F">
        <w:rPr>
          <w:color w:val="000000"/>
        </w:rPr>
        <w:t xml:space="preserve"> June 24 is the new deadline to submit the withdrawal plan to the Maine Department of Education</w:t>
      </w:r>
      <w:r w:rsidR="009C6EB7">
        <w:rPr>
          <w:color w:val="000000"/>
        </w:rPr>
        <w:t xml:space="preserve"> for review. </w:t>
      </w:r>
    </w:p>
    <w:p w14:paraId="66EED006" w14:textId="4BF81AAA" w:rsidR="009C6EB7" w:rsidRPr="00682AE5" w:rsidRDefault="009C6EB7" w:rsidP="00682AE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AVCOG grant </w:t>
      </w:r>
      <w:r w:rsidR="00065787">
        <w:rPr>
          <w:color w:val="000000"/>
        </w:rPr>
        <w:t>–</w:t>
      </w:r>
      <w:r w:rsidR="008A09E3">
        <w:rPr>
          <w:color w:val="000000"/>
        </w:rPr>
        <w:t xml:space="preserve"> </w:t>
      </w:r>
      <w:r w:rsidR="00065787">
        <w:rPr>
          <w:color w:val="000000"/>
        </w:rPr>
        <w:t xml:space="preserve">Andrew Bracy </w:t>
      </w:r>
      <w:r w:rsidR="008A09E3">
        <w:rPr>
          <w:color w:val="000000"/>
        </w:rPr>
        <w:t>forwarded the materials to Joel Doyon</w:t>
      </w:r>
      <w:r w:rsidR="00741F67">
        <w:rPr>
          <w:color w:val="000000"/>
        </w:rPr>
        <w:t xml:space="preserve">. As it’s his first time managing the grant process, </w:t>
      </w:r>
      <w:r w:rsidR="00876CF9">
        <w:rPr>
          <w:color w:val="000000"/>
        </w:rPr>
        <w:t xml:space="preserve">Joel may schedule a meeting with the AVCOG representative. </w:t>
      </w:r>
    </w:p>
    <w:p w14:paraId="143E0B74" w14:textId="17CF83EF" w:rsidR="00FF4401" w:rsidRDefault="008007D4" w:rsidP="004D377F">
      <w:pPr>
        <w:spacing w:after="0" w:line="240" w:lineRule="auto"/>
      </w:pPr>
      <w:r>
        <w:rPr>
          <w:b/>
          <w:bCs/>
        </w:rPr>
        <w:t>Public Comment</w:t>
      </w:r>
    </w:p>
    <w:p w14:paraId="6B14F2D4" w14:textId="1574BA84" w:rsidR="003333BD" w:rsidRDefault="005F2DB0" w:rsidP="003333BD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John Worthley </w:t>
      </w:r>
      <w:r w:rsidR="0083686E">
        <w:t xml:space="preserve">inquired </w:t>
      </w:r>
      <w:proofErr w:type="gramStart"/>
      <w:r w:rsidR="0083686E">
        <w:t>on</w:t>
      </w:r>
      <w:proofErr w:type="gramEnd"/>
      <w:r w:rsidR="0083686E">
        <w:t xml:space="preserve"> the progress of the cemetery projects</w:t>
      </w:r>
      <w:r w:rsidR="003C18EB">
        <w:t>.</w:t>
      </w:r>
      <w:r w:rsidR="0083686E">
        <w:t xml:space="preserve"> 6-8 stones have been </w:t>
      </w:r>
      <w:proofErr w:type="gramStart"/>
      <w:r w:rsidR="0083686E">
        <w:t>fixed</w:t>
      </w:r>
      <w:proofErr w:type="gramEnd"/>
      <w:r w:rsidR="0083686E">
        <w:t xml:space="preserve"> and the fence work still needs to be completed.</w:t>
      </w:r>
    </w:p>
    <w:p w14:paraId="2126D24A" w14:textId="25CC991C" w:rsidR="00FD7F5C" w:rsidRDefault="00FD7F5C" w:rsidP="003333BD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Brittany Parlin </w:t>
      </w:r>
      <w:r w:rsidR="000008D1">
        <w:t>said she wants</w:t>
      </w:r>
      <w:r w:rsidR="000E51A4">
        <w:t xml:space="preserve"> the </w:t>
      </w:r>
      <w:r w:rsidR="000C42EA">
        <w:t xml:space="preserve">MSAD58 </w:t>
      </w:r>
      <w:r w:rsidR="00482367">
        <w:t xml:space="preserve">withdrawal </w:t>
      </w:r>
      <w:r w:rsidR="000C42EA">
        <w:t>process</w:t>
      </w:r>
      <w:r w:rsidR="000008D1">
        <w:t xml:space="preserve"> to end and asked why the </w:t>
      </w:r>
      <w:r w:rsidR="006F6D99">
        <w:t xml:space="preserve">select </w:t>
      </w:r>
      <w:r w:rsidR="000008D1">
        <w:t>board isn’t stopping it</w:t>
      </w:r>
      <w:r w:rsidR="00482367">
        <w:t xml:space="preserve">. </w:t>
      </w:r>
      <w:r w:rsidR="000C42EA">
        <w:t>The board explained</w:t>
      </w:r>
      <w:r w:rsidR="00D02232">
        <w:t xml:space="preserve"> </w:t>
      </w:r>
      <w:r w:rsidR="000C42EA">
        <w:t>the</w:t>
      </w:r>
      <w:r w:rsidR="004E1C73">
        <w:t xml:space="preserve"> process was initiated by a municipal vote </w:t>
      </w:r>
      <w:r w:rsidR="002B2404">
        <w:t xml:space="preserve">that resulted 2 to 1 in favor of </w:t>
      </w:r>
      <w:r w:rsidR="00D14875">
        <w:t>exploring withdrawal.</w:t>
      </w:r>
      <w:r w:rsidR="00EF7E7F">
        <w:t xml:space="preserve"> </w:t>
      </w:r>
    </w:p>
    <w:p w14:paraId="47914735" w14:textId="3D65BBC6" w:rsidR="009E1592" w:rsidRDefault="008007D4">
      <w:pPr>
        <w:spacing w:after="280" w:line="240" w:lineRule="auto"/>
      </w:pPr>
      <w:r>
        <w:rPr>
          <w:b/>
          <w:bCs/>
        </w:rPr>
        <w:t>Treasurer’s Report –</w:t>
      </w:r>
      <w:r w:rsidR="00952034">
        <w:rPr>
          <w:b/>
          <w:bCs/>
        </w:rPr>
        <w:t xml:space="preserve"> </w:t>
      </w:r>
      <w:r w:rsidR="00F12D56">
        <w:t xml:space="preserve">Maria Johnson </w:t>
      </w:r>
      <w:r w:rsidR="009E1592">
        <w:t xml:space="preserve">shared that Strong’s </w:t>
      </w:r>
      <w:r w:rsidR="00074F32">
        <w:t>2026 state valuation</w:t>
      </w:r>
      <w:r w:rsidR="00CE6FB0">
        <w:t xml:space="preserve"> ratio</w:t>
      </w:r>
      <w:r w:rsidR="00074F32">
        <w:t xml:space="preserve"> is low and our assessor, MCG of Maine, suggested increasing it </w:t>
      </w:r>
      <w:r w:rsidR="00CB148D">
        <w:t xml:space="preserve">now. Doing so will increase our homestead exemption but will NOT increase property taxes. Motion by James Burrill to </w:t>
      </w:r>
      <w:r w:rsidR="00AD3B47">
        <w:t>increase Strong’s state valuation ratio to 80%. Seconded by Andrew Bracy. Motion carried.</w:t>
      </w:r>
      <w:r w:rsidR="009D08A5">
        <w:t xml:space="preserve"> The town will send a letter with tax bills explaining this is not part of the </w:t>
      </w:r>
      <w:proofErr w:type="spellStart"/>
      <w:r w:rsidR="009D08A5">
        <w:t>revalation</w:t>
      </w:r>
      <w:proofErr w:type="spellEnd"/>
      <w:r w:rsidR="009D08A5">
        <w:t>.</w:t>
      </w:r>
    </w:p>
    <w:p w14:paraId="0A48861A" w14:textId="48FA4387" w:rsidR="00F30487" w:rsidRDefault="009E1592">
      <w:pPr>
        <w:spacing w:after="280" w:line="240" w:lineRule="auto"/>
      </w:pPr>
      <w:r w:rsidRPr="009E1592">
        <w:rPr>
          <w:b/>
          <w:bCs/>
        </w:rPr>
        <w:t>Clerk’s</w:t>
      </w:r>
      <w:r w:rsidR="008007D4">
        <w:rPr>
          <w:b/>
          <w:bCs/>
        </w:rPr>
        <w:t xml:space="preserve"> Report </w:t>
      </w:r>
      <w:r w:rsidR="00746E06">
        <w:t xml:space="preserve">– </w:t>
      </w:r>
      <w:r w:rsidR="00AE3BEF">
        <w:t xml:space="preserve">Amanda Coolong presented the Warrant and Notice of Election </w:t>
      </w:r>
      <w:r w:rsidR="00BB7A37">
        <w:t>for the MSAD58 District Budget Validation Referendum</w:t>
      </w:r>
      <w:r w:rsidR="00213D39">
        <w:t>.</w:t>
      </w:r>
      <w:r w:rsidR="00BB7A37">
        <w:t xml:space="preserve"> Motion by Rupert Pratt to sign the warrant. </w:t>
      </w:r>
      <w:proofErr w:type="gramStart"/>
      <w:r w:rsidR="00BB7A37">
        <w:t>Seconded</w:t>
      </w:r>
      <w:proofErr w:type="gramEnd"/>
      <w:r w:rsidR="00BB7A37">
        <w:t xml:space="preserve"> by James Burrill. Motion carried.</w:t>
      </w:r>
      <w:r w:rsidR="000D5E25">
        <w:t xml:space="preserve"> The Notice of Election has been posted for the June 9 primary. </w:t>
      </w:r>
      <w:r w:rsidR="002B5C29">
        <w:t>Absentee ballots are available from May 12 – June 4.</w:t>
      </w:r>
    </w:p>
    <w:p w14:paraId="0A48861B" w14:textId="1B6DCB8A" w:rsidR="00F30487" w:rsidRDefault="008007D4">
      <w:pPr>
        <w:spacing w:after="280" w:line="240" w:lineRule="auto"/>
      </w:pPr>
      <w:r>
        <w:rPr>
          <w:b/>
          <w:bCs/>
        </w:rPr>
        <w:t>Public Works &amp; Fire Department Report</w:t>
      </w:r>
      <w:r>
        <w:t xml:space="preserve"> – </w:t>
      </w:r>
      <w:r w:rsidR="004F0369">
        <w:t>none</w:t>
      </w:r>
      <w:r w:rsidR="007C3618">
        <w:t>.</w:t>
      </w:r>
    </w:p>
    <w:p w14:paraId="5B2F2B8E" w14:textId="77777777" w:rsidR="003B1124" w:rsidRDefault="003B1124">
      <w:pPr>
        <w:spacing w:after="280" w:line="240" w:lineRule="auto"/>
      </w:pPr>
    </w:p>
    <w:p w14:paraId="0841FAFD" w14:textId="77777777" w:rsidR="003B1124" w:rsidRDefault="003B1124">
      <w:pPr>
        <w:spacing w:after="280" w:line="240" w:lineRule="auto"/>
      </w:pPr>
    </w:p>
    <w:p w14:paraId="64F80CC0" w14:textId="58555C6A" w:rsidR="00D7544D" w:rsidRDefault="008007D4" w:rsidP="007C3618">
      <w:pPr>
        <w:spacing w:after="280" w:line="240" w:lineRule="auto"/>
      </w:pPr>
      <w:r>
        <w:rPr>
          <w:b/>
          <w:bCs/>
        </w:rPr>
        <w:t>Select Board Reports –</w:t>
      </w:r>
      <w:r w:rsidR="00786486">
        <w:t xml:space="preserve"> </w:t>
      </w:r>
      <w:r w:rsidR="004F0369">
        <w:t>James Burrill said the events committee is meeting May 13 at 6pm</w:t>
      </w:r>
      <w:r w:rsidR="00B83D26">
        <w:t>.</w:t>
      </w:r>
      <w:r w:rsidR="004F0369">
        <w:t xml:space="preserve"> Andrew Bracy reported the </w:t>
      </w:r>
      <w:r w:rsidR="003B1124">
        <w:t xml:space="preserve">corrections from the fire </w:t>
      </w:r>
      <w:proofErr w:type="spellStart"/>
      <w:r w:rsidR="003B1124">
        <w:t>marshall</w:t>
      </w:r>
      <w:proofErr w:type="spellEnd"/>
      <w:r w:rsidR="003B1124">
        <w:t xml:space="preserve"> are </w:t>
      </w:r>
      <w:r w:rsidR="00E53E98">
        <w:t xml:space="preserve">near </w:t>
      </w:r>
      <w:r w:rsidR="003B1124">
        <w:t>complet</w:t>
      </w:r>
      <w:r w:rsidR="00E53E98">
        <w:t>ion</w:t>
      </w:r>
      <w:r w:rsidR="003B1124">
        <w:t>.</w:t>
      </w:r>
    </w:p>
    <w:p w14:paraId="0A48861D" w14:textId="77777777" w:rsidR="00F30487" w:rsidRDefault="008007D4" w:rsidP="000D4F21">
      <w:pPr>
        <w:spacing w:after="0" w:line="240" w:lineRule="auto"/>
      </w:pPr>
      <w:r>
        <w:rPr>
          <w:b/>
          <w:bCs/>
        </w:rPr>
        <w:t xml:space="preserve">Adjournment </w:t>
      </w:r>
    </w:p>
    <w:p w14:paraId="0A48861E" w14:textId="46252786" w:rsidR="00F30487" w:rsidRDefault="008007D4">
      <w:pPr>
        <w:spacing w:line="240" w:lineRule="auto"/>
      </w:pPr>
      <w:r>
        <w:t xml:space="preserve">Motion to adjourn by </w:t>
      </w:r>
      <w:r w:rsidR="007C3618">
        <w:t>James Burrill</w:t>
      </w:r>
      <w:r>
        <w:t xml:space="preserve">. Seconded by </w:t>
      </w:r>
      <w:r w:rsidR="009C3DFD">
        <w:t>Joel Doyon</w:t>
      </w:r>
      <w:r>
        <w:t xml:space="preserve">. Motion carried. Meeting adjourned at </w:t>
      </w:r>
      <w:r w:rsidR="003B1124">
        <w:t>6:55pm</w:t>
      </w:r>
      <w:r>
        <w:t xml:space="preserve">. Next meeting: Tuesday, </w:t>
      </w:r>
      <w:r w:rsidR="009C3DFD">
        <w:t>May</w:t>
      </w:r>
      <w:r>
        <w:t xml:space="preserve"> </w:t>
      </w:r>
      <w:r w:rsidR="003B1124">
        <w:t>26</w:t>
      </w:r>
      <w:r>
        <w:t xml:space="preserve">, </w:t>
      </w:r>
      <w:proofErr w:type="gramStart"/>
      <w:r>
        <w:t>2026</w:t>
      </w:r>
      <w:proofErr w:type="gramEnd"/>
      <w:r>
        <w:t xml:space="preserve"> at 6pm.</w:t>
      </w:r>
    </w:p>
    <w:p w14:paraId="0A48861F" w14:textId="77777777" w:rsidR="00F30487" w:rsidRDefault="008007D4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7702D" w14:textId="77777777" w:rsidR="00844F74" w:rsidRDefault="00844F74">
      <w:pPr>
        <w:spacing w:after="0" w:line="240" w:lineRule="auto"/>
      </w:pPr>
      <w:r>
        <w:separator/>
      </w:r>
    </w:p>
  </w:endnote>
  <w:endnote w:type="continuationSeparator" w:id="0">
    <w:p w14:paraId="7BBB397A" w14:textId="77777777" w:rsidR="00844F74" w:rsidRDefault="00844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D032CCC-FA74-4EEC-B949-54C962BD7E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44BF149-AD52-4B17-801E-70CE9BC539A4}"/>
    <w:embedBold r:id="rId3" w:fontKey="{41FC9409-ACCD-4F65-BE8F-897EB24BBDE3}"/>
    <w:embedItalic r:id="rId4" w:fontKey="{20163945-7E14-4F4B-80AC-CB5A4C82D50A}"/>
    <w:embedBoldItalic r:id="rId5" w:fontKey="{60AA13B6-7244-43CC-93D1-55A4B2CAFF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0EF08B1B-75B5-40BC-8FEA-0DDAE52365E0}"/>
    <w:embedBold r:id="rId7" w:fontKey="{2D4CF021-A989-41B9-AA1B-8134986D6BFF}"/>
    <w:embedItalic r:id="rId8" w:fontKey="{99245F51-7E22-4402-85A6-A0C5A38D341C}"/>
    <w:embedBoldItalic r:id="rId9" w:fontKey="{C22BE185-55A3-4611-8000-9724621C269D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9C817" w14:textId="77777777" w:rsidR="00844F74" w:rsidRDefault="00844F74">
      <w:pPr>
        <w:spacing w:after="0" w:line="240" w:lineRule="auto"/>
      </w:pPr>
      <w:r>
        <w:separator/>
      </w:r>
    </w:p>
  </w:footnote>
  <w:footnote w:type="continuationSeparator" w:id="0">
    <w:p w14:paraId="26483419" w14:textId="77777777" w:rsidR="00844F74" w:rsidRDefault="00844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65C6807F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Tuesday, </w:t>
    </w:r>
    <w:r w:rsidR="001676EB">
      <w:rPr>
        <w:b/>
        <w:bCs/>
      </w:rPr>
      <w:t>May</w:t>
    </w:r>
    <w:r>
      <w:rPr>
        <w:b/>
        <w:bCs/>
        <w:color w:val="000000"/>
      </w:rPr>
      <w:t xml:space="preserve"> </w:t>
    </w:r>
    <w:r w:rsidR="001676EB">
      <w:rPr>
        <w:b/>
        <w:bCs/>
      </w:rPr>
      <w:t>12</w:t>
    </w:r>
    <w:r>
      <w:rPr>
        <w:b/>
        <w:bCs/>
        <w:color w:val="000000"/>
      </w:rPr>
      <w:t xml:space="preserve">, </w:t>
    </w:r>
    <w:proofErr w:type="gramStart"/>
    <w:r>
      <w:rPr>
        <w:b/>
        <w:bCs/>
        <w:color w:val="000000"/>
      </w:rPr>
      <w:t>2026</w:t>
    </w:r>
    <w:proofErr w:type="gramEnd"/>
    <w:r>
      <w:rPr>
        <w:b/>
        <w:bCs/>
        <w:color w:val="000000"/>
      </w:rPr>
      <w:t xml:space="preserve"> at 6PM</w:t>
    </w:r>
  </w:p>
  <w:p w14:paraId="0A488622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4F5D44"/>
    <w:multiLevelType w:val="hybridMultilevel"/>
    <w:tmpl w:val="6ED2052A"/>
    <w:lvl w:ilvl="0" w:tplc="6CE630EA">
      <w:numFmt w:val="bullet"/>
      <w:lvlText w:val=""/>
      <w:lvlJc w:val="left"/>
      <w:pPr>
        <w:ind w:left="360" w:hanging="360"/>
      </w:pPr>
      <w:rPr>
        <w:rFonts w:ascii="Symbol" w:eastAsia="Cambria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624AED"/>
    <w:multiLevelType w:val="multilevel"/>
    <w:tmpl w:val="A66AE0C2"/>
    <w:lvl w:ilvl="0">
      <w:numFmt w:val="bullet"/>
      <w:lvlText w:val=""/>
      <w:lvlJc w:val="left"/>
      <w:pPr>
        <w:ind w:left="360" w:hanging="360"/>
      </w:pPr>
      <w:rPr>
        <w:rFonts w:ascii="Symbol" w:eastAsia="Cambria" w:hAnsi="Symbol" w:cs="Cambria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C57583B"/>
    <w:multiLevelType w:val="hybridMultilevel"/>
    <w:tmpl w:val="2BA47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6608317">
    <w:abstractNumId w:val="0"/>
  </w:num>
  <w:num w:numId="2" w16cid:durableId="1839610219">
    <w:abstractNumId w:val="4"/>
  </w:num>
  <w:num w:numId="3" w16cid:durableId="175267982">
    <w:abstractNumId w:val="5"/>
  </w:num>
  <w:num w:numId="4" w16cid:durableId="1957180373">
    <w:abstractNumId w:val="6"/>
  </w:num>
  <w:num w:numId="5" w16cid:durableId="7102991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2"/>
  </w:num>
  <w:num w:numId="8" w16cid:durableId="1149983279">
    <w:abstractNumId w:val="7"/>
  </w:num>
  <w:num w:numId="9" w16cid:durableId="1566144721">
    <w:abstractNumId w:val="1"/>
  </w:num>
  <w:num w:numId="10" w16cid:durableId="886914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008D1"/>
    <w:rsid w:val="000105FA"/>
    <w:rsid w:val="0001426C"/>
    <w:rsid w:val="00015D7C"/>
    <w:rsid w:val="00017A3C"/>
    <w:rsid w:val="000253EB"/>
    <w:rsid w:val="00030122"/>
    <w:rsid w:val="00033F46"/>
    <w:rsid w:val="0003584E"/>
    <w:rsid w:val="000365BC"/>
    <w:rsid w:val="000407E0"/>
    <w:rsid w:val="00040FDC"/>
    <w:rsid w:val="00051167"/>
    <w:rsid w:val="00052FE2"/>
    <w:rsid w:val="000647AF"/>
    <w:rsid w:val="00064BD6"/>
    <w:rsid w:val="00065787"/>
    <w:rsid w:val="00066B64"/>
    <w:rsid w:val="000672C1"/>
    <w:rsid w:val="00070D6F"/>
    <w:rsid w:val="00074F32"/>
    <w:rsid w:val="000801EB"/>
    <w:rsid w:val="00080B32"/>
    <w:rsid w:val="00080D48"/>
    <w:rsid w:val="00083379"/>
    <w:rsid w:val="00091E1E"/>
    <w:rsid w:val="0009215B"/>
    <w:rsid w:val="00092B4D"/>
    <w:rsid w:val="000A5ABF"/>
    <w:rsid w:val="000A64CA"/>
    <w:rsid w:val="000B3194"/>
    <w:rsid w:val="000B704E"/>
    <w:rsid w:val="000C42EA"/>
    <w:rsid w:val="000D1CAD"/>
    <w:rsid w:val="000D1FBC"/>
    <w:rsid w:val="000D4F21"/>
    <w:rsid w:val="000D5D45"/>
    <w:rsid w:val="000D5E25"/>
    <w:rsid w:val="000E51A4"/>
    <w:rsid w:val="000F4EE2"/>
    <w:rsid w:val="000F572A"/>
    <w:rsid w:val="001048AB"/>
    <w:rsid w:val="001147CC"/>
    <w:rsid w:val="00123661"/>
    <w:rsid w:val="00123FCB"/>
    <w:rsid w:val="00127F72"/>
    <w:rsid w:val="00137414"/>
    <w:rsid w:val="00140CC7"/>
    <w:rsid w:val="00161152"/>
    <w:rsid w:val="001676EB"/>
    <w:rsid w:val="00176DBC"/>
    <w:rsid w:val="001839B2"/>
    <w:rsid w:val="0018752C"/>
    <w:rsid w:val="00190C97"/>
    <w:rsid w:val="00194412"/>
    <w:rsid w:val="001A00D5"/>
    <w:rsid w:val="001A0127"/>
    <w:rsid w:val="001A5766"/>
    <w:rsid w:val="001A7657"/>
    <w:rsid w:val="001C72AB"/>
    <w:rsid w:val="001D48CD"/>
    <w:rsid w:val="001D5AF1"/>
    <w:rsid w:val="001E4F7E"/>
    <w:rsid w:val="001F438D"/>
    <w:rsid w:val="0020042C"/>
    <w:rsid w:val="00207D5D"/>
    <w:rsid w:val="002109A4"/>
    <w:rsid w:val="00212148"/>
    <w:rsid w:val="002128C3"/>
    <w:rsid w:val="00213D39"/>
    <w:rsid w:val="00216535"/>
    <w:rsid w:val="00216DCA"/>
    <w:rsid w:val="00221EA2"/>
    <w:rsid w:val="0022208C"/>
    <w:rsid w:val="00232EF6"/>
    <w:rsid w:val="00236225"/>
    <w:rsid w:val="0025475B"/>
    <w:rsid w:val="00255C67"/>
    <w:rsid w:val="00257FFC"/>
    <w:rsid w:val="00265412"/>
    <w:rsid w:val="0026558F"/>
    <w:rsid w:val="0027477B"/>
    <w:rsid w:val="00282B8B"/>
    <w:rsid w:val="00290C55"/>
    <w:rsid w:val="00292A3B"/>
    <w:rsid w:val="002931F2"/>
    <w:rsid w:val="002A52E8"/>
    <w:rsid w:val="002A75FC"/>
    <w:rsid w:val="002B005A"/>
    <w:rsid w:val="002B0298"/>
    <w:rsid w:val="002B2404"/>
    <w:rsid w:val="002B5C29"/>
    <w:rsid w:val="002C1A2C"/>
    <w:rsid w:val="002D306D"/>
    <w:rsid w:val="002E16FB"/>
    <w:rsid w:val="00312EB3"/>
    <w:rsid w:val="0031678E"/>
    <w:rsid w:val="003333BD"/>
    <w:rsid w:val="00340F7C"/>
    <w:rsid w:val="00370569"/>
    <w:rsid w:val="00370EC0"/>
    <w:rsid w:val="003746EB"/>
    <w:rsid w:val="00384228"/>
    <w:rsid w:val="003B1124"/>
    <w:rsid w:val="003B1D5F"/>
    <w:rsid w:val="003B23E1"/>
    <w:rsid w:val="003B2BD7"/>
    <w:rsid w:val="003C18EB"/>
    <w:rsid w:val="003C4DB8"/>
    <w:rsid w:val="003C54F5"/>
    <w:rsid w:val="003C5793"/>
    <w:rsid w:val="003D04F4"/>
    <w:rsid w:val="003D21BD"/>
    <w:rsid w:val="003E6080"/>
    <w:rsid w:val="00403EF1"/>
    <w:rsid w:val="00420A79"/>
    <w:rsid w:val="004213C9"/>
    <w:rsid w:val="004364B5"/>
    <w:rsid w:val="0044245E"/>
    <w:rsid w:val="0047170D"/>
    <w:rsid w:val="00482367"/>
    <w:rsid w:val="00492F37"/>
    <w:rsid w:val="00494714"/>
    <w:rsid w:val="004A7049"/>
    <w:rsid w:val="004B7846"/>
    <w:rsid w:val="004C35BE"/>
    <w:rsid w:val="004D377F"/>
    <w:rsid w:val="004E1C73"/>
    <w:rsid w:val="004E6290"/>
    <w:rsid w:val="004F0369"/>
    <w:rsid w:val="004F2F53"/>
    <w:rsid w:val="00510882"/>
    <w:rsid w:val="00520545"/>
    <w:rsid w:val="00527A3E"/>
    <w:rsid w:val="0053269E"/>
    <w:rsid w:val="005336FB"/>
    <w:rsid w:val="00537BF8"/>
    <w:rsid w:val="00551528"/>
    <w:rsid w:val="005545CB"/>
    <w:rsid w:val="0056168B"/>
    <w:rsid w:val="00563298"/>
    <w:rsid w:val="005712E0"/>
    <w:rsid w:val="00581701"/>
    <w:rsid w:val="00583823"/>
    <w:rsid w:val="00584995"/>
    <w:rsid w:val="005A1249"/>
    <w:rsid w:val="005A4372"/>
    <w:rsid w:val="005B5E02"/>
    <w:rsid w:val="005C04DE"/>
    <w:rsid w:val="005C281F"/>
    <w:rsid w:val="005D4BEF"/>
    <w:rsid w:val="005E023D"/>
    <w:rsid w:val="005F03D9"/>
    <w:rsid w:val="005F2DB0"/>
    <w:rsid w:val="00614C05"/>
    <w:rsid w:val="00615172"/>
    <w:rsid w:val="00617DE4"/>
    <w:rsid w:val="00621CCB"/>
    <w:rsid w:val="00625F5E"/>
    <w:rsid w:val="00627A4B"/>
    <w:rsid w:val="00642216"/>
    <w:rsid w:val="006432A4"/>
    <w:rsid w:val="006628D3"/>
    <w:rsid w:val="0067457B"/>
    <w:rsid w:val="00676FC4"/>
    <w:rsid w:val="00682AE5"/>
    <w:rsid w:val="0068790E"/>
    <w:rsid w:val="00697F22"/>
    <w:rsid w:val="006A0F49"/>
    <w:rsid w:val="006A42ED"/>
    <w:rsid w:val="006A6269"/>
    <w:rsid w:val="006B628A"/>
    <w:rsid w:val="006C24BE"/>
    <w:rsid w:val="006C3319"/>
    <w:rsid w:val="006C72F8"/>
    <w:rsid w:val="006E4807"/>
    <w:rsid w:val="006E5D20"/>
    <w:rsid w:val="006F6D99"/>
    <w:rsid w:val="00713B16"/>
    <w:rsid w:val="00721DEF"/>
    <w:rsid w:val="007258FA"/>
    <w:rsid w:val="00735E7A"/>
    <w:rsid w:val="00737389"/>
    <w:rsid w:val="00741F67"/>
    <w:rsid w:val="00746E06"/>
    <w:rsid w:val="007522FB"/>
    <w:rsid w:val="00762AC5"/>
    <w:rsid w:val="00771674"/>
    <w:rsid w:val="00786486"/>
    <w:rsid w:val="00793E00"/>
    <w:rsid w:val="007A0599"/>
    <w:rsid w:val="007A367C"/>
    <w:rsid w:val="007A7151"/>
    <w:rsid w:val="007B2C91"/>
    <w:rsid w:val="007C3219"/>
    <w:rsid w:val="007C3618"/>
    <w:rsid w:val="007C79E0"/>
    <w:rsid w:val="007F58DE"/>
    <w:rsid w:val="008007D4"/>
    <w:rsid w:val="00803E7A"/>
    <w:rsid w:val="00803E9F"/>
    <w:rsid w:val="00824054"/>
    <w:rsid w:val="00826611"/>
    <w:rsid w:val="00826751"/>
    <w:rsid w:val="008321F7"/>
    <w:rsid w:val="0083686E"/>
    <w:rsid w:val="00844F74"/>
    <w:rsid w:val="00845CBB"/>
    <w:rsid w:val="00852441"/>
    <w:rsid w:val="008600B1"/>
    <w:rsid w:val="00864D1D"/>
    <w:rsid w:val="00871587"/>
    <w:rsid w:val="00876CF9"/>
    <w:rsid w:val="00883D96"/>
    <w:rsid w:val="00884B16"/>
    <w:rsid w:val="008907EE"/>
    <w:rsid w:val="0089463A"/>
    <w:rsid w:val="0089562B"/>
    <w:rsid w:val="008A09E3"/>
    <w:rsid w:val="008E5A52"/>
    <w:rsid w:val="008F372B"/>
    <w:rsid w:val="009070CD"/>
    <w:rsid w:val="009208F9"/>
    <w:rsid w:val="0092369E"/>
    <w:rsid w:val="00941223"/>
    <w:rsid w:val="00952034"/>
    <w:rsid w:val="00962E19"/>
    <w:rsid w:val="00963F02"/>
    <w:rsid w:val="00977924"/>
    <w:rsid w:val="00983A74"/>
    <w:rsid w:val="009842E7"/>
    <w:rsid w:val="00985FAD"/>
    <w:rsid w:val="0098729C"/>
    <w:rsid w:val="009908C5"/>
    <w:rsid w:val="009A4D23"/>
    <w:rsid w:val="009C29B5"/>
    <w:rsid w:val="009C3DFD"/>
    <w:rsid w:val="009C5CAD"/>
    <w:rsid w:val="009C6EB7"/>
    <w:rsid w:val="009D08A5"/>
    <w:rsid w:val="009E0DD0"/>
    <w:rsid w:val="009E1592"/>
    <w:rsid w:val="009E3DC1"/>
    <w:rsid w:val="00A01ECA"/>
    <w:rsid w:val="00A07D0A"/>
    <w:rsid w:val="00A1401F"/>
    <w:rsid w:val="00A269D8"/>
    <w:rsid w:val="00A33F35"/>
    <w:rsid w:val="00A36131"/>
    <w:rsid w:val="00A4388C"/>
    <w:rsid w:val="00A5273E"/>
    <w:rsid w:val="00A569D1"/>
    <w:rsid w:val="00A61252"/>
    <w:rsid w:val="00A64D44"/>
    <w:rsid w:val="00A70A5E"/>
    <w:rsid w:val="00A74C82"/>
    <w:rsid w:val="00A80660"/>
    <w:rsid w:val="00A81791"/>
    <w:rsid w:val="00A84256"/>
    <w:rsid w:val="00A928C5"/>
    <w:rsid w:val="00A93EA1"/>
    <w:rsid w:val="00A9629D"/>
    <w:rsid w:val="00AA07FD"/>
    <w:rsid w:val="00AC5A74"/>
    <w:rsid w:val="00AD3B47"/>
    <w:rsid w:val="00AD66C3"/>
    <w:rsid w:val="00AD6AC6"/>
    <w:rsid w:val="00AE3BEF"/>
    <w:rsid w:val="00AF401F"/>
    <w:rsid w:val="00AF634A"/>
    <w:rsid w:val="00B03AB5"/>
    <w:rsid w:val="00B06D33"/>
    <w:rsid w:val="00B20364"/>
    <w:rsid w:val="00B2081C"/>
    <w:rsid w:val="00B21DE0"/>
    <w:rsid w:val="00B23E9C"/>
    <w:rsid w:val="00B309CA"/>
    <w:rsid w:val="00B33812"/>
    <w:rsid w:val="00B362EA"/>
    <w:rsid w:val="00B365F3"/>
    <w:rsid w:val="00B429EC"/>
    <w:rsid w:val="00B42AA1"/>
    <w:rsid w:val="00B53CF4"/>
    <w:rsid w:val="00B5502B"/>
    <w:rsid w:val="00B57586"/>
    <w:rsid w:val="00B734EB"/>
    <w:rsid w:val="00B74348"/>
    <w:rsid w:val="00B7677A"/>
    <w:rsid w:val="00B81348"/>
    <w:rsid w:val="00B83D26"/>
    <w:rsid w:val="00B86231"/>
    <w:rsid w:val="00B913F8"/>
    <w:rsid w:val="00B94407"/>
    <w:rsid w:val="00B944C2"/>
    <w:rsid w:val="00B95441"/>
    <w:rsid w:val="00BA2A2E"/>
    <w:rsid w:val="00BA5D2C"/>
    <w:rsid w:val="00BB2B12"/>
    <w:rsid w:val="00BB7A37"/>
    <w:rsid w:val="00BC0C45"/>
    <w:rsid w:val="00BC348F"/>
    <w:rsid w:val="00BC6FC2"/>
    <w:rsid w:val="00BD0A90"/>
    <w:rsid w:val="00BD2E29"/>
    <w:rsid w:val="00BD50FB"/>
    <w:rsid w:val="00BD51C4"/>
    <w:rsid w:val="00BF5D55"/>
    <w:rsid w:val="00C001B0"/>
    <w:rsid w:val="00C23EA7"/>
    <w:rsid w:val="00C23FB9"/>
    <w:rsid w:val="00C2750F"/>
    <w:rsid w:val="00C27898"/>
    <w:rsid w:val="00C41FA8"/>
    <w:rsid w:val="00C46B2F"/>
    <w:rsid w:val="00C54E5A"/>
    <w:rsid w:val="00C71D9D"/>
    <w:rsid w:val="00C92177"/>
    <w:rsid w:val="00C95A5B"/>
    <w:rsid w:val="00CA2BE0"/>
    <w:rsid w:val="00CA5A8D"/>
    <w:rsid w:val="00CB148D"/>
    <w:rsid w:val="00CB2BAF"/>
    <w:rsid w:val="00CB2E1A"/>
    <w:rsid w:val="00CB4A4C"/>
    <w:rsid w:val="00CB5600"/>
    <w:rsid w:val="00CB7424"/>
    <w:rsid w:val="00CC4A3B"/>
    <w:rsid w:val="00CD00CB"/>
    <w:rsid w:val="00CD7678"/>
    <w:rsid w:val="00CE0FF4"/>
    <w:rsid w:val="00CE1823"/>
    <w:rsid w:val="00CE666F"/>
    <w:rsid w:val="00CE6FB0"/>
    <w:rsid w:val="00CF39DD"/>
    <w:rsid w:val="00D00837"/>
    <w:rsid w:val="00D01248"/>
    <w:rsid w:val="00D01465"/>
    <w:rsid w:val="00D02232"/>
    <w:rsid w:val="00D10ABD"/>
    <w:rsid w:val="00D14875"/>
    <w:rsid w:val="00D14EA2"/>
    <w:rsid w:val="00D34A24"/>
    <w:rsid w:val="00D41F48"/>
    <w:rsid w:val="00D55339"/>
    <w:rsid w:val="00D67CEB"/>
    <w:rsid w:val="00D7544D"/>
    <w:rsid w:val="00D81511"/>
    <w:rsid w:val="00D817DF"/>
    <w:rsid w:val="00D81866"/>
    <w:rsid w:val="00D9037C"/>
    <w:rsid w:val="00DA214E"/>
    <w:rsid w:val="00DA5CFE"/>
    <w:rsid w:val="00DA6475"/>
    <w:rsid w:val="00DC3C7E"/>
    <w:rsid w:val="00DD7702"/>
    <w:rsid w:val="00DE4F20"/>
    <w:rsid w:val="00DF7132"/>
    <w:rsid w:val="00E03DCC"/>
    <w:rsid w:val="00E03F91"/>
    <w:rsid w:val="00E15440"/>
    <w:rsid w:val="00E178A4"/>
    <w:rsid w:val="00E2091B"/>
    <w:rsid w:val="00E247EE"/>
    <w:rsid w:val="00E26FDC"/>
    <w:rsid w:val="00E27224"/>
    <w:rsid w:val="00E41466"/>
    <w:rsid w:val="00E41C84"/>
    <w:rsid w:val="00E449BE"/>
    <w:rsid w:val="00E45C13"/>
    <w:rsid w:val="00E53E98"/>
    <w:rsid w:val="00E57DC0"/>
    <w:rsid w:val="00E7204E"/>
    <w:rsid w:val="00E770EC"/>
    <w:rsid w:val="00E80E95"/>
    <w:rsid w:val="00E826EC"/>
    <w:rsid w:val="00E93699"/>
    <w:rsid w:val="00E951A9"/>
    <w:rsid w:val="00EA29D5"/>
    <w:rsid w:val="00EA2B0E"/>
    <w:rsid w:val="00EA4380"/>
    <w:rsid w:val="00EA753F"/>
    <w:rsid w:val="00EB17B2"/>
    <w:rsid w:val="00EB340F"/>
    <w:rsid w:val="00EB5E9C"/>
    <w:rsid w:val="00EC6D1A"/>
    <w:rsid w:val="00ED2B3E"/>
    <w:rsid w:val="00ED46DB"/>
    <w:rsid w:val="00EE0EE8"/>
    <w:rsid w:val="00EF18E6"/>
    <w:rsid w:val="00EF7E7F"/>
    <w:rsid w:val="00F12D56"/>
    <w:rsid w:val="00F130D9"/>
    <w:rsid w:val="00F14F96"/>
    <w:rsid w:val="00F15557"/>
    <w:rsid w:val="00F21A19"/>
    <w:rsid w:val="00F22123"/>
    <w:rsid w:val="00F22705"/>
    <w:rsid w:val="00F24D4B"/>
    <w:rsid w:val="00F30487"/>
    <w:rsid w:val="00F542E2"/>
    <w:rsid w:val="00F553D9"/>
    <w:rsid w:val="00F558E3"/>
    <w:rsid w:val="00F5628C"/>
    <w:rsid w:val="00F5669B"/>
    <w:rsid w:val="00F81CD8"/>
    <w:rsid w:val="00F90449"/>
    <w:rsid w:val="00F94BFB"/>
    <w:rsid w:val="00FA318D"/>
    <w:rsid w:val="00FC1465"/>
    <w:rsid w:val="00FC45CD"/>
    <w:rsid w:val="00FC56BD"/>
    <w:rsid w:val="00FD4DCD"/>
    <w:rsid w:val="00FD7430"/>
    <w:rsid w:val="00FD74AB"/>
    <w:rsid w:val="00FD7F5C"/>
    <w:rsid w:val="00FE32D2"/>
    <w:rsid w:val="00FE6AE6"/>
    <w:rsid w:val="00FF3D65"/>
    <w:rsid w:val="00FF4401"/>
    <w:rsid w:val="00FF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</Pages>
  <Words>508</Words>
  <Characters>2823</Characters>
  <Application>Microsoft Office Word</Application>
  <DocSecurity>0</DocSecurity>
  <Lines>148</Lines>
  <Paragraphs>100</Paragraphs>
  <ScaleCrop>false</ScaleCrop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390</cp:revision>
  <cp:lastPrinted>2026-05-12T18:50:00Z</cp:lastPrinted>
  <dcterms:created xsi:type="dcterms:W3CDTF">2025-12-30T21:28:00Z</dcterms:created>
  <dcterms:modified xsi:type="dcterms:W3CDTF">2026-05-26T16:58:00Z</dcterms:modified>
</cp:coreProperties>
</file>