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8607" w14:textId="44A70893" w:rsidR="00F30487" w:rsidRDefault="00F30487"/>
    <w:p w14:paraId="0A488608" w14:textId="77777777" w:rsidR="00F30487" w:rsidRDefault="008007D4" w:rsidP="00190C97">
      <w:pPr>
        <w:spacing w:after="0" w:line="240" w:lineRule="auto"/>
        <w:rPr>
          <w:b/>
          <w:bCs/>
        </w:rPr>
      </w:pPr>
      <w:r>
        <w:rPr>
          <w:b/>
          <w:bCs/>
        </w:rPr>
        <w:t>Call to Order and Attendance</w:t>
      </w:r>
    </w:p>
    <w:p w14:paraId="0A488609" w14:textId="77777777" w:rsidR="00F30487" w:rsidRDefault="008007D4" w:rsidP="00CA5A8D">
      <w:pPr>
        <w:pStyle w:val="ListBullet"/>
        <w:numPr>
          <w:ilvl w:val="0"/>
          <w:numId w:val="10"/>
        </w:numPr>
      </w:pPr>
      <w:r>
        <w:t>Chairman Rupert Pratt called the meeting to order at 6:00 PM.</w:t>
      </w:r>
    </w:p>
    <w:p w14:paraId="617A382C" w14:textId="77777777" w:rsidR="001676EB" w:rsidRPr="001676EB" w:rsidRDefault="008007D4" w:rsidP="00CA5A8D">
      <w:pPr>
        <w:pStyle w:val="ListBullet"/>
        <w:numPr>
          <w:ilvl w:val="0"/>
          <w:numId w:val="10"/>
        </w:numPr>
        <w:spacing w:after="0" w:line="240" w:lineRule="auto"/>
        <w:rPr>
          <w:b/>
          <w:bCs/>
        </w:rPr>
      </w:pPr>
      <w:r w:rsidRPr="001676EB">
        <w:t xml:space="preserve">Select Board members present: Rupert Pratt, </w:t>
      </w:r>
      <w:r w:rsidR="001676EB" w:rsidRPr="001676EB">
        <w:t xml:space="preserve">Andrew Bracy, </w:t>
      </w:r>
      <w:r w:rsidRPr="001676EB">
        <w:t>James Burrill</w:t>
      </w:r>
      <w:r w:rsidR="00845CBB">
        <w:t xml:space="preserve">, </w:t>
      </w:r>
      <w:r w:rsidR="00D01465">
        <w:t xml:space="preserve">Joel Doyon, </w:t>
      </w:r>
      <w:r w:rsidR="00852441" w:rsidRPr="001676EB">
        <w:t>Marcel Lecours</w:t>
      </w:r>
      <w:r w:rsidRPr="001676EB">
        <w:t xml:space="preserve">. </w:t>
      </w:r>
    </w:p>
    <w:p w14:paraId="3FC7740F" w14:textId="77777777" w:rsidR="002128C3" w:rsidRDefault="002128C3" w:rsidP="001676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A48860B" w14:textId="16A129A6" w:rsidR="00F30487" w:rsidRPr="001676EB" w:rsidRDefault="008007D4" w:rsidP="001676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 w:rsidRPr="001676EB">
        <w:rPr>
          <w:b/>
          <w:bCs/>
        </w:rPr>
        <w:t>Approval of Minutes</w:t>
      </w:r>
    </w:p>
    <w:p w14:paraId="0A48860C" w14:textId="37C54BA1" w:rsidR="00F30487" w:rsidRDefault="008007D4" w:rsidP="008907E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8907EE">
        <w:rPr>
          <w:color w:val="000000"/>
        </w:rPr>
        <w:t xml:space="preserve">Motion by </w:t>
      </w:r>
      <w:r w:rsidR="00BA0B1E">
        <w:rPr>
          <w:color w:val="000000"/>
        </w:rPr>
        <w:t>Joel Doyon</w:t>
      </w:r>
      <w:r w:rsidRPr="008907EE">
        <w:rPr>
          <w:color w:val="000000"/>
        </w:rPr>
        <w:t xml:space="preserve"> to approve the </w:t>
      </w:r>
      <w:r w:rsidR="00677617">
        <w:rPr>
          <w:color w:val="000000"/>
        </w:rPr>
        <w:t>May</w:t>
      </w:r>
      <w:r w:rsidR="00E15440" w:rsidRPr="008907EE">
        <w:rPr>
          <w:color w:val="000000"/>
        </w:rPr>
        <w:t xml:space="preserve"> </w:t>
      </w:r>
      <w:r w:rsidR="00677617">
        <w:rPr>
          <w:color w:val="000000"/>
        </w:rPr>
        <w:t>12</w:t>
      </w:r>
      <w:r w:rsidR="00E15440" w:rsidRPr="008907EE">
        <w:rPr>
          <w:color w:val="000000"/>
        </w:rPr>
        <w:t xml:space="preserve">, </w:t>
      </w:r>
      <w:r w:rsidRPr="008907EE">
        <w:rPr>
          <w:color w:val="000000"/>
        </w:rPr>
        <w:t>2026 Select Board Meeting</w:t>
      </w:r>
      <w:r w:rsidR="0098729C" w:rsidRPr="008907EE">
        <w:rPr>
          <w:color w:val="000000"/>
        </w:rPr>
        <w:t xml:space="preserve"> Minutes</w:t>
      </w:r>
      <w:r w:rsidRPr="008907EE">
        <w:rPr>
          <w:color w:val="000000"/>
        </w:rPr>
        <w:t xml:space="preserve">. Seconded </w:t>
      </w:r>
      <w:r w:rsidR="00F558E3" w:rsidRPr="008907EE">
        <w:rPr>
          <w:color w:val="000000"/>
        </w:rPr>
        <w:t xml:space="preserve">by </w:t>
      </w:r>
      <w:r w:rsidR="007748FE">
        <w:rPr>
          <w:color w:val="000000"/>
        </w:rPr>
        <w:t>Marcel Lecours</w:t>
      </w:r>
      <w:r w:rsidRPr="008907EE">
        <w:rPr>
          <w:color w:val="000000"/>
        </w:rPr>
        <w:t xml:space="preserve">. </w:t>
      </w:r>
      <w:r w:rsidR="00216535" w:rsidRPr="008907EE">
        <w:rPr>
          <w:color w:val="000000"/>
        </w:rPr>
        <w:t>Motion</w:t>
      </w:r>
      <w:r w:rsidR="00E80E95" w:rsidRPr="008907EE">
        <w:rPr>
          <w:color w:val="000000"/>
        </w:rPr>
        <w:t xml:space="preserve"> carried</w:t>
      </w:r>
      <w:r w:rsidRPr="008907EE">
        <w:rPr>
          <w:color w:val="000000"/>
        </w:rPr>
        <w:t>.</w:t>
      </w:r>
    </w:p>
    <w:p w14:paraId="0A48860D" w14:textId="77777777" w:rsidR="00F30487" w:rsidRDefault="008007D4" w:rsidP="00190C97">
      <w:pPr>
        <w:spacing w:after="0" w:line="240" w:lineRule="auto"/>
        <w:rPr>
          <w:b/>
          <w:bCs/>
        </w:rPr>
      </w:pPr>
      <w:r>
        <w:rPr>
          <w:b/>
          <w:bCs/>
        </w:rPr>
        <w:t>Treasurer’s Warrant</w:t>
      </w:r>
    </w:p>
    <w:p w14:paraId="0A48860E" w14:textId="6FA7E288" w:rsidR="00F30487" w:rsidRDefault="008007D4" w:rsidP="008907E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8907EE">
        <w:rPr>
          <w:color w:val="000000"/>
        </w:rPr>
        <w:t xml:space="preserve">Motion by </w:t>
      </w:r>
      <w:r w:rsidR="00CD789C">
        <w:rPr>
          <w:color w:val="000000"/>
        </w:rPr>
        <w:t>James Burrill</w:t>
      </w:r>
      <w:r w:rsidRPr="008907EE">
        <w:rPr>
          <w:color w:val="000000"/>
        </w:rPr>
        <w:t xml:space="preserve"> to approve the Treasurer’s Warrant for the week of </w:t>
      </w:r>
      <w:r w:rsidR="00977924">
        <w:rPr>
          <w:color w:val="000000"/>
        </w:rPr>
        <w:t>May</w:t>
      </w:r>
      <w:r w:rsidR="00CB2E1A" w:rsidRPr="008907EE">
        <w:rPr>
          <w:color w:val="000000"/>
        </w:rPr>
        <w:t xml:space="preserve"> </w:t>
      </w:r>
      <w:r w:rsidR="00FE104A">
        <w:rPr>
          <w:color w:val="000000"/>
        </w:rPr>
        <w:t>28</w:t>
      </w:r>
      <w:r w:rsidRPr="008907EE">
        <w:rPr>
          <w:color w:val="000000"/>
        </w:rPr>
        <w:t>, 2026 in the amount of $</w:t>
      </w:r>
      <w:r w:rsidR="00FE104A">
        <w:rPr>
          <w:color w:val="000000"/>
        </w:rPr>
        <w:t>15,</w:t>
      </w:r>
      <w:r w:rsidR="00FF0446">
        <w:rPr>
          <w:color w:val="000000"/>
        </w:rPr>
        <w:t>629.34</w:t>
      </w:r>
      <w:r w:rsidRPr="008907EE">
        <w:rPr>
          <w:color w:val="000000"/>
        </w:rPr>
        <w:t xml:space="preserve">. Seconded by </w:t>
      </w:r>
      <w:r w:rsidR="00FF0446">
        <w:rPr>
          <w:color w:val="000000"/>
        </w:rPr>
        <w:t>Joel Doyon</w:t>
      </w:r>
      <w:r w:rsidRPr="008907EE">
        <w:rPr>
          <w:color w:val="000000"/>
        </w:rPr>
        <w:t>. Motion carried.</w:t>
      </w:r>
    </w:p>
    <w:p w14:paraId="363F35AA" w14:textId="7C783119" w:rsidR="00420A79" w:rsidRDefault="00420A79" w:rsidP="004D377F">
      <w:pPr>
        <w:spacing w:after="0" w:line="240" w:lineRule="auto"/>
        <w:rPr>
          <w:b/>
          <w:bCs/>
        </w:rPr>
      </w:pPr>
      <w:bookmarkStart w:id="0" w:name="_heading=h.ymmlanfucwx7" w:colFirst="0" w:colLast="0"/>
      <w:bookmarkEnd w:id="0"/>
      <w:r>
        <w:rPr>
          <w:b/>
          <w:bCs/>
        </w:rPr>
        <w:t>New Business</w:t>
      </w:r>
    </w:p>
    <w:p w14:paraId="07270009" w14:textId="538FB319" w:rsidR="005C281F" w:rsidRPr="00562E63" w:rsidRDefault="00283579" w:rsidP="00420A79">
      <w:pPr>
        <w:pStyle w:val="ListParagraph"/>
        <w:numPr>
          <w:ilvl w:val="0"/>
          <w:numId w:val="8"/>
        </w:numPr>
        <w:spacing w:line="240" w:lineRule="auto"/>
        <w:rPr>
          <w:b/>
          <w:bCs/>
        </w:rPr>
      </w:pPr>
      <w:r>
        <w:t xml:space="preserve">Motion by Andrew Bracy to approve the $2,862.50 </w:t>
      </w:r>
      <w:r w:rsidR="00742C76">
        <w:t xml:space="preserve">quote from Harris Local Gov’t </w:t>
      </w:r>
      <w:r w:rsidR="00F716E3">
        <w:t xml:space="preserve">for the TRIO WinSketch module. Seconded </w:t>
      </w:r>
      <w:r w:rsidR="00562E63">
        <w:t>by Joel Doyon. Motion carried.</w:t>
      </w:r>
    </w:p>
    <w:p w14:paraId="29909214" w14:textId="33A7BA11" w:rsidR="00562E63" w:rsidRPr="00384228" w:rsidRDefault="003017B0" w:rsidP="00420A79">
      <w:pPr>
        <w:pStyle w:val="ListParagraph"/>
        <w:numPr>
          <w:ilvl w:val="0"/>
          <w:numId w:val="8"/>
        </w:numPr>
        <w:spacing w:line="240" w:lineRule="auto"/>
        <w:rPr>
          <w:b/>
          <w:bCs/>
        </w:rPr>
      </w:pPr>
      <w:r>
        <w:t>Nominations for the Spirit of America Foundation Tribute for outstanding community service</w:t>
      </w:r>
      <w:r w:rsidR="00C40995">
        <w:t xml:space="preserve"> are due the end of June. Rupert Pratt nominated Lynn Hall. The board will make a decision at the </w:t>
      </w:r>
      <w:r w:rsidR="007466DA">
        <w:t>June 9</w:t>
      </w:r>
      <w:r w:rsidR="00C40995">
        <w:t xml:space="preserve"> meeting.</w:t>
      </w:r>
    </w:p>
    <w:p w14:paraId="0A488611" w14:textId="7C3271A8" w:rsidR="00F30487" w:rsidRDefault="008007D4" w:rsidP="004D377F">
      <w:pPr>
        <w:spacing w:after="0" w:line="240" w:lineRule="auto"/>
        <w:rPr>
          <w:b/>
          <w:bCs/>
        </w:rPr>
      </w:pPr>
      <w:r>
        <w:rPr>
          <w:b/>
          <w:bCs/>
        </w:rPr>
        <w:t>Ongoing Business</w:t>
      </w:r>
    </w:p>
    <w:p w14:paraId="5B5E64A8" w14:textId="4AD3311D" w:rsidR="00212148" w:rsidRDefault="008007D4" w:rsidP="00682AE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A42ED">
        <w:rPr>
          <w:b/>
          <w:bCs/>
          <w:color w:val="000000"/>
        </w:rPr>
        <w:t>MSAD 58 withdrawal committee update</w:t>
      </w:r>
      <w:r w:rsidRPr="006A42ED">
        <w:rPr>
          <w:color w:val="000000"/>
        </w:rPr>
        <w:t xml:space="preserve"> –</w:t>
      </w:r>
      <w:r w:rsidR="00F74A27">
        <w:rPr>
          <w:color w:val="000000"/>
        </w:rPr>
        <w:t xml:space="preserve"> </w:t>
      </w:r>
      <w:r w:rsidR="007225EE">
        <w:rPr>
          <w:color w:val="000000"/>
        </w:rPr>
        <w:t xml:space="preserve">negotiations are progressing well; MSAD58 is now offering </w:t>
      </w:r>
      <w:r w:rsidR="00775A61">
        <w:rPr>
          <w:color w:val="000000"/>
        </w:rPr>
        <w:t>to give back the Strong school</w:t>
      </w:r>
      <w:r w:rsidR="0074735B">
        <w:rPr>
          <w:color w:val="000000"/>
        </w:rPr>
        <w:t>.</w:t>
      </w:r>
      <w:r w:rsidR="005B3BC1">
        <w:rPr>
          <w:color w:val="000000"/>
        </w:rPr>
        <w:t xml:space="preserve"> The next meeting will tentatively happen </w:t>
      </w:r>
      <w:r w:rsidR="002D0F35">
        <w:rPr>
          <w:color w:val="000000"/>
        </w:rPr>
        <w:t>after the school board meets again in June.</w:t>
      </w:r>
    </w:p>
    <w:p w14:paraId="66EED006" w14:textId="0D93C860" w:rsidR="009C6EB7" w:rsidRPr="00682AE5" w:rsidRDefault="009C6EB7" w:rsidP="00682AE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AVCOG grant </w:t>
      </w:r>
      <w:r w:rsidR="00065787">
        <w:rPr>
          <w:color w:val="000000"/>
        </w:rPr>
        <w:t>–</w:t>
      </w:r>
      <w:r w:rsidR="008A09E3">
        <w:rPr>
          <w:color w:val="000000"/>
        </w:rPr>
        <w:t xml:space="preserve"> </w:t>
      </w:r>
      <w:r w:rsidR="00056F11">
        <w:rPr>
          <w:color w:val="000000"/>
        </w:rPr>
        <w:t xml:space="preserve">Strong is officially re-enrolled. The deadline to submit </w:t>
      </w:r>
      <w:r w:rsidR="00B60EBB">
        <w:rPr>
          <w:color w:val="000000"/>
        </w:rPr>
        <w:t xml:space="preserve">is June 5. </w:t>
      </w:r>
      <w:r w:rsidR="008A09E3">
        <w:rPr>
          <w:color w:val="000000"/>
        </w:rPr>
        <w:t>Joel Doyon</w:t>
      </w:r>
      <w:r w:rsidR="00B60EBB">
        <w:rPr>
          <w:color w:val="000000"/>
        </w:rPr>
        <w:t xml:space="preserve"> recommend </w:t>
      </w:r>
      <w:r w:rsidR="0031575B">
        <w:rPr>
          <w:color w:val="000000"/>
        </w:rPr>
        <w:t>heat pumps &amp; electrical upgrades at the fire station for the first round</w:t>
      </w:r>
      <w:r w:rsidR="006923C0">
        <w:rPr>
          <w:color w:val="000000"/>
        </w:rPr>
        <w:t>, then possibly solar &amp; electric car fire training or fixing the staircase at the Lance Paul Park</w:t>
      </w:r>
      <w:r w:rsidR="00741F67">
        <w:rPr>
          <w:color w:val="000000"/>
        </w:rPr>
        <w:t xml:space="preserve">. </w:t>
      </w:r>
    </w:p>
    <w:p w14:paraId="143E0B74" w14:textId="17CF83EF" w:rsidR="00FF4401" w:rsidRDefault="008007D4" w:rsidP="004D377F">
      <w:pPr>
        <w:spacing w:after="0" w:line="240" w:lineRule="auto"/>
      </w:pPr>
      <w:r>
        <w:rPr>
          <w:b/>
          <w:bCs/>
        </w:rPr>
        <w:t>Public Comment</w:t>
      </w:r>
    </w:p>
    <w:p w14:paraId="3ED80897" w14:textId="12D8A1EF" w:rsidR="003A0810" w:rsidRDefault="005F2DB0" w:rsidP="00AB018C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John </w:t>
      </w:r>
      <w:r w:rsidR="003A0810">
        <w:t xml:space="preserve">Worthley commended </w:t>
      </w:r>
      <w:r w:rsidR="00C73281">
        <w:t>the select board’s</w:t>
      </w:r>
      <w:r w:rsidR="00AB018C">
        <w:t xml:space="preserve"> research and</w:t>
      </w:r>
      <w:r w:rsidR="00C73281">
        <w:t xml:space="preserve"> </w:t>
      </w:r>
      <w:r w:rsidR="00AB018C">
        <w:t>input</w:t>
      </w:r>
      <w:r w:rsidR="00C73281">
        <w:t xml:space="preserve"> at the MSAD58 budget hearing</w:t>
      </w:r>
      <w:r w:rsidR="00AB018C">
        <w:t xml:space="preserve"> and vote.</w:t>
      </w:r>
    </w:p>
    <w:p w14:paraId="47914735" w14:textId="269439A6" w:rsidR="009E1592" w:rsidRDefault="008007D4" w:rsidP="003A0810">
      <w:pPr>
        <w:spacing w:after="280" w:line="240" w:lineRule="auto"/>
      </w:pPr>
      <w:r w:rsidRPr="003A0810">
        <w:rPr>
          <w:b/>
          <w:bCs/>
        </w:rPr>
        <w:t>Treasurer’s Report –</w:t>
      </w:r>
      <w:r w:rsidR="00952034" w:rsidRPr="003A0810">
        <w:rPr>
          <w:b/>
          <w:bCs/>
        </w:rPr>
        <w:t xml:space="preserve"> </w:t>
      </w:r>
      <w:r w:rsidR="00AB018C">
        <w:t>none</w:t>
      </w:r>
      <w:r w:rsidR="009D08A5">
        <w:t>.</w:t>
      </w:r>
    </w:p>
    <w:p w14:paraId="0A48861A" w14:textId="23EB4B99" w:rsidR="00F30487" w:rsidRDefault="009E1592">
      <w:pPr>
        <w:spacing w:after="280" w:line="240" w:lineRule="auto"/>
      </w:pPr>
      <w:r w:rsidRPr="009E1592">
        <w:rPr>
          <w:b/>
          <w:bCs/>
        </w:rPr>
        <w:t>Clerk’s</w:t>
      </w:r>
      <w:r w:rsidR="008007D4">
        <w:rPr>
          <w:b/>
          <w:bCs/>
        </w:rPr>
        <w:t xml:space="preserve"> Report </w:t>
      </w:r>
      <w:r w:rsidR="00746E06">
        <w:t xml:space="preserve">– </w:t>
      </w:r>
      <w:r w:rsidR="000F39F8">
        <w:t>Preparations are underway for</w:t>
      </w:r>
      <w:r w:rsidR="000D5E25">
        <w:t xml:space="preserve"> the June 9 primary.</w:t>
      </w:r>
      <w:r w:rsidR="000F39F8">
        <w:t xml:space="preserve"> A number of absentee ballots have come in.</w:t>
      </w:r>
    </w:p>
    <w:p w14:paraId="03673D95" w14:textId="52613E97" w:rsidR="00FD7AFB" w:rsidRDefault="008007D4" w:rsidP="00D03F2A">
      <w:pPr>
        <w:spacing w:line="240" w:lineRule="auto"/>
      </w:pPr>
      <w:r>
        <w:rPr>
          <w:b/>
          <w:bCs/>
        </w:rPr>
        <w:t>Public Works &amp; Fire Department Report</w:t>
      </w:r>
      <w:r>
        <w:t xml:space="preserve"> – </w:t>
      </w:r>
      <w:r w:rsidR="00D24F2C">
        <w:t xml:space="preserve">Duayne Boyd </w:t>
      </w:r>
      <w:r w:rsidR="002F5EC8">
        <w:t xml:space="preserve">reported </w:t>
      </w:r>
      <w:r w:rsidR="0015307A">
        <w:t xml:space="preserve">the roadside mower and excavator lease </w:t>
      </w:r>
      <w:r w:rsidR="008C6DFB">
        <w:t>is</w:t>
      </w:r>
      <w:r w:rsidR="000A2E57">
        <w:t xml:space="preserve"> the same price as last year</w:t>
      </w:r>
      <w:r w:rsidR="007C3618">
        <w:t>.</w:t>
      </w:r>
      <w:r w:rsidR="000A2E57">
        <w:t xml:space="preserve"> </w:t>
      </w:r>
      <w:r w:rsidR="00B46CCF">
        <w:t>The mower will be used for Church Hill, W. Freeman Road and Streeter Road while the excavator will be used to ditch Church Hill and Streeter Road culverts.</w:t>
      </w:r>
      <w:r w:rsidR="00FD7AFB">
        <w:t xml:space="preserve"> The board discussed the pros and cons of leasing versus buying. Motion by Joel Doyon to approve the</w:t>
      </w:r>
      <w:r w:rsidR="00ED0686">
        <w:t xml:space="preserve"> roadside mower and excavator rentals at $10,400. Seconded by James Burrill. Motion carried.</w:t>
      </w:r>
    </w:p>
    <w:p w14:paraId="7028BAED" w14:textId="49CE995E" w:rsidR="00E9200E" w:rsidRDefault="00387A38" w:rsidP="00D03F2A">
      <w:pPr>
        <w:spacing w:after="0" w:line="240" w:lineRule="auto"/>
      </w:pPr>
      <w:r>
        <w:t xml:space="preserve">Duayne </w:t>
      </w:r>
      <w:r w:rsidR="00670E28">
        <w:t xml:space="preserve">then </w:t>
      </w:r>
      <w:r>
        <w:t xml:space="preserve">presented a </w:t>
      </w:r>
      <w:r w:rsidR="00661F5B">
        <w:t xml:space="preserve">$132,765.60 </w:t>
      </w:r>
      <w:r>
        <w:t xml:space="preserve">quote from Pike Industries </w:t>
      </w:r>
      <w:r w:rsidR="00661F5B">
        <w:t xml:space="preserve">for hot top on </w:t>
      </w:r>
      <w:r w:rsidR="003840C3">
        <w:t>Church Hill, High St., Birch Lane, Shady Lane, shim and surface. A second quote from Fine Line Paving came in at $</w:t>
      </w:r>
      <w:r w:rsidR="00A77F79">
        <w:t xml:space="preserve">137,000. </w:t>
      </w:r>
      <w:r w:rsidR="00491B88">
        <w:t xml:space="preserve">He asked how much money is currently in the Tarvia account, and Rupert Pratt said ~$150,000. </w:t>
      </w:r>
      <w:r w:rsidR="00A77F79">
        <w:t xml:space="preserve">Motion by Joel Doyon to accept the $132,765.60 bid from Pike Industries. </w:t>
      </w:r>
      <w:r w:rsidR="00636B1D">
        <w:t>Seconded by Andrew Bracy. Motion carried. Board Chair Rupert Pratt signed</w:t>
      </w:r>
      <w:r w:rsidR="004364A6">
        <w:t xml:space="preserve"> the </w:t>
      </w:r>
      <w:r w:rsidR="000C64AB">
        <w:t>lease</w:t>
      </w:r>
      <w:r w:rsidR="00636B1D">
        <w:t>.</w:t>
      </w:r>
    </w:p>
    <w:p w14:paraId="24C1CF1A" w14:textId="5C30DB23" w:rsidR="00495131" w:rsidRDefault="00FC41C2" w:rsidP="007C196E">
      <w:pPr>
        <w:spacing w:before="240" w:after="0" w:line="240" w:lineRule="auto"/>
      </w:pPr>
      <w:r>
        <w:t>Duayne</w:t>
      </w:r>
      <w:r w:rsidR="004570A5">
        <w:t xml:space="preserve"> received FEMA paperwork </w:t>
      </w:r>
      <w:r w:rsidR="009D4BF9">
        <w:t>re:</w:t>
      </w:r>
      <w:r w:rsidR="004570A5">
        <w:t xml:space="preserve"> a signature that we received a $4,000 check</w:t>
      </w:r>
      <w:r w:rsidR="009D4BF9">
        <w:t xml:space="preserve"> for 2023 storm repair</w:t>
      </w:r>
      <w:r w:rsidR="00E90DFF">
        <w:t xml:space="preserve"> and will confirm with the town treasurer.</w:t>
      </w:r>
      <w:r w:rsidR="004570A5">
        <w:t xml:space="preserve"> </w:t>
      </w:r>
      <w:r w:rsidR="00495131">
        <w:t xml:space="preserve">The select board also received an anonymous letter re: damage </w:t>
      </w:r>
      <w:r w:rsidR="00A65BAD">
        <w:t xml:space="preserve">to the new hot top </w:t>
      </w:r>
      <w:r w:rsidR="00495131">
        <w:t>on the Spaulding Road</w:t>
      </w:r>
      <w:r w:rsidR="00A65BAD">
        <w:t>. Rupert Pratt to address it.</w:t>
      </w:r>
    </w:p>
    <w:p w14:paraId="0841FAFD" w14:textId="77777777" w:rsidR="003B1124" w:rsidRDefault="003B1124">
      <w:pPr>
        <w:spacing w:after="280" w:line="240" w:lineRule="auto"/>
      </w:pPr>
    </w:p>
    <w:p w14:paraId="56BD953E" w14:textId="77777777" w:rsidR="00E10F75" w:rsidRDefault="00E10F75">
      <w:pPr>
        <w:spacing w:after="280" w:line="240" w:lineRule="auto"/>
      </w:pPr>
    </w:p>
    <w:p w14:paraId="775BDDD6" w14:textId="77777777" w:rsidR="00E10F75" w:rsidRDefault="00E10F75">
      <w:pPr>
        <w:spacing w:after="280" w:line="240" w:lineRule="auto"/>
      </w:pPr>
    </w:p>
    <w:p w14:paraId="64F80CC0" w14:textId="450BC65F" w:rsidR="00D7544D" w:rsidRDefault="008007D4" w:rsidP="007C3618">
      <w:pPr>
        <w:spacing w:after="280" w:line="240" w:lineRule="auto"/>
      </w:pPr>
      <w:r>
        <w:rPr>
          <w:b/>
          <w:bCs/>
        </w:rPr>
        <w:t>Select Board Reports –</w:t>
      </w:r>
      <w:r w:rsidR="00786486">
        <w:t xml:space="preserve"> </w:t>
      </w:r>
      <w:r w:rsidR="004F0369">
        <w:t xml:space="preserve">James Burrill said the events committee is meeting May </w:t>
      </w:r>
      <w:r w:rsidR="00E10F75">
        <w:t>27</w:t>
      </w:r>
      <w:r w:rsidR="004F0369">
        <w:t xml:space="preserve"> at 6pm</w:t>
      </w:r>
      <w:r w:rsidR="00B83D26">
        <w:t>.</w:t>
      </w:r>
      <w:r w:rsidR="004F0369">
        <w:t xml:space="preserve"> Andrew Bracy reported </w:t>
      </w:r>
      <w:r w:rsidR="00E00F8E">
        <w:t>there was an anonymous complaint about excess vehicles at 41 River St</w:t>
      </w:r>
      <w:r w:rsidR="003B1124">
        <w:t>.</w:t>
      </w:r>
      <w:r w:rsidR="008B4F57">
        <w:t xml:space="preserve"> The CEO will investigate.</w:t>
      </w:r>
    </w:p>
    <w:p w14:paraId="0A48861D" w14:textId="77777777" w:rsidR="00F30487" w:rsidRDefault="008007D4" w:rsidP="000D4F21">
      <w:pPr>
        <w:spacing w:after="0" w:line="240" w:lineRule="auto"/>
      </w:pPr>
      <w:r>
        <w:rPr>
          <w:b/>
          <w:bCs/>
        </w:rPr>
        <w:t xml:space="preserve">Adjournment </w:t>
      </w:r>
    </w:p>
    <w:p w14:paraId="0A48861E" w14:textId="0EC78E1C" w:rsidR="00F30487" w:rsidRDefault="008007D4">
      <w:pPr>
        <w:spacing w:line="240" w:lineRule="auto"/>
      </w:pPr>
      <w:r>
        <w:t xml:space="preserve">Motion to adjourn by </w:t>
      </w:r>
      <w:r w:rsidR="008B4F57">
        <w:t>Joel Doyon</w:t>
      </w:r>
      <w:r>
        <w:t xml:space="preserve">. Seconded by </w:t>
      </w:r>
      <w:r w:rsidR="008B4F57">
        <w:t>James Burrill</w:t>
      </w:r>
      <w:r>
        <w:t xml:space="preserve">. Motion carried. Meeting adjourned at </w:t>
      </w:r>
      <w:r w:rsidR="003B1124">
        <w:t>6:</w:t>
      </w:r>
      <w:r w:rsidR="008B4F57">
        <w:t>44</w:t>
      </w:r>
      <w:r w:rsidR="003B1124">
        <w:t>pm</w:t>
      </w:r>
      <w:r>
        <w:t xml:space="preserve">. Next meeting: Tuesday, </w:t>
      </w:r>
      <w:r w:rsidR="008B4F57">
        <w:t>June</w:t>
      </w:r>
      <w:r>
        <w:t xml:space="preserve"> </w:t>
      </w:r>
      <w:r w:rsidR="008B4F57">
        <w:t>9</w:t>
      </w:r>
      <w:r>
        <w:t>, 2026 at 6pm.</w:t>
      </w:r>
    </w:p>
    <w:p w14:paraId="0A48861F" w14:textId="77777777" w:rsidR="00F30487" w:rsidRDefault="008007D4">
      <w:r>
        <w:t>Respectfully submitted,</w:t>
      </w:r>
      <w:r>
        <w:br/>
        <w:t>Amanda Coolong, town clerk</w:t>
      </w:r>
    </w:p>
    <w:sectPr w:rsidR="00F3048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816AA" w14:textId="77777777" w:rsidR="001A5490" w:rsidRDefault="001A5490">
      <w:pPr>
        <w:spacing w:after="0" w:line="240" w:lineRule="auto"/>
      </w:pPr>
      <w:r>
        <w:separator/>
      </w:r>
    </w:p>
  </w:endnote>
  <w:endnote w:type="continuationSeparator" w:id="0">
    <w:p w14:paraId="3E6CDF86" w14:textId="77777777" w:rsidR="001A5490" w:rsidRDefault="001A5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D23DFA1-A915-4A18-83F8-C058279864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524C9BD-98F7-4400-88EC-ACC93D7097BE}"/>
    <w:embedBold r:id="rId3" w:fontKey="{3C6F69C4-49D7-4418-BD4A-46C837216A18}"/>
    <w:embedItalic r:id="rId4" w:fontKey="{4B263591-EC48-4EF4-BD53-8E384410F340}"/>
    <w:embedBoldItalic r:id="rId5" w:fontKey="{72F0381A-6409-4491-92F1-997D07B30C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3F171362-5849-44C5-90D3-DBBBF105E64E}"/>
    <w:embedBold r:id="rId7" w:fontKey="{6272358F-0100-4996-B1C5-0078A81BCF0D}"/>
    <w:embedItalic r:id="rId8" w:fontKey="{8518B389-3B25-4028-ACC7-9A6D134ED901}"/>
    <w:embedBoldItalic r:id="rId9" w:fontKey="{42FC3646-8707-44CD-9830-39E0F45E5B45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5A8FC" w14:textId="77777777" w:rsidR="001A5490" w:rsidRDefault="001A5490">
      <w:pPr>
        <w:spacing w:after="0" w:line="240" w:lineRule="auto"/>
      </w:pPr>
      <w:r>
        <w:separator/>
      </w:r>
    </w:p>
  </w:footnote>
  <w:footnote w:type="continuationSeparator" w:id="0">
    <w:p w14:paraId="315BA940" w14:textId="77777777" w:rsidR="001A5490" w:rsidRDefault="001A5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8620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Strong Select Board Meeting Minutes</w:t>
    </w:r>
  </w:p>
  <w:p w14:paraId="0A488621" w14:textId="56766C34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Tuesday, </w:t>
    </w:r>
    <w:r w:rsidR="001676EB">
      <w:rPr>
        <w:b/>
        <w:bCs/>
      </w:rPr>
      <w:t>May</w:t>
    </w:r>
    <w:r>
      <w:rPr>
        <w:b/>
        <w:bCs/>
        <w:color w:val="000000"/>
      </w:rPr>
      <w:t xml:space="preserve"> </w:t>
    </w:r>
    <w:r w:rsidR="00A14FD1">
      <w:rPr>
        <w:b/>
        <w:bCs/>
      </w:rPr>
      <w:t>26</w:t>
    </w:r>
    <w:r>
      <w:rPr>
        <w:b/>
        <w:bCs/>
        <w:color w:val="000000"/>
      </w:rPr>
      <w:t>, 2026 at 6PM</w:t>
    </w:r>
  </w:p>
  <w:p w14:paraId="0A488622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Forster Memorial Building, 14 S. Main 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A11B9"/>
    <w:multiLevelType w:val="multilevel"/>
    <w:tmpl w:val="90E4F27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4F5D44"/>
    <w:multiLevelType w:val="hybridMultilevel"/>
    <w:tmpl w:val="6ED2052A"/>
    <w:lvl w:ilvl="0" w:tplc="6CE630EA">
      <w:numFmt w:val="bullet"/>
      <w:lvlText w:val=""/>
      <w:lvlJc w:val="left"/>
      <w:pPr>
        <w:ind w:left="360" w:hanging="360"/>
      </w:pPr>
      <w:rPr>
        <w:rFonts w:ascii="Symbol" w:eastAsia="Cambria" w:hAnsi="Symbol" w:cs="Cambri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F2211A"/>
    <w:multiLevelType w:val="hybridMultilevel"/>
    <w:tmpl w:val="31A00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624AED"/>
    <w:multiLevelType w:val="multilevel"/>
    <w:tmpl w:val="A66AE0C2"/>
    <w:lvl w:ilvl="0">
      <w:numFmt w:val="bullet"/>
      <w:lvlText w:val=""/>
      <w:lvlJc w:val="left"/>
      <w:pPr>
        <w:ind w:left="360" w:hanging="360"/>
      </w:pPr>
      <w:rPr>
        <w:rFonts w:ascii="Symbol" w:eastAsia="Cambria" w:hAnsi="Symbol" w:cs="Cambria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3655F0"/>
    <w:multiLevelType w:val="multilevel"/>
    <w:tmpl w:val="56823956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F550BC"/>
    <w:multiLevelType w:val="multilevel"/>
    <w:tmpl w:val="14767BB4"/>
    <w:lvl w:ilvl="0">
      <w:start w:val="1"/>
      <w:numFmt w:val="bullet"/>
      <w:pStyle w:val="ListBullet3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155850"/>
    <w:multiLevelType w:val="multilevel"/>
    <w:tmpl w:val="713C9E9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C57583B"/>
    <w:multiLevelType w:val="hybridMultilevel"/>
    <w:tmpl w:val="2BA47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6608317">
    <w:abstractNumId w:val="0"/>
  </w:num>
  <w:num w:numId="2" w16cid:durableId="1839610219">
    <w:abstractNumId w:val="4"/>
  </w:num>
  <w:num w:numId="3" w16cid:durableId="175267982">
    <w:abstractNumId w:val="5"/>
  </w:num>
  <w:num w:numId="4" w16cid:durableId="1957180373">
    <w:abstractNumId w:val="6"/>
  </w:num>
  <w:num w:numId="5" w16cid:durableId="7102991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32524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304977">
    <w:abstractNumId w:val="2"/>
  </w:num>
  <w:num w:numId="8" w16cid:durableId="1149983279">
    <w:abstractNumId w:val="7"/>
  </w:num>
  <w:num w:numId="9" w16cid:durableId="1566144721">
    <w:abstractNumId w:val="1"/>
  </w:num>
  <w:num w:numId="10" w16cid:durableId="886914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87"/>
    <w:rsid w:val="000008D1"/>
    <w:rsid w:val="000105FA"/>
    <w:rsid w:val="0001426C"/>
    <w:rsid w:val="00015D7C"/>
    <w:rsid w:val="00017A3C"/>
    <w:rsid w:val="000253EB"/>
    <w:rsid w:val="00030122"/>
    <w:rsid w:val="00033F46"/>
    <w:rsid w:val="0003584E"/>
    <w:rsid w:val="000365BC"/>
    <w:rsid w:val="000407E0"/>
    <w:rsid w:val="00040FDC"/>
    <w:rsid w:val="00051167"/>
    <w:rsid w:val="00052FE2"/>
    <w:rsid w:val="00056F11"/>
    <w:rsid w:val="000618D2"/>
    <w:rsid w:val="000647AF"/>
    <w:rsid w:val="00064BD6"/>
    <w:rsid w:val="00065787"/>
    <w:rsid w:val="00066B64"/>
    <w:rsid w:val="000672C1"/>
    <w:rsid w:val="00070D6F"/>
    <w:rsid w:val="00074F32"/>
    <w:rsid w:val="000801EB"/>
    <w:rsid w:val="00080B32"/>
    <w:rsid w:val="00080D48"/>
    <w:rsid w:val="00083379"/>
    <w:rsid w:val="00091E1E"/>
    <w:rsid w:val="0009215B"/>
    <w:rsid w:val="00092B4D"/>
    <w:rsid w:val="00094E7D"/>
    <w:rsid w:val="000A2E57"/>
    <w:rsid w:val="000A5ABF"/>
    <w:rsid w:val="000A64CA"/>
    <w:rsid w:val="000B3194"/>
    <w:rsid w:val="000B6335"/>
    <w:rsid w:val="000B704E"/>
    <w:rsid w:val="000C42EA"/>
    <w:rsid w:val="000C64AB"/>
    <w:rsid w:val="000D1CAD"/>
    <w:rsid w:val="000D1FBC"/>
    <w:rsid w:val="000D4F21"/>
    <w:rsid w:val="000D5D45"/>
    <w:rsid w:val="000D5E25"/>
    <w:rsid w:val="000E51A4"/>
    <w:rsid w:val="000F39F8"/>
    <w:rsid w:val="000F4EE2"/>
    <w:rsid w:val="000F572A"/>
    <w:rsid w:val="001048AB"/>
    <w:rsid w:val="001147CC"/>
    <w:rsid w:val="00123661"/>
    <w:rsid w:val="00123FCB"/>
    <w:rsid w:val="00127F72"/>
    <w:rsid w:val="00137414"/>
    <w:rsid w:val="00140CC7"/>
    <w:rsid w:val="0015307A"/>
    <w:rsid w:val="00161152"/>
    <w:rsid w:val="001676EB"/>
    <w:rsid w:val="00176DBC"/>
    <w:rsid w:val="001839B2"/>
    <w:rsid w:val="0018752C"/>
    <w:rsid w:val="00190C97"/>
    <w:rsid w:val="00194412"/>
    <w:rsid w:val="001A00D5"/>
    <w:rsid w:val="001A0127"/>
    <w:rsid w:val="001A5490"/>
    <w:rsid w:val="001A5766"/>
    <w:rsid w:val="001A7657"/>
    <w:rsid w:val="001C72AB"/>
    <w:rsid w:val="001D48CD"/>
    <w:rsid w:val="001D5AF1"/>
    <w:rsid w:val="001E4F7E"/>
    <w:rsid w:val="001F438D"/>
    <w:rsid w:val="001F6A99"/>
    <w:rsid w:val="0020042C"/>
    <w:rsid w:val="00207D5D"/>
    <w:rsid w:val="002109A4"/>
    <w:rsid w:val="00212148"/>
    <w:rsid w:val="002128C3"/>
    <w:rsid w:val="00213D39"/>
    <w:rsid w:val="00216535"/>
    <w:rsid w:val="00216DCA"/>
    <w:rsid w:val="00221EA2"/>
    <w:rsid w:val="0022208C"/>
    <w:rsid w:val="00232EF6"/>
    <w:rsid w:val="00236225"/>
    <w:rsid w:val="0025475B"/>
    <w:rsid w:val="00255C67"/>
    <w:rsid w:val="00257FFC"/>
    <w:rsid w:val="00265412"/>
    <w:rsid w:val="0026558F"/>
    <w:rsid w:val="0027477B"/>
    <w:rsid w:val="00282B8B"/>
    <w:rsid w:val="00283579"/>
    <w:rsid w:val="00290C55"/>
    <w:rsid w:val="00292A3B"/>
    <w:rsid w:val="002931F2"/>
    <w:rsid w:val="002A52E8"/>
    <w:rsid w:val="002A75FC"/>
    <w:rsid w:val="002B005A"/>
    <w:rsid w:val="002B0298"/>
    <w:rsid w:val="002B2404"/>
    <w:rsid w:val="002B5C29"/>
    <w:rsid w:val="002C1A2C"/>
    <w:rsid w:val="002D0F35"/>
    <w:rsid w:val="002D306D"/>
    <w:rsid w:val="002E16FB"/>
    <w:rsid w:val="002F5EC8"/>
    <w:rsid w:val="003017B0"/>
    <w:rsid w:val="00312EB3"/>
    <w:rsid w:val="0031575B"/>
    <w:rsid w:val="0031678E"/>
    <w:rsid w:val="003333BD"/>
    <w:rsid w:val="00340F7C"/>
    <w:rsid w:val="00370569"/>
    <w:rsid w:val="00370EC0"/>
    <w:rsid w:val="003746EB"/>
    <w:rsid w:val="003840C3"/>
    <w:rsid w:val="00384228"/>
    <w:rsid w:val="00387A38"/>
    <w:rsid w:val="003A0810"/>
    <w:rsid w:val="003B1124"/>
    <w:rsid w:val="003B1D5F"/>
    <w:rsid w:val="003B23E1"/>
    <w:rsid w:val="003B2BD7"/>
    <w:rsid w:val="003C18EB"/>
    <w:rsid w:val="003C4DB8"/>
    <w:rsid w:val="003C54F5"/>
    <w:rsid w:val="003C5793"/>
    <w:rsid w:val="003D04F4"/>
    <w:rsid w:val="003D21BD"/>
    <w:rsid w:val="003E6080"/>
    <w:rsid w:val="00403EF1"/>
    <w:rsid w:val="00420A79"/>
    <w:rsid w:val="004213C9"/>
    <w:rsid w:val="004364A6"/>
    <w:rsid w:val="004364B5"/>
    <w:rsid w:val="0044245E"/>
    <w:rsid w:val="004570A5"/>
    <w:rsid w:val="0047170D"/>
    <w:rsid w:val="00482367"/>
    <w:rsid w:val="00491B88"/>
    <w:rsid w:val="00492F37"/>
    <w:rsid w:val="00494714"/>
    <w:rsid w:val="00495131"/>
    <w:rsid w:val="004A7049"/>
    <w:rsid w:val="004B7846"/>
    <w:rsid w:val="004C35BE"/>
    <w:rsid w:val="004D377F"/>
    <w:rsid w:val="004E1C73"/>
    <w:rsid w:val="004E6290"/>
    <w:rsid w:val="004F0369"/>
    <w:rsid w:val="004F2F53"/>
    <w:rsid w:val="00510882"/>
    <w:rsid w:val="00520545"/>
    <w:rsid w:val="00527A3E"/>
    <w:rsid w:val="0053269E"/>
    <w:rsid w:val="005336FB"/>
    <w:rsid w:val="00537BF8"/>
    <w:rsid w:val="005417EE"/>
    <w:rsid w:val="00551528"/>
    <w:rsid w:val="005545CB"/>
    <w:rsid w:val="0056168B"/>
    <w:rsid w:val="00562E63"/>
    <w:rsid w:val="00563298"/>
    <w:rsid w:val="005712E0"/>
    <w:rsid w:val="00581701"/>
    <w:rsid w:val="00583823"/>
    <w:rsid w:val="00584995"/>
    <w:rsid w:val="005A1249"/>
    <w:rsid w:val="005A4372"/>
    <w:rsid w:val="005B3BC1"/>
    <w:rsid w:val="005B5E02"/>
    <w:rsid w:val="005C04DE"/>
    <w:rsid w:val="005C281F"/>
    <w:rsid w:val="005D4BEF"/>
    <w:rsid w:val="005E023D"/>
    <w:rsid w:val="005F03D9"/>
    <w:rsid w:val="005F2DB0"/>
    <w:rsid w:val="006029F6"/>
    <w:rsid w:val="006065E2"/>
    <w:rsid w:val="00614C05"/>
    <w:rsid w:val="00615172"/>
    <w:rsid w:val="00617DE4"/>
    <w:rsid w:val="00621CCB"/>
    <w:rsid w:val="00625F5E"/>
    <w:rsid w:val="00627A4B"/>
    <w:rsid w:val="00636B1D"/>
    <w:rsid w:val="00642216"/>
    <w:rsid w:val="006432A4"/>
    <w:rsid w:val="00661F5B"/>
    <w:rsid w:val="006628D3"/>
    <w:rsid w:val="00670E28"/>
    <w:rsid w:val="0067457B"/>
    <w:rsid w:val="00676FC4"/>
    <w:rsid w:val="00677617"/>
    <w:rsid w:val="00682AE5"/>
    <w:rsid w:val="0068790E"/>
    <w:rsid w:val="006923C0"/>
    <w:rsid w:val="00697F22"/>
    <w:rsid w:val="006A0F49"/>
    <w:rsid w:val="006A42ED"/>
    <w:rsid w:val="006A6269"/>
    <w:rsid w:val="006B628A"/>
    <w:rsid w:val="006C24BE"/>
    <w:rsid w:val="006C3319"/>
    <w:rsid w:val="006C72F8"/>
    <w:rsid w:val="006E4807"/>
    <w:rsid w:val="006E5D20"/>
    <w:rsid w:val="006F6D99"/>
    <w:rsid w:val="00713B16"/>
    <w:rsid w:val="00721DEF"/>
    <w:rsid w:val="007225EE"/>
    <w:rsid w:val="007258FA"/>
    <w:rsid w:val="00735E7A"/>
    <w:rsid w:val="00737389"/>
    <w:rsid w:val="00741F67"/>
    <w:rsid w:val="00742C76"/>
    <w:rsid w:val="007466DA"/>
    <w:rsid w:val="00746E06"/>
    <w:rsid w:val="0074735B"/>
    <w:rsid w:val="007522FB"/>
    <w:rsid w:val="00762AC5"/>
    <w:rsid w:val="00771674"/>
    <w:rsid w:val="007748FE"/>
    <w:rsid w:val="00775A61"/>
    <w:rsid w:val="00786486"/>
    <w:rsid w:val="00793E00"/>
    <w:rsid w:val="007A0599"/>
    <w:rsid w:val="007A367C"/>
    <w:rsid w:val="007A7151"/>
    <w:rsid w:val="007B2C91"/>
    <w:rsid w:val="007B7AF6"/>
    <w:rsid w:val="007C196E"/>
    <w:rsid w:val="007C3219"/>
    <w:rsid w:val="007C3618"/>
    <w:rsid w:val="007C79E0"/>
    <w:rsid w:val="007F58DE"/>
    <w:rsid w:val="008007D4"/>
    <w:rsid w:val="00803E7A"/>
    <w:rsid w:val="00803E9F"/>
    <w:rsid w:val="00824054"/>
    <w:rsid w:val="00826611"/>
    <w:rsid w:val="00826751"/>
    <w:rsid w:val="008321F7"/>
    <w:rsid w:val="0083686E"/>
    <w:rsid w:val="00844F74"/>
    <w:rsid w:val="00845CBB"/>
    <w:rsid w:val="00852441"/>
    <w:rsid w:val="008600B1"/>
    <w:rsid w:val="00864D1D"/>
    <w:rsid w:val="00871587"/>
    <w:rsid w:val="00876CF9"/>
    <w:rsid w:val="00883D96"/>
    <w:rsid w:val="00884B16"/>
    <w:rsid w:val="008907EE"/>
    <w:rsid w:val="0089463A"/>
    <w:rsid w:val="0089562B"/>
    <w:rsid w:val="008A09E3"/>
    <w:rsid w:val="008B4F57"/>
    <w:rsid w:val="008C6DFB"/>
    <w:rsid w:val="008E5A52"/>
    <w:rsid w:val="008F372B"/>
    <w:rsid w:val="009070CD"/>
    <w:rsid w:val="009208F9"/>
    <w:rsid w:val="0092369E"/>
    <w:rsid w:val="00941223"/>
    <w:rsid w:val="00952034"/>
    <w:rsid w:val="00962E19"/>
    <w:rsid w:val="00963F02"/>
    <w:rsid w:val="009757EB"/>
    <w:rsid w:val="00977924"/>
    <w:rsid w:val="00983A74"/>
    <w:rsid w:val="009842E7"/>
    <w:rsid w:val="00985FAD"/>
    <w:rsid w:val="0098729C"/>
    <w:rsid w:val="009908C5"/>
    <w:rsid w:val="009A4D23"/>
    <w:rsid w:val="009C29B5"/>
    <w:rsid w:val="009C3DFD"/>
    <w:rsid w:val="009C5CAD"/>
    <w:rsid w:val="009C6EB7"/>
    <w:rsid w:val="009D08A5"/>
    <w:rsid w:val="009D4BF9"/>
    <w:rsid w:val="009E0DD0"/>
    <w:rsid w:val="009E1592"/>
    <w:rsid w:val="009E3DC1"/>
    <w:rsid w:val="00A01ECA"/>
    <w:rsid w:val="00A07D0A"/>
    <w:rsid w:val="00A1401F"/>
    <w:rsid w:val="00A14FD1"/>
    <w:rsid w:val="00A269D8"/>
    <w:rsid w:val="00A33F35"/>
    <w:rsid w:val="00A36131"/>
    <w:rsid w:val="00A4388C"/>
    <w:rsid w:val="00A5273E"/>
    <w:rsid w:val="00A569D1"/>
    <w:rsid w:val="00A61252"/>
    <w:rsid w:val="00A64D44"/>
    <w:rsid w:val="00A65BAD"/>
    <w:rsid w:val="00A70A5E"/>
    <w:rsid w:val="00A74C82"/>
    <w:rsid w:val="00A77F79"/>
    <w:rsid w:val="00A80660"/>
    <w:rsid w:val="00A81791"/>
    <w:rsid w:val="00A84256"/>
    <w:rsid w:val="00A928C5"/>
    <w:rsid w:val="00A93EA1"/>
    <w:rsid w:val="00A9629D"/>
    <w:rsid w:val="00AA07FD"/>
    <w:rsid w:val="00AB018C"/>
    <w:rsid w:val="00AC15F4"/>
    <w:rsid w:val="00AC5A74"/>
    <w:rsid w:val="00AD3B47"/>
    <w:rsid w:val="00AD66C3"/>
    <w:rsid w:val="00AD6AC6"/>
    <w:rsid w:val="00AE3BEF"/>
    <w:rsid w:val="00AF401F"/>
    <w:rsid w:val="00AF634A"/>
    <w:rsid w:val="00B03AB5"/>
    <w:rsid w:val="00B06D33"/>
    <w:rsid w:val="00B20364"/>
    <w:rsid w:val="00B2081C"/>
    <w:rsid w:val="00B21DE0"/>
    <w:rsid w:val="00B23E9C"/>
    <w:rsid w:val="00B309CA"/>
    <w:rsid w:val="00B33812"/>
    <w:rsid w:val="00B362EA"/>
    <w:rsid w:val="00B365F3"/>
    <w:rsid w:val="00B429EC"/>
    <w:rsid w:val="00B42AA1"/>
    <w:rsid w:val="00B46CCF"/>
    <w:rsid w:val="00B53CF4"/>
    <w:rsid w:val="00B5502B"/>
    <w:rsid w:val="00B57586"/>
    <w:rsid w:val="00B60EBB"/>
    <w:rsid w:val="00B734EB"/>
    <w:rsid w:val="00B74348"/>
    <w:rsid w:val="00B7677A"/>
    <w:rsid w:val="00B81348"/>
    <w:rsid w:val="00B83D26"/>
    <w:rsid w:val="00B86231"/>
    <w:rsid w:val="00B913F8"/>
    <w:rsid w:val="00B94407"/>
    <w:rsid w:val="00B944C2"/>
    <w:rsid w:val="00B95441"/>
    <w:rsid w:val="00BA0B1E"/>
    <w:rsid w:val="00BA2A2E"/>
    <w:rsid w:val="00BA5D2C"/>
    <w:rsid w:val="00BB2B12"/>
    <w:rsid w:val="00BB7A37"/>
    <w:rsid w:val="00BC0C45"/>
    <w:rsid w:val="00BC348F"/>
    <w:rsid w:val="00BC6FC2"/>
    <w:rsid w:val="00BD0A90"/>
    <w:rsid w:val="00BD2E29"/>
    <w:rsid w:val="00BD50FB"/>
    <w:rsid w:val="00BD51C4"/>
    <w:rsid w:val="00BF5D55"/>
    <w:rsid w:val="00C001B0"/>
    <w:rsid w:val="00C23EA7"/>
    <w:rsid w:val="00C23FB9"/>
    <w:rsid w:val="00C2750F"/>
    <w:rsid w:val="00C27898"/>
    <w:rsid w:val="00C40995"/>
    <w:rsid w:val="00C41FA8"/>
    <w:rsid w:val="00C46B2F"/>
    <w:rsid w:val="00C54E5A"/>
    <w:rsid w:val="00C71D9D"/>
    <w:rsid w:val="00C73281"/>
    <w:rsid w:val="00C84E37"/>
    <w:rsid w:val="00C92177"/>
    <w:rsid w:val="00C95A5B"/>
    <w:rsid w:val="00CA2BE0"/>
    <w:rsid w:val="00CA5A8D"/>
    <w:rsid w:val="00CB148D"/>
    <w:rsid w:val="00CB2BAF"/>
    <w:rsid w:val="00CB2E1A"/>
    <w:rsid w:val="00CB4A4C"/>
    <w:rsid w:val="00CB5600"/>
    <w:rsid w:val="00CB7424"/>
    <w:rsid w:val="00CC4A3B"/>
    <w:rsid w:val="00CD00CB"/>
    <w:rsid w:val="00CD7678"/>
    <w:rsid w:val="00CD789C"/>
    <w:rsid w:val="00CE0FF4"/>
    <w:rsid w:val="00CE1823"/>
    <w:rsid w:val="00CE666F"/>
    <w:rsid w:val="00CE6FB0"/>
    <w:rsid w:val="00CF39DD"/>
    <w:rsid w:val="00D00837"/>
    <w:rsid w:val="00D01248"/>
    <w:rsid w:val="00D01465"/>
    <w:rsid w:val="00D02232"/>
    <w:rsid w:val="00D03F2A"/>
    <w:rsid w:val="00D10ABD"/>
    <w:rsid w:val="00D14875"/>
    <w:rsid w:val="00D14EA2"/>
    <w:rsid w:val="00D24F2C"/>
    <w:rsid w:val="00D34A24"/>
    <w:rsid w:val="00D41F48"/>
    <w:rsid w:val="00D55339"/>
    <w:rsid w:val="00D67CEB"/>
    <w:rsid w:val="00D7544D"/>
    <w:rsid w:val="00D81511"/>
    <w:rsid w:val="00D817DF"/>
    <w:rsid w:val="00D81866"/>
    <w:rsid w:val="00D86CA1"/>
    <w:rsid w:val="00D9037C"/>
    <w:rsid w:val="00DA214E"/>
    <w:rsid w:val="00DA5CFE"/>
    <w:rsid w:val="00DA6475"/>
    <w:rsid w:val="00DC3C7E"/>
    <w:rsid w:val="00DD7702"/>
    <w:rsid w:val="00DE4F20"/>
    <w:rsid w:val="00DF7132"/>
    <w:rsid w:val="00E00F8E"/>
    <w:rsid w:val="00E03DCC"/>
    <w:rsid w:val="00E03F91"/>
    <w:rsid w:val="00E10F75"/>
    <w:rsid w:val="00E15440"/>
    <w:rsid w:val="00E178A4"/>
    <w:rsid w:val="00E2091B"/>
    <w:rsid w:val="00E247EE"/>
    <w:rsid w:val="00E26FDC"/>
    <w:rsid w:val="00E27224"/>
    <w:rsid w:val="00E41466"/>
    <w:rsid w:val="00E41C84"/>
    <w:rsid w:val="00E449BE"/>
    <w:rsid w:val="00E45C13"/>
    <w:rsid w:val="00E53E98"/>
    <w:rsid w:val="00E57DC0"/>
    <w:rsid w:val="00E7204E"/>
    <w:rsid w:val="00E770EC"/>
    <w:rsid w:val="00E80E95"/>
    <w:rsid w:val="00E826EC"/>
    <w:rsid w:val="00E90DFF"/>
    <w:rsid w:val="00E9200E"/>
    <w:rsid w:val="00E93699"/>
    <w:rsid w:val="00E951A9"/>
    <w:rsid w:val="00EA29D5"/>
    <w:rsid w:val="00EA2B0E"/>
    <w:rsid w:val="00EA4380"/>
    <w:rsid w:val="00EA753F"/>
    <w:rsid w:val="00EB17B2"/>
    <w:rsid w:val="00EB340F"/>
    <w:rsid w:val="00EB5E9C"/>
    <w:rsid w:val="00EC6D1A"/>
    <w:rsid w:val="00ED0686"/>
    <w:rsid w:val="00ED2B3E"/>
    <w:rsid w:val="00ED46DB"/>
    <w:rsid w:val="00EE0EE8"/>
    <w:rsid w:val="00EF18E6"/>
    <w:rsid w:val="00EF7E7F"/>
    <w:rsid w:val="00F12D56"/>
    <w:rsid w:val="00F130D9"/>
    <w:rsid w:val="00F14F96"/>
    <w:rsid w:val="00F15557"/>
    <w:rsid w:val="00F21A19"/>
    <w:rsid w:val="00F22123"/>
    <w:rsid w:val="00F22705"/>
    <w:rsid w:val="00F24D4B"/>
    <w:rsid w:val="00F30487"/>
    <w:rsid w:val="00F542E2"/>
    <w:rsid w:val="00F553D9"/>
    <w:rsid w:val="00F558E3"/>
    <w:rsid w:val="00F5628C"/>
    <w:rsid w:val="00F5669B"/>
    <w:rsid w:val="00F716E3"/>
    <w:rsid w:val="00F74A27"/>
    <w:rsid w:val="00F81CD8"/>
    <w:rsid w:val="00F90449"/>
    <w:rsid w:val="00F94BFB"/>
    <w:rsid w:val="00FA318D"/>
    <w:rsid w:val="00FC1465"/>
    <w:rsid w:val="00FC41C2"/>
    <w:rsid w:val="00FC45CD"/>
    <w:rsid w:val="00FC56BD"/>
    <w:rsid w:val="00FD4DCD"/>
    <w:rsid w:val="00FD7430"/>
    <w:rsid w:val="00FD74AB"/>
    <w:rsid w:val="00FD7AFB"/>
    <w:rsid w:val="00FD7F5C"/>
    <w:rsid w:val="00FE104A"/>
    <w:rsid w:val="00FE32D2"/>
    <w:rsid w:val="00FE6AE6"/>
    <w:rsid w:val="00FF0446"/>
    <w:rsid w:val="00FF3D65"/>
    <w:rsid w:val="00FF4401"/>
    <w:rsid w:val="00FF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8607"/>
  <w15:docId w15:val="{7ABB2213-41D7-4F89-A370-C8915C93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A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0ybdZGekcddKnMGgwKChQUq9Ow==">CgMxLjAyDmgueW1tbGFuZnVjd3g3OAByITFDYXVmQlRrTXR3ejdWYkVFbk45a3R6MG9Ld0JiS01CNg==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2</Pages>
  <Words>488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Amanda Coolong</cp:lastModifiedBy>
  <cp:revision>456</cp:revision>
  <cp:lastPrinted>2026-06-04T16:48:00Z</cp:lastPrinted>
  <dcterms:created xsi:type="dcterms:W3CDTF">2025-12-30T21:28:00Z</dcterms:created>
  <dcterms:modified xsi:type="dcterms:W3CDTF">2026-06-11T17:18:00Z</dcterms:modified>
</cp:coreProperties>
</file>