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8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 w:rsidP="00CA5A8D">
      <w:pPr>
        <w:pStyle w:val="ListBullet"/>
        <w:numPr>
          <w:ilvl w:val="0"/>
          <w:numId w:val="10"/>
        </w:numPr>
      </w:pPr>
      <w:r>
        <w:t>Chairman Rupert Pratt called the meeting to order at 6:00 PM.</w:t>
      </w:r>
    </w:p>
    <w:p w14:paraId="617A382C" w14:textId="77777777" w:rsidR="001676EB" w:rsidRPr="001676EB" w:rsidRDefault="008007D4" w:rsidP="00CA5A8D">
      <w:pPr>
        <w:pStyle w:val="ListBullet"/>
        <w:numPr>
          <w:ilvl w:val="0"/>
          <w:numId w:val="10"/>
        </w:numPr>
        <w:spacing w:after="0" w:line="240" w:lineRule="auto"/>
        <w:rPr>
          <w:b/>
          <w:bCs/>
        </w:rPr>
      </w:pPr>
      <w:r w:rsidRPr="001676EB">
        <w:t xml:space="preserve">Select Board members present: Rupert Pratt, </w:t>
      </w:r>
      <w:r w:rsidR="001676EB" w:rsidRPr="001676EB">
        <w:t xml:space="preserve">Andrew Bracy, </w:t>
      </w:r>
      <w:r w:rsidRPr="001676EB">
        <w:t>James Burrill</w:t>
      </w:r>
      <w:r w:rsidR="00845CBB">
        <w:t xml:space="preserve">, </w:t>
      </w:r>
      <w:r w:rsidR="00D01465">
        <w:t xml:space="preserve">Joel Doyon, </w:t>
      </w:r>
      <w:r w:rsidR="00852441" w:rsidRPr="001676EB">
        <w:t>Marcel Lecours</w:t>
      </w:r>
      <w:r w:rsidRPr="001676EB">
        <w:t xml:space="preserve">. </w:t>
      </w:r>
    </w:p>
    <w:p w14:paraId="3FC7740F" w14:textId="77777777" w:rsidR="002128C3" w:rsidRDefault="002128C3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A48860B" w14:textId="16A129A6" w:rsidR="00F30487" w:rsidRPr="001676EB" w:rsidRDefault="008007D4" w:rsidP="001676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1676EB">
        <w:rPr>
          <w:b/>
          <w:bCs/>
        </w:rPr>
        <w:t>Approval of Minutes</w:t>
      </w:r>
    </w:p>
    <w:p w14:paraId="0A48860C" w14:textId="3A7A7C66" w:rsidR="00F30487" w:rsidRDefault="008007D4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8907EE">
        <w:rPr>
          <w:color w:val="000000"/>
        </w:rPr>
        <w:t xml:space="preserve">Motion by </w:t>
      </w:r>
      <w:r w:rsidR="009C7D77">
        <w:rPr>
          <w:color w:val="000000"/>
        </w:rPr>
        <w:t>James Burrill</w:t>
      </w:r>
      <w:r w:rsidRPr="008907EE">
        <w:rPr>
          <w:color w:val="000000"/>
        </w:rPr>
        <w:t xml:space="preserve"> to approve </w:t>
      </w:r>
      <w:proofErr w:type="gramStart"/>
      <w:r w:rsidRPr="008907EE">
        <w:rPr>
          <w:color w:val="000000"/>
        </w:rPr>
        <w:t xml:space="preserve">the </w:t>
      </w:r>
      <w:r w:rsidR="00677617">
        <w:rPr>
          <w:color w:val="000000"/>
        </w:rPr>
        <w:t>May</w:t>
      </w:r>
      <w:proofErr w:type="gramEnd"/>
      <w:r w:rsidR="00E15440" w:rsidRPr="008907EE">
        <w:rPr>
          <w:color w:val="000000"/>
        </w:rPr>
        <w:t xml:space="preserve"> </w:t>
      </w:r>
      <w:r w:rsidR="009C7D77">
        <w:rPr>
          <w:color w:val="000000"/>
        </w:rPr>
        <w:t>26</w:t>
      </w:r>
      <w:r w:rsidR="00E15440" w:rsidRPr="008907EE">
        <w:rPr>
          <w:color w:val="000000"/>
        </w:rPr>
        <w:t xml:space="preserve">, </w:t>
      </w:r>
      <w:proofErr w:type="gramStart"/>
      <w:r w:rsidRPr="008907EE">
        <w:rPr>
          <w:color w:val="000000"/>
        </w:rPr>
        <w:t>2026</w:t>
      </w:r>
      <w:proofErr w:type="gramEnd"/>
      <w:r w:rsidRPr="008907EE">
        <w:rPr>
          <w:color w:val="000000"/>
        </w:rPr>
        <w:t xml:space="preserve"> Select Board Meeting</w:t>
      </w:r>
      <w:r w:rsidR="0098729C" w:rsidRPr="008907EE">
        <w:rPr>
          <w:color w:val="000000"/>
        </w:rPr>
        <w:t xml:space="preserve"> Minutes</w:t>
      </w:r>
      <w:r w:rsidR="00F75835">
        <w:rPr>
          <w:color w:val="000000"/>
        </w:rPr>
        <w:t xml:space="preserve"> with one edit to remove Andrew Bracy</w:t>
      </w:r>
      <w:r w:rsidR="00DC53E1">
        <w:rPr>
          <w:color w:val="000000"/>
        </w:rPr>
        <w:t xml:space="preserve"> from AVCOG</w:t>
      </w:r>
      <w:r w:rsidR="004614AF">
        <w:rPr>
          <w:color w:val="000000"/>
        </w:rPr>
        <w:t xml:space="preserve"> grant</w:t>
      </w:r>
      <w:r w:rsidRPr="008907EE">
        <w:rPr>
          <w:color w:val="000000"/>
        </w:rPr>
        <w:t xml:space="preserve">. Seconded </w:t>
      </w:r>
      <w:r w:rsidR="00F558E3" w:rsidRPr="008907EE">
        <w:rPr>
          <w:color w:val="000000"/>
        </w:rPr>
        <w:t xml:space="preserve">by </w:t>
      </w:r>
      <w:r w:rsidR="007748FE">
        <w:rPr>
          <w:color w:val="000000"/>
        </w:rPr>
        <w:t>Marcel Lecours</w:t>
      </w:r>
      <w:r w:rsidRPr="008907EE">
        <w:rPr>
          <w:color w:val="000000"/>
        </w:rPr>
        <w:t xml:space="preserve">. </w:t>
      </w:r>
      <w:r w:rsidR="00216535" w:rsidRPr="008907EE">
        <w:rPr>
          <w:color w:val="000000"/>
        </w:rPr>
        <w:t>Motion</w:t>
      </w:r>
      <w:r w:rsidR="00E80E95" w:rsidRPr="008907EE">
        <w:rPr>
          <w:color w:val="000000"/>
        </w:rPr>
        <w:t xml:space="preserve"> carried</w:t>
      </w:r>
      <w:r w:rsidRPr="008907EE">
        <w:rPr>
          <w:color w:val="000000"/>
        </w:rPr>
        <w:t>.</w:t>
      </w:r>
    </w:p>
    <w:p w14:paraId="0A48860D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3EB73504" w:rsidR="00F30487" w:rsidRDefault="008007D4" w:rsidP="008907E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8907EE">
        <w:rPr>
          <w:color w:val="000000"/>
        </w:rPr>
        <w:t xml:space="preserve">Motion by </w:t>
      </w:r>
      <w:r w:rsidR="00DC53E1">
        <w:rPr>
          <w:color w:val="000000"/>
        </w:rPr>
        <w:t>Andrew Bracy</w:t>
      </w:r>
      <w:r w:rsidRPr="008907EE">
        <w:rPr>
          <w:color w:val="000000"/>
        </w:rPr>
        <w:t xml:space="preserve"> to approve the Treasurer’s Warrant for the week of </w:t>
      </w:r>
      <w:r w:rsidR="00DC53E1">
        <w:rPr>
          <w:color w:val="000000"/>
        </w:rPr>
        <w:t>June</w:t>
      </w:r>
      <w:r w:rsidR="00CB2E1A" w:rsidRPr="008907EE">
        <w:rPr>
          <w:color w:val="000000"/>
        </w:rPr>
        <w:t xml:space="preserve"> </w:t>
      </w:r>
      <w:r w:rsidR="00DC53E1">
        <w:rPr>
          <w:color w:val="000000"/>
        </w:rPr>
        <w:t>11</w:t>
      </w:r>
      <w:r w:rsidRPr="008907EE">
        <w:rPr>
          <w:color w:val="000000"/>
        </w:rPr>
        <w:t xml:space="preserve">, </w:t>
      </w:r>
      <w:proofErr w:type="gramStart"/>
      <w:r w:rsidRPr="008907EE">
        <w:rPr>
          <w:color w:val="000000"/>
        </w:rPr>
        <w:t>2026</w:t>
      </w:r>
      <w:proofErr w:type="gramEnd"/>
      <w:r w:rsidRPr="008907EE">
        <w:rPr>
          <w:color w:val="000000"/>
        </w:rPr>
        <w:t xml:space="preserve"> in the amount of $</w:t>
      </w:r>
      <w:r w:rsidR="00EF1B2A">
        <w:rPr>
          <w:color w:val="000000"/>
        </w:rPr>
        <w:t>4</w:t>
      </w:r>
      <w:r w:rsidR="00930BAB">
        <w:rPr>
          <w:color w:val="000000"/>
        </w:rPr>
        <w:t>,</w:t>
      </w:r>
      <w:r w:rsidR="00EF1B2A">
        <w:rPr>
          <w:color w:val="000000"/>
        </w:rPr>
        <w:t>5</w:t>
      </w:r>
      <w:r w:rsidR="00930BAB">
        <w:rPr>
          <w:color w:val="000000"/>
        </w:rPr>
        <w:t>08.11</w:t>
      </w:r>
      <w:r w:rsidRPr="008907EE">
        <w:rPr>
          <w:color w:val="000000"/>
        </w:rPr>
        <w:t xml:space="preserve">. Seconded by </w:t>
      </w:r>
      <w:r w:rsidR="00FF0446">
        <w:rPr>
          <w:color w:val="000000"/>
        </w:rPr>
        <w:t>Joel Doyon</w:t>
      </w:r>
      <w:r w:rsidRPr="008907EE">
        <w:rPr>
          <w:color w:val="000000"/>
        </w:rPr>
        <w:t>. Motion carried.</w:t>
      </w:r>
    </w:p>
    <w:p w14:paraId="0A488611" w14:textId="14E915F7" w:rsidR="00F30487" w:rsidRDefault="008007D4" w:rsidP="004D377F">
      <w:pPr>
        <w:spacing w:after="0"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Ongoing Business</w:t>
      </w:r>
    </w:p>
    <w:p w14:paraId="5B5E64A8" w14:textId="41A325CB" w:rsidR="00212148" w:rsidRDefault="008007D4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F74A27">
        <w:rPr>
          <w:color w:val="000000"/>
        </w:rPr>
        <w:t xml:space="preserve"> </w:t>
      </w:r>
      <w:r w:rsidR="00930BAB">
        <w:rPr>
          <w:color w:val="000000"/>
        </w:rPr>
        <w:t>awaiting the</w:t>
      </w:r>
      <w:r w:rsidR="005B3BC1">
        <w:rPr>
          <w:color w:val="000000"/>
        </w:rPr>
        <w:t xml:space="preserve"> next </w:t>
      </w:r>
      <w:r w:rsidR="003B53C7">
        <w:rPr>
          <w:color w:val="000000"/>
        </w:rPr>
        <w:t>negotiation</w:t>
      </w:r>
      <w:r w:rsidR="005B3BC1">
        <w:rPr>
          <w:color w:val="000000"/>
        </w:rPr>
        <w:t xml:space="preserve"> </w:t>
      </w:r>
      <w:r w:rsidR="00930BAB">
        <w:rPr>
          <w:color w:val="000000"/>
        </w:rPr>
        <w:t>date</w:t>
      </w:r>
      <w:r w:rsidR="005B3BC1">
        <w:rPr>
          <w:color w:val="000000"/>
        </w:rPr>
        <w:t xml:space="preserve"> </w:t>
      </w:r>
      <w:r w:rsidR="002D0F35">
        <w:rPr>
          <w:color w:val="000000"/>
        </w:rPr>
        <w:t>after the sc</w:t>
      </w:r>
      <w:r w:rsidR="00D07604">
        <w:rPr>
          <w:color w:val="000000"/>
        </w:rPr>
        <w:t>hool board meeting</w:t>
      </w:r>
    </w:p>
    <w:p w14:paraId="33C57912" w14:textId="77777777" w:rsidR="00BA7E1F" w:rsidRPr="000D1FAB" w:rsidRDefault="009C6EB7" w:rsidP="004D377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BA7E1F">
        <w:rPr>
          <w:b/>
          <w:bCs/>
          <w:color w:val="000000"/>
        </w:rPr>
        <w:t xml:space="preserve">AVCOG grant </w:t>
      </w:r>
      <w:r w:rsidR="00065787" w:rsidRPr="00BA7E1F">
        <w:rPr>
          <w:color w:val="000000"/>
        </w:rPr>
        <w:t>–</w:t>
      </w:r>
      <w:r w:rsidR="00D07604" w:rsidRPr="00BA7E1F">
        <w:rPr>
          <w:color w:val="000000"/>
        </w:rPr>
        <w:t xml:space="preserve"> </w:t>
      </w:r>
      <w:r w:rsidR="008A09E3" w:rsidRPr="00BA7E1F">
        <w:rPr>
          <w:color w:val="000000"/>
        </w:rPr>
        <w:t>Joel Doyon</w:t>
      </w:r>
      <w:r w:rsidR="00D07604" w:rsidRPr="00BA7E1F">
        <w:rPr>
          <w:color w:val="000000"/>
        </w:rPr>
        <w:t xml:space="preserve"> </w:t>
      </w:r>
      <w:r w:rsidR="00BA7E1F" w:rsidRPr="00BA7E1F">
        <w:rPr>
          <w:color w:val="000000"/>
        </w:rPr>
        <w:t>submitted the application for</w:t>
      </w:r>
      <w:r w:rsidR="00B60EBB" w:rsidRPr="00BA7E1F">
        <w:rPr>
          <w:color w:val="000000"/>
        </w:rPr>
        <w:t xml:space="preserve"> </w:t>
      </w:r>
      <w:r w:rsidR="0031575B" w:rsidRPr="00BA7E1F">
        <w:rPr>
          <w:color w:val="000000"/>
        </w:rPr>
        <w:t>heat pumps &amp; electrical upgrades at the fire station</w:t>
      </w:r>
      <w:r w:rsidR="00BA7E1F" w:rsidRPr="00BA7E1F">
        <w:rPr>
          <w:color w:val="000000"/>
        </w:rPr>
        <w:t xml:space="preserve"> by the June 5 deadline. </w:t>
      </w:r>
    </w:p>
    <w:p w14:paraId="20E1AFAC" w14:textId="3E751FCC" w:rsidR="000D1FAB" w:rsidRPr="00BA7E1F" w:rsidRDefault="000D1FAB" w:rsidP="003A47B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  <w:bCs/>
          <w:color w:val="000000"/>
        </w:rPr>
        <w:t>Nomination for Spirit of America Foundation</w:t>
      </w:r>
      <w:r w:rsidR="00004572">
        <w:rPr>
          <w:b/>
          <w:bCs/>
          <w:color w:val="000000"/>
        </w:rPr>
        <w:t xml:space="preserve"> Tribute</w:t>
      </w:r>
      <w:r w:rsidR="003A47BF">
        <w:rPr>
          <w:b/>
          <w:bCs/>
          <w:color w:val="000000"/>
        </w:rPr>
        <w:t xml:space="preserve"> for outstanding community service</w:t>
      </w:r>
      <w:r>
        <w:rPr>
          <w:b/>
          <w:bCs/>
          <w:color w:val="000000"/>
        </w:rPr>
        <w:t xml:space="preserve"> </w:t>
      </w:r>
      <w:r w:rsidR="00437273">
        <w:t>– James Burrill nominated the Town Parks committee</w:t>
      </w:r>
      <w:r w:rsidR="003A47BF">
        <w:t xml:space="preserve">. </w:t>
      </w:r>
      <w:r w:rsidR="00990DC5">
        <w:t>John Worthley (public) nominated Delbert Reed for his work at the Methodist Church. Motion by Joel Doyon to formally nominate</w:t>
      </w:r>
      <w:r w:rsidR="00AD0301">
        <w:t xml:space="preserve"> Lynn Hall and the Town Parks committee</w:t>
      </w:r>
      <w:r w:rsidR="00EE5360">
        <w:t xml:space="preserve">, </w:t>
      </w:r>
      <w:r w:rsidR="007E5105">
        <w:t>including</w:t>
      </w:r>
      <w:r w:rsidR="00EE5360">
        <w:t xml:space="preserve"> </w:t>
      </w:r>
      <w:r w:rsidR="00DD5B3A">
        <w:t>all</w:t>
      </w:r>
      <w:r w:rsidR="00EE5360">
        <w:t xml:space="preserve"> their names</w:t>
      </w:r>
      <w:r w:rsidR="00DD5B3A">
        <w:t xml:space="preserve">. </w:t>
      </w:r>
      <w:proofErr w:type="gramStart"/>
      <w:r w:rsidR="00DD5B3A">
        <w:t>Seconded</w:t>
      </w:r>
      <w:proofErr w:type="gramEnd"/>
      <w:r w:rsidR="00DD5B3A">
        <w:t xml:space="preserve"> by James Burrill.</w:t>
      </w:r>
      <w:r w:rsidR="002B7D90">
        <w:t xml:space="preserve"> Motion carried.</w:t>
      </w:r>
      <w:r w:rsidR="00572E48">
        <w:t xml:space="preserve"> </w:t>
      </w:r>
      <w:r w:rsidR="00DE6B39">
        <w:t>Town Clerk to complete the submission.</w:t>
      </w:r>
      <w:r w:rsidR="004614DE">
        <w:t xml:space="preserve"> </w:t>
      </w:r>
    </w:p>
    <w:p w14:paraId="76D02D90" w14:textId="111470D1" w:rsidR="00BA7E1F" w:rsidRPr="00BA7E1F" w:rsidRDefault="00BA7E1F" w:rsidP="00BA7E1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</w:pPr>
    </w:p>
    <w:p w14:paraId="47914735" w14:textId="44022A44" w:rsidR="009E1592" w:rsidRPr="00995B5A" w:rsidRDefault="008007D4" w:rsidP="00DE6B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3A0810">
        <w:rPr>
          <w:b/>
          <w:bCs/>
        </w:rPr>
        <w:t>Treasurer’s Report –</w:t>
      </w:r>
      <w:r w:rsidR="00952034" w:rsidRPr="003A0810">
        <w:rPr>
          <w:b/>
          <w:bCs/>
        </w:rPr>
        <w:t xml:space="preserve"> </w:t>
      </w:r>
      <w:r w:rsidR="00416C6E" w:rsidRPr="00995B5A">
        <w:t xml:space="preserve">the TRIO </w:t>
      </w:r>
      <w:proofErr w:type="spellStart"/>
      <w:r w:rsidR="00416C6E" w:rsidRPr="00995B5A">
        <w:t>WinSketch</w:t>
      </w:r>
      <w:proofErr w:type="spellEnd"/>
      <w:r w:rsidR="00416C6E" w:rsidRPr="00995B5A">
        <w:t xml:space="preserve"> module has been purchased and the assessor, MCG Maine, is now using it. Maria</w:t>
      </w:r>
      <w:r w:rsidR="0062781F" w:rsidRPr="00995B5A">
        <w:t xml:space="preserve"> Johnson spoke with Josh at MCG Maine about getting the commit</w:t>
      </w:r>
      <w:r w:rsidR="00995B5A" w:rsidRPr="00995B5A">
        <w:t>ment ready by August 20</w:t>
      </w:r>
      <w:r w:rsidR="00995B5A" w:rsidRPr="00995B5A">
        <w:rPr>
          <w:vertAlign w:val="superscript"/>
        </w:rPr>
        <w:t>th</w:t>
      </w:r>
      <w:r w:rsidR="00995B5A" w:rsidRPr="00995B5A">
        <w:t>.</w:t>
      </w:r>
      <w:r w:rsidR="00470187">
        <w:t xml:space="preserve"> We are also nearing the end of Q2 and</w:t>
      </w:r>
      <w:r w:rsidR="00C120E0">
        <w:t xml:space="preserve"> the Town Office staff will be focused on reporting.</w:t>
      </w:r>
    </w:p>
    <w:p w14:paraId="5D331FEF" w14:textId="77777777" w:rsidR="00DE6B39" w:rsidRDefault="00DE6B39" w:rsidP="00DE6B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A48861A" w14:textId="10E9A045" w:rsidR="00F30487" w:rsidRDefault="009E1592">
      <w:pPr>
        <w:spacing w:after="280" w:line="240" w:lineRule="auto"/>
      </w:pPr>
      <w:r w:rsidRPr="009E1592">
        <w:rPr>
          <w:b/>
          <w:bCs/>
        </w:rPr>
        <w:t>Clerk’s</w:t>
      </w:r>
      <w:r w:rsidR="008007D4">
        <w:rPr>
          <w:b/>
          <w:bCs/>
        </w:rPr>
        <w:t xml:space="preserve"> Report </w:t>
      </w:r>
      <w:r w:rsidR="00746E06">
        <w:t xml:space="preserve">– </w:t>
      </w:r>
      <w:r w:rsidR="00CD6BE9">
        <w:t>today is</w:t>
      </w:r>
      <w:r w:rsidR="000D5E25">
        <w:t xml:space="preserve"> the June 9 primary</w:t>
      </w:r>
      <w:r w:rsidR="00CD6BE9">
        <w:t xml:space="preserve"> election</w:t>
      </w:r>
      <w:r w:rsidR="004A22E5">
        <w:t xml:space="preserve"> and MSAD58 budget validation referendum.</w:t>
      </w:r>
    </w:p>
    <w:p w14:paraId="775BDDD6" w14:textId="32F42F07" w:rsidR="00E10F75" w:rsidRDefault="008007D4" w:rsidP="00DD6B83">
      <w:pPr>
        <w:spacing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D24F2C">
        <w:t xml:space="preserve">Duayne Boyd </w:t>
      </w:r>
      <w:r w:rsidR="002F5EC8">
        <w:t xml:space="preserve">reported </w:t>
      </w:r>
      <w:r w:rsidR="0015307A">
        <w:t>roadside mow</w:t>
      </w:r>
      <w:r w:rsidR="001F41D7">
        <w:t xml:space="preserve">ing is </w:t>
      </w:r>
      <w:r w:rsidR="00141CA1">
        <w:t>progressing</w:t>
      </w:r>
      <w:r w:rsidR="00ED0686">
        <w:t xml:space="preserve">. </w:t>
      </w:r>
      <w:r w:rsidR="00735590">
        <w:t xml:space="preserve">He asked if a special town meeting </w:t>
      </w:r>
      <w:r w:rsidR="004A7315">
        <w:t>could</w:t>
      </w:r>
      <w:r w:rsidR="00735590">
        <w:t xml:space="preserve"> be scheduled to </w:t>
      </w:r>
      <w:r w:rsidR="004B0452">
        <w:t>move</w:t>
      </w:r>
      <w:r w:rsidR="00F046A4">
        <w:t xml:space="preserve"> $12,000</w:t>
      </w:r>
      <w:r w:rsidR="004B0452">
        <w:t xml:space="preserve"> from Surplus to the Tarvia account</w:t>
      </w:r>
      <w:r w:rsidR="00735590">
        <w:t xml:space="preserve"> </w:t>
      </w:r>
      <w:r w:rsidR="00CE5E92">
        <w:t>to finish</w:t>
      </w:r>
      <w:r w:rsidR="00735590">
        <w:t xml:space="preserve"> paving</w:t>
      </w:r>
      <w:r w:rsidR="0019283D">
        <w:t xml:space="preserve"> </w:t>
      </w:r>
      <w:r w:rsidR="00F046A4">
        <w:t>Birch Lane</w:t>
      </w:r>
      <w:r w:rsidR="0019283D">
        <w:t xml:space="preserve"> and </w:t>
      </w:r>
      <w:r w:rsidR="00F046A4">
        <w:t>Shady Lane</w:t>
      </w:r>
      <w:r w:rsidR="0019283D">
        <w:t xml:space="preserve">. </w:t>
      </w:r>
      <w:r w:rsidR="00AB0321">
        <w:t xml:space="preserve">Culverts need to be </w:t>
      </w:r>
      <w:r w:rsidR="00D723DB">
        <w:t xml:space="preserve">replaced there as well. </w:t>
      </w:r>
      <w:r w:rsidR="009D44BB">
        <w:t xml:space="preserve">The board discussed </w:t>
      </w:r>
      <w:r w:rsidR="002041A5">
        <w:t>whether</w:t>
      </w:r>
      <w:r w:rsidR="00786B8E">
        <w:t xml:space="preserve"> culverts </w:t>
      </w:r>
      <w:r w:rsidR="009D44BB">
        <w:t>should be</w:t>
      </w:r>
      <w:r w:rsidR="001757ED">
        <w:t xml:space="preserve"> paid </w:t>
      </w:r>
      <w:r w:rsidR="009D44BB">
        <w:t xml:space="preserve">for out of </w:t>
      </w:r>
      <w:r w:rsidR="002C2E41">
        <w:t xml:space="preserve">the </w:t>
      </w:r>
      <w:r w:rsidR="00786B8E">
        <w:t>Roads &amp; Bridges</w:t>
      </w:r>
      <w:r w:rsidR="00B1124A">
        <w:t xml:space="preserve"> or the Tarvia</w:t>
      </w:r>
      <w:r w:rsidR="009D44BB">
        <w:t xml:space="preserve"> account</w:t>
      </w:r>
      <w:r w:rsidR="001757ED">
        <w:t xml:space="preserve">. </w:t>
      </w:r>
      <w:r w:rsidR="00DC1CD2">
        <w:t xml:space="preserve">Treasurer Maria Johnson reported there is </w:t>
      </w:r>
      <w:r w:rsidR="002B0374">
        <w:t>$76,269 left to expend</w:t>
      </w:r>
      <w:r w:rsidR="00DC1CD2">
        <w:t xml:space="preserve"> in Roads &amp; Bridges and</w:t>
      </w:r>
      <w:r w:rsidR="002B0374">
        <w:t xml:space="preserve"> $58,000</w:t>
      </w:r>
      <w:r w:rsidR="00DC1CD2">
        <w:t xml:space="preserve"> remaining in Tarvia. </w:t>
      </w:r>
      <w:r w:rsidR="00A823C0">
        <w:t xml:space="preserve">Motion by Joel Doyon to hold </w:t>
      </w:r>
      <w:r w:rsidR="00B267A0">
        <w:t xml:space="preserve">a </w:t>
      </w:r>
      <w:r w:rsidR="00A5372F">
        <w:t xml:space="preserve">special town meeting to move $20,000 from Surplus to the Tarvia account </w:t>
      </w:r>
      <w:r w:rsidR="00711775">
        <w:t xml:space="preserve">to complete the paving </w:t>
      </w:r>
      <w:r w:rsidR="00AD0DFF">
        <w:t xml:space="preserve">project </w:t>
      </w:r>
      <w:r w:rsidR="001F28EE">
        <w:t>with</w:t>
      </w:r>
      <w:r w:rsidR="00AD0DFF">
        <w:t xml:space="preserve"> Pike Industries</w:t>
      </w:r>
      <w:r w:rsidR="001F28EE">
        <w:t xml:space="preserve">. Seconded by Andrew Bracy. </w:t>
      </w:r>
      <w:r w:rsidR="001A1BA2">
        <w:t xml:space="preserve">Discussion about timing for the project, and how soon the special town meeting needs to be posted (7 days prior). </w:t>
      </w:r>
      <w:r w:rsidR="00563AEF">
        <w:t xml:space="preserve">Joel Doyon amended the motion to </w:t>
      </w:r>
      <w:r w:rsidR="005A1154">
        <w:t>add the following at the beginning, “I move to hold</w:t>
      </w:r>
      <w:r w:rsidR="00563AEF">
        <w:t xml:space="preserve"> a special town meeting on Tuesday, July 14, </w:t>
      </w:r>
      <w:proofErr w:type="gramStart"/>
      <w:r w:rsidR="00563AEF">
        <w:t>2026</w:t>
      </w:r>
      <w:proofErr w:type="gramEnd"/>
      <w:r w:rsidR="00563AEF">
        <w:t xml:space="preserve"> at 6pm</w:t>
      </w:r>
      <w:r w:rsidR="000A46DB">
        <w:t xml:space="preserve">…” </w:t>
      </w:r>
      <w:r w:rsidR="00DD6B83">
        <w:t xml:space="preserve">Seconded by Andrew Bracy. </w:t>
      </w:r>
      <w:r w:rsidR="00ED0686">
        <w:t>Motion carried.</w:t>
      </w:r>
      <w:r w:rsidR="001A1BA2">
        <w:t xml:space="preserve"> </w:t>
      </w:r>
    </w:p>
    <w:p w14:paraId="29C68C29" w14:textId="1E89DF7E" w:rsidR="00CA2DE8" w:rsidRDefault="00CA2DE8" w:rsidP="00DD6B83">
      <w:pPr>
        <w:spacing w:line="240" w:lineRule="auto"/>
      </w:pPr>
      <w:r>
        <w:t xml:space="preserve">Duayne Boyd also reported Firefighters had </w:t>
      </w:r>
      <w:proofErr w:type="gramStart"/>
      <w:r>
        <w:t>a training</w:t>
      </w:r>
      <w:proofErr w:type="gramEnd"/>
      <w:r>
        <w:t xml:space="preserve"> with CMP at the Fire Station.</w:t>
      </w:r>
    </w:p>
    <w:p w14:paraId="64F80CC0" w14:textId="345C1000" w:rsidR="00D7544D" w:rsidRDefault="008007D4" w:rsidP="007C3618">
      <w:pPr>
        <w:spacing w:after="280" w:line="240" w:lineRule="auto"/>
      </w:pPr>
      <w:r>
        <w:rPr>
          <w:b/>
          <w:bCs/>
        </w:rPr>
        <w:t>Select Board Reports –</w:t>
      </w:r>
      <w:r w:rsidR="00F06E87">
        <w:t xml:space="preserve"> </w:t>
      </w:r>
      <w:r w:rsidR="00805199">
        <w:t xml:space="preserve">James Burrill </w:t>
      </w:r>
      <w:r w:rsidR="00E102E0">
        <w:t xml:space="preserve">reported there is an events committee meeting 6/10. </w:t>
      </w:r>
      <w:r w:rsidR="00A07F2D">
        <w:t xml:space="preserve"> Joel Doyon reported AVCOG is once a year instead of quarterly. He suggested Duayne Boyd research solar </w:t>
      </w:r>
      <w:r w:rsidR="003A1646">
        <w:t xml:space="preserve">projects and safety training. Projects </w:t>
      </w:r>
      <w:proofErr w:type="gramStart"/>
      <w:r w:rsidR="003A1646">
        <w:t>have to</w:t>
      </w:r>
      <w:proofErr w:type="gramEnd"/>
      <w:r w:rsidR="003A1646">
        <w:t xml:space="preserve"> be training and infrastructure related.</w:t>
      </w:r>
      <w:r w:rsidR="003B0308">
        <w:t xml:space="preserve"> Joel will also be contacting Susan Collins</w:t>
      </w:r>
      <w:r w:rsidR="00953C6C">
        <w:t xml:space="preserve">’ office about funding opportunities. Rupert Pratt has been in touch with her office and </w:t>
      </w:r>
      <w:r w:rsidR="00163F90">
        <w:t>has submitted another form about our property exchange between the tennis courts and Legion field.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6E2E6789" w:rsidR="00F30487" w:rsidRDefault="008007D4">
      <w:pPr>
        <w:spacing w:line="240" w:lineRule="auto"/>
      </w:pPr>
      <w:r>
        <w:t xml:space="preserve">Motion to adjourn by </w:t>
      </w:r>
      <w:r w:rsidR="00B51517">
        <w:t>James Burrill</w:t>
      </w:r>
      <w:r>
        <w:t xml:space="preserve">. Seconded by </w:t>
      </w:r>
      <w:r w:rsidR="00B51517">
        <w:t>Andrew Bracy</w:t>
      </w:r>
      <w:r>
        <w:t xml:space="preserve">. Motion carried. Meeting adjourned at </w:t>
      </w:r>
      <w:r w:rsidR="003B1124">
        <w:t>6:</w:t>
      </w:r>
      <w:r w:rsidR="00BB601C">
        <w:t>22</w:t>
      </w:r>
      <w:r w:rsidR="003B1124">
        <w:t>pm</w:t>
      </w:r>
      <w:r>
        <w:t xml:space="preserve">. Next meeting: Tuesday, </w:t>
      </w:r>
      <w:r w:rsidR="008B4F57">
        <w:t>June</w:t>
      </w:r>
      <w:r>
        <w:t xml:space="preserve"> </w:t>
      </w:r>
      <w:r w:rsidR="00BB601C">
        <w:t>23</w:t>
      </w:r>
      <w:r>
        <w:t xml:space="preserve">, </w:t>
      </w:r>
      <w:proofErr w:type="gramStart"/>
      <w:r>
        <w:t>2026</w:t>
      </w:r>
      <w:proofErr w:type="gramEnd"/>
      <w:r>
        <w:t xml:space="preserve">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44D60" w14:textId="77777777" w:rsidR="00531816" w:rsidRDefault="00531816">
      <w:pPr>
        <w:spacing w:after="0" w:line="240" w:lineRule="auto"/>
      </w:pPr>
      <w:r>
        <w:separator/>
      </w:r>
    </w:p>
  </w:endnote>
  <w:endnote w:type="continuationSeparator" w:id="0">
    <w:p w14:paraId="1FA272BD" w14:textId="77777777" w:rsidR="00531816" w:rsidRDefault="00531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A6286E-109D-4ED5-ABC0-D3788082FC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593DBC-9579-4C3C-8828-4D5E2427E55C}"/>
    <w:embedBold r:id="rId3" w:fontKey="{E620D714-7768-4DBD-A385-7BC9D3F3C9B0}"/>
    <w:embedItalic r:id="rId4" w:fontKey="{999105B8-29C8-40E0-B8CE-CB35D5AA7CA0}"/>
    <w:embedBoldItalic r:id="rId5" w:fontKey="{95BAA2A0-68FC-4A91-9DA5-EAB5E31B9E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00F559B9-8F94-445A-A84E-D4D887AD02B0}"/>
    <w:embedBold r:id="rId7" w:fontKey="{22E31A3F-1DB1-4F08-A250-AB91A98A7C2B}"/>
    <w:embedItalic r:id="rId8" w:fontKey="{CCA2F25E-E3FA-4743-BCE6-AEBCB632F749}"/>
    <w:embedBoldItalic r:id="rId9" w:fontKey="{8DFC7BBD-DFCF-4412-B66E-06D14D47CD79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9CE2D" w14:textId="77777777" w:rsidR="00531816" w:rsidRDefault="00531816">
      <w:pPr>
        <w:spacing w:after="0" w:line="240" w:lineRule="auto"/>
      </w:pPr>
      <w:r>
        <w:separator/>
      </w:r>
    </w:p>
  </w:footnote>
  <w:footnote w:type="continuationSeparator" w:id="0">
    <w:p w14:paraId="1B03AF6E" w14:textId="77777777" w:rsidR="00531816" w:rsidRDefault="00531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1E453E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9C7D77">
      <w:rPr>
        <w:b/>
        <w:bCs/>
      </w:rPr>
      <w:t>June</w:t>
    </w:r>
    <w:r>
      <w:rPr>
        <w:b/>
        <w:bCs/>
        <w:color w:val="000000"/>
      </w:rPr>
      <w:t xml:space="preserve"> </w:t>
    </w:r>
    <w:r w:rsidR="009C7D77">
      <w:rPr>
        <w:b/>
        <w:bCs/>
      </w:rPr>
      <w:t>9</w:t>
    </w:r>
    <w:r>
      <w:rPr>
        <w:b/>
        <w:bCs/>
        <w:color w:val="000000"/>
      </w:rPr>
      <w:t xml:space="preserve">, </w:t>
    </w:r>
    <w:proofErr w:type="gramStart"/>
    <w:r>
      <w:rPr>
        <w:b/>
        <w:bCs/>
        <w:color w:val="000000"/>
      </w:rPr>
      <w:t>2026</w:t>
    </w:r>
    <w:proofErr w:type="gramEnd"/>
    <w:r>
      <w:rPr>
        <w:b/>
        <w:bCs/>
        <w:color w:val="000000"/>
      </w:rPr>
      <w:t xml:space="preserve">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4F5D44"/>
    <w:multiLevelType w:val="hybridMultilevel"/>
    <w:tmpl w:val="6ED2052A"/>
    <w:lvl w:ilvl="0" w:tplc="6CE630EA">
      <w:numFmt w:val="bullet"/>
      <w:lvlText w:val=""/>
      <w:lvlJc w:val="left"/>
      <w:pPr>
        <w:ind w:left="360" w:hanging="360"/>
      </w:pPr>
      <w:rPr>
        <w:rFonts w:ascii="Symbol" w:eastAsia="Cambria" w:hAnsi="Symbol" w:cs="Cambri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624AED"/>
    <w:multiLevelType w:val="multilevel"/>
    <w:tmpl w:val="A66AE0C2"/>
    <w:lvl w:ilvl="0">
      <w:numFmt w:val="bullet"/>
      <w:lvlText w:val=""/>
      <w:lvlJc w:val="left"/>
      <w:pPr>
        <w:ind w:left="360" w:hanging="360"/>
      </w:pPr>
      <w:rPr>
        <w:rFonts w:ascii="Symbol" w:eastAsia="Cambria" w:hAnsi="Symbol" w:cs="Cambria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C57583B"/>
    <w:multiLevelType w:val="hybridMultilevel"/>
    <w:tmpl w:val="2BA47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608317">
    <w:abstractNumId w:val="0"/>
  </w:num>
  <w:num w:numId="2" w16cid:durableId="1839610219">
    <w:abstractNumId w:val="4"/>
  </w:num>
  <w:num w:numId="3" w16cid:durableId="175267982">
    <w:abstractNumId w:val="5"/>
  </w:num>
  <w:num w:numId="4" w16cid:durableId="1957180373">
    <w:abstractNumId w:val="6"/>
  </w:num>
  <w:num w:numId="5" w16cid:durableId="7102991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2"/>
  </w:num>
  <w:num w:numId="8" w16cid:durableId="1149983279">
    <w:abstractNumId w:val="7"/>
  </w:num>
  <w:num w:numId="9" w16cid:durableId="1566144721">
    <w:abstractNumId w:val="1"/>
  </w:num>
  <w:num w:numId="10" w16cid:durableId="886914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008D1"/>
    <w:rsid w:val="00004572"/>
    <w:rsid w:val="000105FA"/>
    <w:rsid w:val="0001426C"/>
    <w:rsid w:val="00015D7C"/>
    <w:rsid w:val="00017A3C"/>
    <w:rsid w:val="000253EB"/>
    <w:rsid w:val="00030122"/>
    <w:rsid w:val="00033F46"/>
    <w:rsid w:val="0003584E"/>
    <w:rsid w:val="000365BC"/>
    <w:rsid w:val="000407E0"/>
    <w:rsid w:val="00040FDC"/>
    <w:rsid w:val="00051167"/>
    <w:rsid w:val="00052FE2"/>
    <w:rsid w:val="00056F11"/>
    <w:rsid w:val="000618D2"/>
    <w:rsid w:val="000647AF"/>
    <w:rsid w:val="00064BD6"/>
    <w:rsid w:val="00065787"/>
    <w:rsid w:val="00066B64"/>
    <w:rsid w:val="000672C1"/>
    <w:rsid w:val="00070D6F"/>
    <w:rsid w:val="00074F32"/>
    <w:rsid w:val="000801EB"/>
    <w:rsid w:val="00080B32"/>
    <w:rsid w:val="00080D48"/>
    <w:rsid w:val="00083379"/>
    <w:rsid w:val="00091E1E"/>
    <w:rsid w:val="0009215B"/>
    <w:rsid w:val="00092B4D"/>
    <w:rsid w:val="00094E7D"/>
    <w:rsid w:val="000A2E57"/>
    <w:rsid w:val="000A46DB"/>
    <w:rsid w:val="000A5ABF"/>
    <w:rsid w:val="000A64CA"/>
    <w:rsid w:val="000B3194"/>
    <w:rsid w:val="000B6335"/>
    <w:rsid w:val="000B704E"/>
    <w:rsid w:val="000C42EA"/>
    <w:rsid w:val="000C64AB"/>
    <w:rsid w:val="000D1CAD"/>
    <w:rsid w:val="000D1FAB"/>
    <w:rsid w:val="000D1FBC"/>
    <w:rsid w:val="000D4F21"/>
    <w:rsid w:val="000D5D45"/>
    <w:rsid w:val="000D5E25"/>
    <w:rsid w:val="000E51A4"/>
    <w:rsid w:val="000F39F8"/>
    <w:rsid w:val="000F4EE2"/>
    <w:rsid w:val="000F572A"/>
    <w:rsid w:val="001048AB"/>
    <w:rsid w:val="001147CC"/>
    <w:rsid w:val="00123661"/>
    <w:rsid w:val="00123FCB"/>
    <w:rsid w:val="00127F72"/>
    <w:rsid w:val="00137414"/>
    <w:rsid w:val="00140CC7"/>
    <w:rsid w:val="00141CA1"/>
    <w:rsid w:val="0015307A"/>
    <w:rsid w:val="00161152"/>
    <w:rsid w:val="00163F90"/>
    <w:rsid w:val="001676EB"/>
    <w:rsid w:val="001757ED"/>
    <w:rsid w:val="00176DBC"/>
    <w:rsid w:val="001839B2"/>
    <w:rsid w:val="0018752C"/>
    <w:rsid w:val="00190C97"/>
    <w:rsid w:val="0019283D"/>
    <w:rsid w:val="00194412"/>
    <w:rsid w:val="001A00D5"/>
    <w:rsid w:val="001A0127"/>
    <w:rsid w:val="001A1BA2"/>
    <w:rsid w:val="001A5490"/>
    <w:rsid w:val="001A5766"/>
    <w:rsid w:val="001A7657"/>
    <w:rsid w:val="001C72AB"/>
    <w:rsid w:val="001D48CD"/>
    <w:rsid w:val="001D5AF1"/>
    <w:rsid w:val="001E4F7E"/>
    <w:rsid w:val="001F28EE"/>
    <w:rsid w:val="001F41D7"/>
    <w:rsid w:val="001F438D"/>
    <w:rsid w:val="001F6A99"/>
    <w:rsid w:val="0020042C"/>
    <w:rsid w:val="002041A5"/>
    <w:rsid w:val="00207D5D"/>
    <w:rsid w:val="002109A4"/>
    <w:rsid w:val="00212148"/>
    <w:rsid w:val="002128C3"/>
    <w:rsid w:val="00213D39"/>
    <w:rsid w:val="00216535"/>
    <w:rsid w:val="00216DCA"/>
    <w:rsid w:val="00221EA2"/>
    <w:rsid w:val="0022208C"/>
    <w:rsid w:val="00232EF6"/>
    <w:rsid w:val="00236225"/>
    <w:rsid w:val="0025475B"/>
    <w:rsid w:val="00255C67"/>
    <w:rsid w:val="00257FFC"/>
    <w:rsid w:val="00265412"/>
    <w:rsid w:val="0026558F"/>
    <w:rsid w:val="0027477B"/>
    <w:rsid w:val="00282B8B"/>
    <w:rsid w:val="00283579"/>
    <w:rsid w:val="00290C55"/>
    <w:rsid w:val="00292A3B"/>
    <w:rsid w:val="002931F2"/>
    <w:rsid w:val="002A52E8"/>
    <w:rsid w:val="002A75FC"/>
    <w:rsid w:val="002B005A"/>
    <w:rsid w:val="002B0298"/>
    <w:rsid w:val="002B0374"/>
    <w:rsid w:val="002B2404"/>
    <w:rsid w:val="002B5C29"/>
    <w:rsid w:val="002B7D90"/>
    <w:rsid w:val="002C1A2C"/>
    <w:rsid w:val="002C2E41"/>
    <w:rsid w:val="002D0F35"/>
    <w:rsid w:val="002D306D"/>
    <w:rsid w:val="002E16FB"/>
    <w:rsid w:val="002E5404"/>
    <w:rsid w:val="002F345D"/>
    <w:rsid w:val="002F5EC8"/>
    <w:rsid w:val="003017B0"/>
    <w:rsid w:val="00312EB3"/>
    <w:rsid w:val="0031575B"/>
    <w:rsid w:val="0031678E"/>
    <w:rsid w:val="003333BD"/>
    <w:rsid w:val="00340F7C"/>
    <w:rsid w:val="00370569"/>
    <w:rsid w:val="00370EC0"/>
    <w:rsid w:val="003746EB"/>
    <w:rsid w:val="003840C3"/>
    <w:rsid w:val="00384228"/>
    <w:rsid w:val="00387A38"/>
    <w:rsid w:val="003A0810"/>
    <w:rsid w:val="003A1646"/>
    <w:rsid w:val="003A47BF"/>
    <w:rsid w:val="003B0308"/>
    <w:rsid w:val="003B1124"/>
    <w:rsid w:val="003B1D5F"/>
    <w:rsid w:val="003B23E1"/>
    <w:rsid w:val="003B2BD7"/>
    <w:rsid w:val="003B53C7"/>
    <w:rsid w:val="003C18EB"/>
    <w:rsid w:val="003C4DB8"/>
    <w:rsid w:val="003C54F5"/>
    <w:rsid w:val="003C5793"/>
    <w:rsid w:val="003D04F4"/>
    <w:rsid w:val="003D21BD"/>
    <w:rsid w:val="003E6080"/>
    <w:rsid w:val="00403EF1"/>
    <w:rsid w:val="00416C6E"/>
    <w:rsid w:val="00420A79"/>
    <w:rsid w:val="004213C9"/>
    <w:rsid w:val="004364A6"/>
    <w:rsid w:val="004364B5"/>
    <w:rsid w:val="00437273"/>
    <w:rsid w:val="0044245E"/>
    <w:rsid w:val="004570A5"/>
    <w:rsid w:val="004614AF"/>
    <w:rsid w:val="004614DE"/>
    <w:rsid w:val="00470187"/>
    <w:rsid w:val="0047170D"/>
    <w:rsid w:val="00482367"/>
    <w:rsid w:val="00491B88"/>
    <w:rsid w:val="00492F37"/>
    <w:rsid w:val="00494714"/>
    <w:rsid w:val="00495131"/>
    <w:rsid w:val="004A22E5"/>
    <w:rsid w:val="004A7049"/>
    <w:rsid w:val="004A7315"/>
    <w:rsid w:val="004B0452"/>
    <w:rsid w:val="004B7846"/>
    <w:rsid w:val="004C35BE"/>
    <w:rsid w:val="004D377F"/>
    <w:rsid w:val="004E1C73"/>
    <w:rsid w:val="004E6290"/>
    <w:rsid w:val="004F0369"/>
    <w:rsid w:val="004F2F53"/>
    <w:rsid w:val="00510882"/>
    <w:rsid w:val="00520545"/>
    <w:rsid w:val="00527A3E"/>
    <w:rsid w:val="00531816"/>
    <w:rsid w:val="0053269E"/>
    <w:rsid w:val="005336FB"/>
    <w:rsid w:val="00537BF8"/>
    <w:rsid w:val="005417EE"/>
    <w:rsid w:val="00551528"/>
    <w:rsid w:val="005545CB"/>
    <w:rsid w:val="0056168B"/>
    <w:rsid w:val="00562E63"/>
    <w:rsid w:val="00563298"/>
    <w:rsid w:val="00563AEF"/>
    <w:rsid w:val="005712E0"/>
    <w:rsid w:val="00572E48"/>
    <w:rsid w:val="00581701"/>
    <w:rsid w:val="00583823"/>
    <w:rsid w:val="00584995"/>
    <w:rsid w:val="005A1154"/>
    <w:rsid w:val="005A1249"/>
    <w:rsid w:val="005A4372"/>
    <w:rsid w:val="005B3BC1"/>
    <w:rsid w:val="005B5E02"/>
    <w:rsid w:val="005C04DE"/>
    <w:rsid w:val="005C281F"/>
    <w:rsid w:val="005D4BEF"/>
    <w:rsid w:val="005E023D"/>
    <w:rsid w:val="005F03D9"/>
    <w:rsid w:val="005F2DB0"/>
    <w:rsid w:val="005F7D8C"/>
    <w:rsid w:val="006029F6"/>
    <w:rsid w:val="006065E2"/>
    <w:rsid w:val="00614C05"/>
    <w:rsid w:val="00615172"/>
    <w:rsid w:val="00617DE4"/>
    <w:rsid w:val="00621CCB"/>
    <w:rsid w:val="00625F5E"/>
    <w:rsid w:val="0062781F"/>
    <w:rsid w:val="00627A4B"/>
    <w:rsid w:val="00636B1D"/>
    <w:rsid w:val="00642216"/>
    <w:rsid w:val="006432A4"/>
    <w:rsid w:val="00661F5B"/>
    <w:rsid w:val="006628D3"/>
    <w:rsid w:val="00670E28"/>
    <w:rsid w:val="0067457B"/>
    <w:rsid w:val="00676FC4"/>
    <w:rsid w:val="00677617"/>
    <w:rsid w:val="00682AE5"/>
    <w:rsid w:val="0068790E"/>
    <w:rsid w:val="006923C0"/>
    <w:rsid w:val="00697482"/>
    <w:rsid w:val="00697F22"/>
    <w:rsid w:val="006A0F49"/>
    <w:rsid w:val="006A27AA"/>
    <w:rsid w:val="006A42ED"/>
    <w:rsid w:val="006A6269"/>
    <w:rsid w:val="006B628A"/>
    <w:rsid w:val="006C24BE"/>
    <w:rsid w:val="006C3319"/>
    <w:rsid w:val="006C72F8"/>
    <w:rsid w:val="006E4807"/>
    <w:rsid w:val="006E5D20"/>
    <w:rsid w:val="006F6D99"/>
    <w:rsid w:val="00711775"/>
    <w:rsid w:val="00713B16"/>
    <w:rsid w:val="00721DEF"/>
    <w:rsid w:val="007225EE"/>
    <w:rsid w:val="007258FA"/>
    <w:rsid w:val="00735590"/>
    <w:rsid w:val="00735E7A"/>
    <w:rsid w:val="00737389"/>
    <w:rsid w:val="00741F67"/>
    <w:rsid w:val="00742C76"/>
    <w:rsid w:val="007466DA"/>
    <w:rsid w:val="00746E06"/>
    <w:rsid w:val="0074735B"/>
    <w:rsid w:val="007522FB"/>
    <w:rsid w:val="00762AC5"/>
    <w:rsid w:val="00771674"/>
    <w:rsid w:val="007748FE"/>
    <w:rsid w:val="00775A61"/>
    <w:rsid w:val="00786486"/>
    <w:rsid w:val="00786B8E"/>
    <w:rsid w:val="00793E00"/>
    <w:rsid w:val="007A0599"/>
    <w:rsid w:val="007A367C"/>
    <w:rsid w:val="007A7151"/>
    <w:rsid w:val="007B2C91"/>
    <w:rsid w:val="007B7AF6"/>
    <w:rsid w:val="007C196E"/>
    <w:rsid w:val="007C3219"/>
    <w:rsid w:val="007C3618"/>
    <w:rsid w:val="007C79E0"/>
    <w:rsid w:val="007E5105"/>
    <w:rsid w:val="007F0E61"/>
    <w:rsid w:val="007F58DE"/>
    <w:rsid w:val="008007D4"/>
    <w:rsid w:val="00803E7A"/>
    <w:rsid w:val="00803E9F"/>
    <w:rsid w:val="00805199"/>
    <w:rsid w:val="00824054"/>
    <w:rsid w:val="00826611"/>
    <w:rsid w:val="00826751"/>
    <w:rsid w:val="008321F7"/>
    <w:rsid w:val="0083686E"/>
    <w:rsid w:val="00844F74"/>
    <w:rsid w:val="00845CBB"/>
    <w:rsid w:val="00852441"/>
    <w:rsid w:val="008600B1"/>
    <w:rsid w:val="00864D1D"/>
    <w:rsid w:val="00871587"/>
    <w:rsid w:val="00876CF9"/>
    <w:rsid w:val="00883D96"/>
    <w:rsid w:val="00884B16"/>
    <w:rsid w:val="008907EE"/>
    <w:rsid w:val="0089463A"/>
    <w:rsid w:val="0089562B"/>
    <w:rsid w:val="008A09E3"/>
    <w:rsid w:val="008B4F57"/>
    <w:rsid w:val="008C6DFB"/>
    <w:rsid w:val="008E5A52"/>
    <w:rsid w:val="008F372B"/>
    <w:rsid w:val="009070CD"/>
    <w:rsid w:val="009208F9"/>
    <w:rsid w:val="009226E9"/>
    <w:rsid w:val="0092369E"/>
    <w:rsid w:val="00930BAB"/>
    <w:rsid w:val="00941223"/>
    <w:rsid w:val="00952034"/>
    <w:rsid w:val="00953C6C"/>
    <w:rsid w:val="00962E19"/>
    <w:rsid w:val="00963F02"/>
    <w:rsid w:val="009757EB"/>
    <w:rsid w:val="00977924"/>
    <w:rsid w:val="00983A74"/>
    <w:rsid w:val="009842E7"/>
    <w:rsid w:val="00985FAD"/>
    <w:rsid w:val="0098729C"/>
    <w:rsid w:val="009908C5"/>
    <w:rsid w:val="00990DC5"/>
    <w:rsid w:val="00995B5A"/>
    <w:rsid w:val="009A4D23"/>
    <w:rsid w:val="009C29B5"/>
    <w:rsid w:val="009C3DFD"/>
    <w:rsid w:val="009C5CAD"/>
    <w:rsid w:val="009C6EB7"/>
    <w:rsid w:val="009C7D77"/>
    <w:rsid w:val="009D08A5"/>
    <w:rsid w:val="009D156F"/>
    <w:rsid w:val="009D44BB"/>
    <w:rsid w:val="009D4BF9"/>
    <w:rsid w:val="009E0DD0"/>
    <w:rsid w:val="009E1592"/>
    <w:rsid w:val="009E3DC1"/>
    <w:rsid w:val="00A01ECA"/>
    <w:rsid w:val="00A07D0A"/>
    <w:rsid w:val="00A07F2D"/>
    <w:rsid w:val="00A1401F"/>
    <w:rsid w:val="00A14FD1"/>
    <w:rsid w:val="00A269D8"/>
    <w:rsid w:val="00A33F35"/>
    <w:rsid w:val="00A36131"/>
    <w:rsid w:val="00A4388C"/>
    <w:rsid w:val="00A5273E"/>
    <w:rsid w:val="00A5372F"/>
    <w:rsid w:val="00A569D1"/>
    <w:rsid w:val="00A61252"/>
    <w:rsid w:val="00A64D44"/>
    <w:rsid w:val="00A65BAD"/>
    <w:rsid w:val="00A70A5E"/>
    <w:rsid w:val="00A74C82"/>
    <w:rsid w:val="00A77F79"/>
    <w:rsid w:val="00A80660"/>
    <w:rsid w:val="00A81791"/>
    <w:rsid w:val="00A823C0"/>
    <w:rsid w:val="00A84256"/>
    <w:rsid w:val="00A928C5"/>
    <w:rsid w:val="00A93EA1"/>
    <w:rsid w:val="00A9629D"/>
    <w:rsid w:val="00AA07FD"/>
    <w:rsid w:val="00AB018C"/>
    <w:rsid w:val="00AB0321"/>
    <w:rsid w:val="00AC15F4"/>
    <w:rsid w:val="00AC5A74"/>
    <w:rsid w:val="00AD0301"/>
    <w:rsid w:val="00AD0DFF"/>
    <w:rsid w:val="00AD3B47"/>
    <w:rsid w:val="00AD66C3"/>
    <w:rsid w:val="00AD6AC6"/>
    <w:rsid w:val="00AE1B83"/>
    <w:rsid w:val="00AE3BEF"/>
    <w:rsid w:val="00AF401F"/>
    <w:rsid w:val="00AF634A"/>
    <w:rsid w:val="00B03AB5"/>
    <w:rsid w:val="00B06D33"/>
    <w:rsid w:val="00B1124A"/>
    <w:rsid w:val="00B20364"/>
    <w:rsid w:val="00B2081C"/>
    <w:rsid w:val="00B21DE0"/>
    <w:rsid w:val="00B23E9C"/>
    <w:rsid w:val="00B267A0"/>
    <w:rsid w:val="00B309CA"/>
    <w:rsid w:val="00B33812"/>
    <w:rsid w:val="00B362EA"/>
    <w:rsid w:val="00B365F3"/>
    <w:rsid w:val="00B429EC"/>
    <w:rsid w:val="00B42AA1"/>
    <w:rsid w:val="00B46CCF"/>
    <w:rsid w:val="00B51517"/>
    <w:rsid w:val="00B53CF4"/>
    <w:rsid w:val="00B5502B"/>
    <w:rsid w:val="00B57586"/>
    <w:rsid w:val="00B60EBB"/>
    <w:rsid w:val="00B734EB"/>
    <w:rsid w:val="00B74348"/>
    <w:rsid w:val="00B7677A"/>
    <w:rsid w:val="00B81348"/>
    <w:rsid w:val="00B83D26"/>
    <w:rsid w:val="00B86231"/>
    <w:rsid w:val="00B913F8"/>
    <w:rsid w:val="00B94407"/>
    <w:rsid w:val="00B944C2"/>
    <w:rsid w:val="00B95441"/>
    <w:rsid w:val="00BA0B1E"/>
    <w:rsid w:val="00BA2A2E"/>
    <w:rsid w:val="00BA5D2C"/>
    <w:rsid w:val="00BA7E1F"/>
    <w:rsid w:val="00BB2B12"/>
    <w:rsid w:val="00BB601C"/>
    <w:rsid w:val="00BB7A37"/>
    <w:rsid w:val="00BC0C45"/>
    <w:rsid w:val="00BC348F"/>
    <w:rsid w:val="00BC6FC2"/>
    <w:rsid w:val="00BD0A90"/>
    <w:rsid w:val="00BD2E29"/>
    <w:rsid w:val="00BD50FB"/>
    <w:rsid w:val="00BD51C4"/>
    <w:rsid w:val="00BF5D55"/>
    <w:rsid w:val="00C001B0"/>
    <w:rsid w:val="00C120E0"/>
    <w:rsid w:val="00C23EA7"/>
    <w:rsid w:val="00C23FB9"/>
    <w:rsid w:val="00C2750F"/>
    <w:rsid w:val="00C27898"/>
    <w:rsid w:val="00C40995"/>
    <w:rsid w:val="00C41FA8"/>
    <w:rsid w:val="00C46B2F"/>
    <w:rsid w:val="00C54E5A"/>
    <w:rsid w:val="00C71D9D"/>
    <w:rsid w:val="00C73281"/>
    <w:rsid w:val="00C83557"/>
    <w:rsid w:val="00C84E37"/>
    <w:rsid w:val="00C92177"/>
    <w:rsid w:val="00C95A5B"/>
    <w:rsid w:val="00CA2BE0"/>
    <w:rsid w:val="00CA2DE8"/>
    <w:rsid w:val="00CA5A8D"/>
    <w:rsid w:val="00CB148D"/>
    <w:rsid w:val="00CB2BAF"/>
    <w:rsid w:val="00CB2E1A"/>
    <w:rsid w:val="00CB4A4C"/>
    <w:rsid w:val="00CB5600"/>
    <w:rsid w:val="00CB7424"/>
    <w:rsid w:val="00CC4A3B"/>
    <w:rsid w:val="00CD00CB"/>
    <w:rsid w:val="00CD6BE9"/>
    <w:rsid w:val="00CD7678"/>
    <w:rsid w:val="00CD789C"/>
    <w:rsid w:val="00CE0FF4"/>
    <w:rsid w:val="00CE1823"/>
    <w:rsid w:val="00CE5E92"/>
    <w:rsid w:val="00CE666F"/>
    <w:rsid w:val="00CE6FB0"/>
    <w:rsid w:val="00CF39DD"/>
    <w:rsid w:val="00D00837"/>
    <w:rsid w:val="00D01248"/>
    <w:rsid w:val="00D01465"/>
    <w:rsid w:val="00D02232"/>
    <w:rsid w:val="00D03F2A"/>
    <w:rsid w:val="00D07604"/>
    <w:rsid w:val="00D10ABD"/>
    <w:rsid w:val="00D14875"/>
    <w:rsid w:val="00D14EA2"/>
    <w:rsid w:val="00D24F2C"/>
    <w:rsid w:val="00D34A24"/>
    <w:rsid w:val="00D41F48"/>
    <w:rsid w:val="00D55339"/>
    <w:rsid w:val="00D67CEB"/>
    <w:rsid w:val="00D723DB"/>
    <w:rsid w:val="00D7544D"/>
    <w:rsid w:val="00D81511"/>
    <w:rsid w:val="00D817DF"/>
    <w:rsid w:val="00D81866"/>
    <w:rsid w:val="00D86CA1"/>
    <w:rsid w:val="00D9037C"/>
    <w:rsid w:val="00DA214E"/>
    <w:rsid w:val="00DA5CFE"/>
    <w:rsid w:val="00DA6475"/>
    <w:rsid w:val="00DC1CD2"/>
    <w:rsid w:val="00DC3C7E"/>
    <w:rsid w:val="00DC53E1"/>
    <w:rsid w:val="00DD28B2"/>
    <w:rsid w:val="00DD5B3A"/>
    <w:rsid w:val="00DD6B83"/>
    <w:rsid w:val="00DD7702"/>
    <w:rsid w:val="00DE4F20"/>
    <w:rsid w:val="00DE6B39"/>
    <w:rsid w:val="00DF7132"/>
    <w:rsid w:val="00E00F8E"/>
    <w:rsid w:val="00E03DCC"/>
    <w:rsid w:val="00E03F91"/>
    <w:rsid w:val="00E102E0"/>
    <w:rsid w:val="00E10F75"/>
    <w:rsid w:val="00E15440"/>
    <w:rsid w:val="00E178A4"/>
    <w:rsid w:val="00E2091B"/>
    <w:rsid w:val="00E247EE"/>
    <w:rsid w:val="00E26FDC"/>
    <w:rsid w:val="00E27224"/>
    <w:rsid w:val="00E41466"/>
    <w:rsid w:val="00E41C84"/>
    <w:rsid w:val="00E449BE"/>
    <w:rsid w:val="00E45C13"/>
    <w:rsid w:val="00E53E98"/>
    <w:rsid w:val="00E57DC0"/>
    <w:rsid w:val="00E7204E"/>
    <w:rsid w:val="00E770EC"/>
    <w:rsid w:val="00E80E95"/>
    <w:rsid w:val="00E826EC"/>
    <w:rsid w:val="00E83283"/>
    <w:rsid w:val="00E90DFF"/>
    <w:rsid w:val="00E9200E"/>
    <w:rsid w:val="00E93699"/>
    <w:rsid w:val="00E951A9"/>
    <w:rsid w:val="00EA29D5"/>
    <w:rsid w:val="00EA2B0E"/>
    <w:rsid w:val="00EA4380"/>
    <w:rsid w:val="00EA753F"/>
    <w:rsid w:val="00EB17B2"/>
    <w:rsid w:val="00EB340F"/>
    <w:rsid w:val="00EB5E9C"/>
    <w:rsid w:val="00EC6D1A"/>
    <w:rsid w:val="00ED0686"/>
    <w:rsid w:val="00ED2B3E"/>
    <w:rsid w:val="00ED46DB"/>
    <w:rsid w:val="00EE0EE8"/>
    <w:rsid w:val="00EE5360"/>
    <w:rsid w:val="00EF18E6"/>
    <w:rsid w:val="00EF1B2A"/>
    <w:rsid w:val="00EF7E7F"/>
    <w:rsid w:val="00F046A4"/>
    <w:rsid w:val="00F06E87"/>
    <w:rsid w:val="00F12D56"/>
    <w:rsid w:val="00F130D9"/>
    <w:rsid w:val="00F14F96"/>
    <w:rsid w:val="00F15557"/>
    <w:rsid w:val="00F21A19"/>
    <w:rsid w:val="00F22123"/>
    <w:rsid w:val="00F22705"/>
    <w:rsid w:val="00F24D4B"/>
    <w:rsid w:val="00F30487"/>
    <w:rsid w:val="00F32412"/>
    <w:rsid w:val="00F542E2"/>
    <w:rsid w:val="00F54C57"/>
    <w:rsid w:val="00F553D9"/>
    <w:rsid w:val="00F558E3"/>
    <w:rsid w:val="00F5628C"/>
    <w:rsid w:val="00F5669B"/>
    <w:rsid w:val="00F716E3"/>
    <w:rsid w:val="00F74A27"/>
    <w:rsid w:val="00F75835"/>
    <w:rsid w:val="00F81CD8"/>
    <w:rsid w:val="00F90449"/>
    <w:rsid w:val="00F94BFB"/>
    <w:rsid w:val="00FA2FCB"/>
    <w:rsid w:val="00FA318D"/>
    <w:rsid w:val="00FC1465"/>
    <w:rsid w:val="00FC41C2"/>
    <w:rsid w:val="00FC45CD"/>
    <w:rsid w:val="00FC56BD"/>
    <w:rsid w:val="00FD4DCD"/>
    <w:rsid w:val="00FD7430"/>
    <w:rsid w:val="00FD74AB"/>
    <w:rsid w:val="00FD7AFB"/>
    <w:rsid w:val="00FD7F5C"/>
    <w:rsid w:val="00FE104A"/>
    <w:rsid w:val="00FE32D2"/>
    <w:rsid w:val="00FE6AE6"/>
    <w:rsid w:val="00FF0446"/>
    <w:rsid w:val="00FF1998"/>
    <w:rsid w:val="00FF3D65"/>
    <w:rsid w:val="00FF4401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569</Words>
  <Characters>2863</Characters>
  <Application>Microsoft Office Word</Application>
  <DocSecurity>0</DocSecurity>
  <Lines>106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538</cp:revision>
  <cp:lastPrinted>2026-06-04T16:48:00Z</cp:lastPrinted>
  <dcterms:created xsi:type="dcterms:W3CDTF">2025-12-30T21:28:00Z</dcterms:created>
  <dcterms:modified xsi:type="dcterms:W3CDTF">2026-06-23T15:29:00Z</dcterms:modified>
</cp:coreProperties>
</file>