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88608" w14:textId="77777777" w:rsidR="00F30487" w:rsidRDefault="008007D4" w:rsidP="00190C97">
      <w:pPr>
        <w:spacing w:after="0" w:line="240" w:lineRule="auto"/>
        <w:rPr>
          <w:b/>
          <w:bCs/>
        </w:rPr>
      </w:pPr>
      <w:r>
        <w:rPr>
          <w:b/>
          <w:bCs/>
        </w:rPr>
        <w:t>Call to Order and Attendance</w:t>
      </w:r>
    </w:p>
    <w:p w14:paraId="0A488609" w14:textId="77777777" w:rsidR="00F30487" w:rsidRDefault="008007D4" w:rsidP="00CA5A8D">
      <w:pPr>
        <w:pStyle w:val="ListBullet"/>
        <w:numPr>
          <w:ilvl w:val="0"/>
          <w:numId w:val="10"/>
        </w:numPr>
      </w:pPr>
      <w:r>
        <w:t>Chairman Rupert Pratt called the meeting to order at 6:00 PM.</w:t>
      </w:r>
    </w:p>
    <w:p w14:paraId="617A382C" w14:textId="77777777" w:rsidR="001676EB" w:rsidRPr="001676EB" w:rsidRDefault="008007D4" w:rsidP="00CA5A8D">
      <w:pPr>
        <w:pStyle w:val="ListBullet"/>
        <w:numPr>
          <w:ilvl w:val="0"/>
          <w:numId w:val="10"/>
        </w:numPr>
        <w:spacing w:after="0" w:line="240" w:lineRule="auto"/>
        <w:rPr>
          <w:b/>
          <w:bCs/>
        </w:rPr>
      </w:pPr>
      <w:r w:rsidRPr="001676EB">
        <w:t xml:space="preserve">Select Board members present: Rupert Pratt, </w:t>
      </w:r>
      <w:r w:rsidR="001676EB" w:rsidRPr="001676EB">
        <w:t xml:space="preserve">Andrew Bracy, </w:t>
      </w:r>
      <w:r w:rsidRPr="001676EB">
        <w:t>James Burrill</w:t>
      </w:r>
      <w:r w:rsidR="00845CBB">
        <w:t xml:space="preserve">, </w:t>
      </w:r>
      <w:r w:rsidR="00D01465">
        <w:t xml:space="preserve">Joel Doyon, </w:t>
      </w:r>
      <w:r w:rsidR="00852441" w:rsidRPr="001676EB">
        <w:t>Marcel Lecours</w:t>
      </w:r>
      <w:r w:rsidRPr="001676EB">
        <w:t xml:space="preserve">. </w:t>
      </w:r>
    </w:p>
    <w:p w14:paraId="3FC7740F" w14:textId="77777777" w:rsidR="002128C3" w:rsidRDefault="002128C3" w:rsidP="001676EB">
      <w:pPr>
        <w:pBdr>
          <w:top w:val="nil"/>
          <w:left w:val="nil"/>
          <w:bottom w:val="nil"/>
          <w:right w:val="nil"/>
          <w:between w:val="nil"/>
        </w:pBdr>
        <w:spacing w:after="0" w:line="240" w:lineRule="auto"/>
        <w:rPr>
          <w:color w:val="000000"/>
        </w:rPr>
      </w:pPr>
    </w:p>
    <w:p w14:paraId="0A48860B" w14:textId="16A129A6" w:rsidR="00F30487" w:rsidRPr="001676EB" w:rsidRDefault="008007D4" w:rsidP="001676EB">
      <w:pPr>
        <w:pBdr>
          <w:top w:val="nil"/>
          <w:left w:val="nil"/>
          <w:bottom w:val="nil"/>
          <w:right w:val="nil"/>
          <w:between w:val="nil"/>
        </w:pBdr>
        <w:spacing w:after="0" w:line="240" w:lineRule="auto"/>
        <w:rPr>
          <w:b/>
          <w:bCs/>
        </w:rPr>
      </w:pPr>
      <w:r w:rsidRPr="001676EB">
        <w:rPr>
          <w:b/>
          <w:bCs/>
        </w:rPr>
        <w:t>Approval of Minutes</w:t>
      </w:r>
    </w:p>
    <w:p w14:paraId="0A48860C" w14:textId="1B194F1B" w:rsidR="00F30487" w:rsidRDefault="008007D4" w:rsidP="008907EE">
      <w:pPr>
        <w:pStyle w:val="ListParagraph"/>
        <w:numPr>
          <w:ilvl w:val="0"/>
          <w:numId w:val="9"/>
        </w:numPr>
        <w:pBdr>
          <w:top w:val="nil"/>
          <w:left w:val="nil"/>
          <w:bottom w:val="nil"/>
          <w:right w:val="nil"/>
          <w:between w:val="nil"/>
        </w:pBdr>
        <w:spacing w:line="240" w:lineRule="auto"/>
      </w:pPr>
      <w:r w:rsidRPr="008907EE">
        <w:rPr>
          <w:color w:val="000000"/>
        </w:rPr>
        <w:t xml:space="preserve">Motion by </w:t>
      </w:r>
      <w:r w:rsidR="00B8646A">
        <w:rPr>
          <w:color w:val="000000"/>
        </w:rPr>
        <w:t>Joel Doyon</w:t>
      </w:r>
      <w:r w:rsidRPr="008907EE">
        <w:rPr>
          <w:color w:val="000000"/>
        </w:rPr>
        <w:t xml:space="preserve"> to approve the </w:t>
      </w:r>
      <w:r w:rsidR="00B8646A">
        <w:rPr>
          <w:color w:val="000000"/>
        </w:rPr>
        <w:t>June 9</w:t>
      </w:r>
      <w:r w:rsidR="00E15440" w:rsidRPr="008907EE">
        <w:rPr>
          <w:color w:val="000000"/>
        </w:rPr>
        <w:t xml:space="preserve">, </w:t>
      </w:r>
      <w:proofErr w:type="gramStart"/>
      <w:r w:rsidRPr="008907EE">
        <w:rPr>
          <w:color w:val="000000"/>
        </w:rPr>
        <w:t>2026</w:t>
      </w:r>
      <w:proofErr w:type="gramEnd"/>
      <w:r w:rsidRPr="008907EE">
        <w:rPr>
          <w:color w:val="000000"/>
        </w:rPr>
        <w:t xml:space="preserve"> Select Board Meeting. Seconded </w:t>
      </w:r>
      <w:r w:rsidR="00F558E3" w:rsidRPr="008907EE">
        <w:rPr>
          <w:color w:val="000000"/>
        </w:rPr>
        <w:t xml:space="preserve">by </w:t>
      </w:r>
      <w:r w:rsidR="00796C51">
        <w:rPr>
          <w:color w:val="000000"/>
        </w:rPr>
        <w:t>Andrew Bracy</w:t>
      </w:r>
      <w:r w:rsidRPr="008907EE">
        <w:rPr>
          <w:color w:val="000000"/>
        </w:rPr>
        <w:t xml:space="preserve">. </w:t>
      </w:r>
      <w:r w:rsidR="00216535" w:rsidRPr="008907EE">
        <w:rPr>
          <w:color w:val="000000"/>
        </w:rPr>
        <w:t>Motion</w:t>
      </w:r>
      <w:r w:rsidR="00E80E95" w:rsidRPr="008907EE">
        <w:rPr>
          <w:color w:val="000000"/>
        </w:rPr>
        <w:t xml:space="preserve"> carried</w:t>
      </w:r>
      <w:r w:rsidRPr="008907EE">
        <w:rPr>
          <w:color w:val="000000"/>
        </w:rPr>
        <w:t>.</w:t>
      </w:r>
    </w:p>
    <w:p w14:paraId="0A48860D" w14:textId="77777777" w:rsidR="00F30487" w:rsidRDefault="008007D4" w:rsidP="00190C97">
      <w:pPr>
        <w:spacing w:after="0" w:line="240" w:lineRule="auto"/>
        <w:rPr>
          <w:b/>
          <w:bCs/>
        </w:rPr>
      </w:pPr>
      <w:r>
        <w:rPr>
          <w:b/>
          <w:bCs/>
        </w:rPr>
        <w:t>Treasurer’s Warrant</w:t>
      </w:r>
    </w:p>
    <w:p w14:paraId="0A48860E" w14:textId="5BFF8159" w:rsidR="00F30487" w:rsidRDefault="008007D4" w:rsidP="008907EE">
      <w:pPr>
        <w:pStyle w:val="ListParagraph"/>
        <w:numPr>
          <w:ilvl w:val="0"/>
          <w:numId w:val="9"/>
        </w:numPr>
        <w:pBdr>
          <w:top w:val="nil"/>
          <w:left w:val="nil"/>
          <w:bottom w:val="nil"/>
          <w:right w:val="nil"/>
          <w:between w:val="nil"/>
        </w:pBdr>
        <w:spacing w:line="240" w:lineRule="auto"/>
      </w:pPr>
      <w:r w:rsidRPr="008907EE">
        <w:rPr>
          <w:color w:val="000000"/>
        </w:rPr>
        <w:t xml:space="preserve">Motion by </w:t>
      </w:r>
      <w:r w:rsidR="002024BF">
        <w:rPr>
          <w:color w:val="000000"/>
        </w:rPr>
        <w:t xml:space="preserve">James </w:t>
      </w:r>
      <w:r w:rsidR="008374F6">
        <w:rPr>
          <w:color w:val="000000"/>
        </w:rPr>
        <w:t>Burrill</w:t>
      </w:r>
      <w:r w:rsidRPr="008907EE">
        <w:rPr>
          <w:color w:val="000000"/>
        </w:rPr>
        <w:t xml:space="preserve"> to approve the Treasurer’s Warrant for the week of </w:t>
      </w:r>
      <w:r w:rsidR="00DC53E1">
        <w:rPr>
          <w:color w:val="000000"/>
        </w:rPr>
        <w:t>June</w:t>
      </w:r>
      <w:r w:rsidR="00CB2E1A" w:rsidRPr="008907EE">
        <w:rPr>
          <w:color w:val="000000"/>
        </w:rPr>
        <w:t xml:space="preserve"> </w:t>
      </w:r>
      <w:r w:rsidR="003302BE">
        <w:rPr>
          <w:color w:val="000000"/>
        </w:rPr>
        <w:t>25</w:t>
      </w:r>
      <w:r w:rsidRPr="008907EE">
        <w:rPr>
          <w:color w:val="000000"/>
        </w:rPr>
        <w:t xml:space="preserve">, </w:t>
      </w:r>
      <w:proofErr w:type="gramStart"/>
      <w:r w:rsidRPr="008907EE">
        <w:rPr>
          <w:color w:val="000000"/>
        </w:rPr>
        <w:t>2026</w:t>
      </w:r>
      <w:proofErr w:type="gramEnd"/>
      <w:r w:rsidRPr="008907EE">
        <w:rPr>
          <w:color w:val="000000"/>
        </w:rPr>
        <w:t xml:space="preserve"> in the amount of $</w:t>
      </w:r>
      <w:r w:rsidR="00EF1B2A">
        <w:rPr>
          <w:color w:val="000000"/>
        </w:rPr>
        <w:t>4</w:t>
      </w:r>
      <w:r w:rsidR="00930BAB">
        <w:rPr>
          <w:color w:val="000000"/>
        </w:rPr>
        <w:t>,</w:t>
      </w:r>
      <w:r w:rsidR="002024BF">
        <w:rPr>
          <w:color w:val="000000"/>
        </w:rPr>
        <w:t>887.50</w:t>
      </w:r>
      <w:r w:rsidRPr="008907EE">
        <w:rPr>
          <w:color w:val="000000"/>
        </w:rPr>
        <w:t xml:space="preserve">. Seconded by </w:t>
      </w:r>
      <w:r w:rsidR="00AF2131">
        <w:rPr>
          <w:color w:val="000000"/>
        </w:rPr>
        <w:t>Marcel Lecours</w:t>
      </w:r>
      <w:r w:rsidRPr="008907EE">
        <w:rPr>
          <w:color w:val="000000"/>
        </w:rPr>
        <w:t>. Motion carried.</w:t>
      </w:r>
    </w:p>
    <w:p w14:paraId="0A488611" w14:textId="14E915F7" w:rsidR="00F30487" w:rsidRDefault="008007D4" w:rsidP="004D377F">
      <w:pPr>
        <w:spacing w:after="0" w:line="240" w:lineRule="auto"/>
        <w:rPr>
          <w:b/>
          <w:bCs/>
        </w:rPr>
      </w:pPr>
      <w:bookmarkStart w:id="0" w:name="_heading=h.ymmlanfucwx7" w:colFirst="0" w:colLast="0"/>
      <w:bookmarkEnd w:id="0"/>
      <w:r>
        <w:rPr>
          <w:b/>
          <w:bCs/>
        </w:rPr>
        <w:t>Ongoing Business</w:t>
      </w:r>
    </w:p>
    <w:p w14:paraId="5B5E64A8" w14:textId="7FDC2CC9" w:rsidR="00212148" w:rsidRDefault="008007D4" w:rsidP="00682AE5">
      <w:pPr>
        <w:pStyle w:val="ListParagraph"/>
        <w:numPr>
          <w:ilvl w:val="0"/>
          <w:numId w:val="7"/>
        </w:numPr>
        <w:pBdr>
          <w:top w:val="nil"/>
          <w:left w:val="nil"/>
          <w:bottom w:val="nil"/>
          <w:right w:val="nil"/>
          <w:between w:val="nil"/>
        </w:pBdr>
        <w:rPr>
          <w:color w:val="000000"/>
        </w:rPr>
      </w:pPr>
      <w:r w:rsidRPr="006A42ED">
        <w:rPr>
          <w:b/>
          <w:bCs/>
          <w:color w:val="000000"/>
        </w:rPr>
        <w:t>MSAD 58 withdrawal committee update</w:t>
      </w:r>
      <w:r w:rsidRPr="006A42ED">
        <w:rPr>
          <w:color w:val="000000"/>
        </w:rPr>
        <w:t xml:space="preserve"> –</w:t>
      </w:r>
      <w:r w:rsidR="00F74A27">
        <w:rPr>
          <w:color w:val="000000"/>
        </w:rPr>
        <w:t xml:space="preserve"> </w:t>
      </w:r>
      <w:r w:rsidR="00631323">
        <w:rPr>
          <w:color w:val="000000"/>
        </w:rPr>
        <w:t>negotiations have progressed with MSAD58 offering an additional bus</w:t>
      </w:r>
      <w:r w:rsidR="002D3D21">
        <w:rPr>
          <w:color w:val="000000"/>
        </w:rPr>
        <w:t xml:space="preserve">. </w:t>
      </w:r>
      <w:r w:rsidR="002A324D">
        <w:rPr>
          <w:color w:val="000000"/>
        </w:rPr>
        <w:t>The committee wants to schedule one final meeting.</w:t>
      </w:r>
    </w:p>
    <w:p w14:paraId="33C57912" w14:textId="28A3AB42" w:rsidR="00BA7E1F" w:rsidRPr="000D1FAB" w:rsidRDefault="009C6EB7" w:rsidP="004D377F">
      <w:pPr>
        <w:pStyle w:val="ListParagraph"/>
        <w:numPr>
          <w:ilvl w:val="0"/>
          <w:numId w:val="7"/>
        </w:numPr>
        <w:pBdr>
          <w:top w:val="nil"/>
          <w:left w:val="nil"/>
          <w:bottom w:val="nil"/>
          <w:right w:val="nil"/>
          <w:between w:val="nil"/>
        </w:pBdr>
        <w:spacing w:after="0" w:line="240" w:lineRule="auto"/>
      </w:pPr>
      <w:r w:rsidRPr="00BA7E1F">
        <w:rPr>
          <w:b/>
          <w:bCs/>
          <w:color w:val="000000"/>
        </w:rPr>
        <w:t xml:space="preserve">AVCOG grant </w:t>
      </w:r>
      <w:r w:rsidR="00065787" w:rsidRPr="00BA7E1F">
        <w:rPr>
          <w:color w:val="000000"/>
        </w:rPr>
        <w:t>–</w:t>
      </w:r>
      <w:r w:rsidR="00D07604" w:rsidRPr="00BA7E1F">
        <w:rPr>
          <w:color w:val="000000"/>
        </w:rPr>
        <w:t xml:space="preserve"> </w:t>
      </w:r>
      <w:r w:rsidR="00625103">
        <w:rPr>
          <w:color w:val="000000"/>
        </w:rPr>
        <w:t>no response yet</w:t>
      </w:r>
      <w:r w:rsidR="00BA7E1F" w:rsidRPr="00BA7E1F">
        <w:rPr>
          <w:color w:val="000000"/>
        </w:rPr>
        <w:t xml:space="preserve">. </w:t>
      </w:r>
    </w:p>
    <w:p w14:paraId="60BAA7EA" w14:textId="662B08D7" w:rsidR="004E0A0F" w:rsidRPr="00C709EF" w:rsidRDefault="00553780" w:rsidP="00DE6B39">
      <w:pPr>
        <w:pStyle w:val="ListParagraph"/>
        <w:numPr>
          <w:ilvl w:val="0"/>
          <w:numId w:val="7"/>
        </w:numPr>
        <w:pBdr>
          <w:top w:val="nil"/>
          <w:left w:val="nil"/>
          <w:bottom w:val="nil"/>
          <w:right w:val="nil"/>
          <w:between w:val="nil"/>
        </w:pBdr>
        <w:spacing w:after="0" w:line="240" w:lineRule="auto"/>
      </w:pPr>
      <w:r>
        <w:rPr>
          <w:b/>
          <w:bCs/>
          <w:color w:val="000000"/>
        </w:rPr>
        <w:t xml:space="preserve">Special Town Meeting </w:t>
      </w:r>
      <w:r w:rsidR="00E054AD">
        <w:rPr>
          <w:color w:val="000000"/>
        </w:rPr>
        <w:t>–</w:t>
      </w:r>
      <w:r>
        <w:rPr>
          <w:b/>
          <w:bCs/>
          <w:color w:val="000000"/>
        </w:rPr>
        <w:t xml:space="preserve"> </w:t>
      </w:r>
      <w:r w:rsidR="00813888">
        <w:rPr>
          <w:color w:val="000000"/>
        </w:rPr>
        <w:t>to move money from Surplus to the Tarvia account to complete the paving project with Pike Industries</w:t>
      </w:r>
      <w:r w:rsidR="00F83577">
        <w:rPr>
          <w:color w:val="000000"/>
        </w:rPr>
        <w:t xml:space="preserve"> on Birch Lane and Shady Lane. The board </w:t>
      </w:r>
      <w:r w:rsidR="0045552C">
        <w:rPr>
          <w:color w:val="000000"/>
        </w:rPr>
        <w:t xml:space="preserve">agreed to schedule the </w:t>
      </w:r>
      <w:r w:rsidR="008679A6">
        <w:rPr>
          <w:color w:val="000000"/>
        </w:rPr>
        <w:t xml:space="preserve">special meeting for July 28 with the select board meeting immediately after. The dollar amount will be determined at the </w:t>
      </w:r>
      <w:r w:rsidR="0028071F">
        <w:rPr>
          <w:color w:val="000000"/>
        </w:rPr>
        <w:t>7/14 meeting.</w:t>
      </w:r>
    </w:p>
    <w:p w14:paraId="24A71276" w14:textId="77777777" w:rsidR="00C709EF" w:rsidRDefault="00C709EF" w:rsidP="00C709EF">
      <w:pPr>
        <w:pBdr>
          <w:top w:val="nil"/>
          <w:left w:val="nil"/>
          <w:bottom w:val="nil"/>
          <w:right w:val="nil"/>
          <w:between w:val="nil"/>
        </w:pBdr>
        <w:spacing w:after="0" w:line="240" w:lineRule="auto"/>
      </w:pPr>
    </w:p>
    <w:p w14:paraId="2DCABFD2" w14:textId="61A2A58B" w:rsidR="00C709EF" w:rsidRPr="00C709EF" w:rsidRDefault="00C709EF" w:rsidP="00C709EF">
      <w:pPr>
        <w:pBdr>
          <w:top w:val="nil"/>
          <w:left w:val="nil"/>
          <w:bottom w:val="nil"/>
          <w:right w:val="nil"/>
          <w:between w:val="nil"/>
        </w:pBdr>
        <w:spacing w:after="0" w:line="240" w:lineRule="auto"/>
      </w:pPr>
      <w:r w:rsidRPr="00C709EF">
        <w:rPr>
          <w:b/>
          <w:bCs/>
        </w:rPr>
        <w:t>Public Comment</w:t>
      </w:r>
      <w:r>
        <w:t xml:space="preserve"> – none.</w:t>
      </w:r>
    </w:p>
    <w:p w14:paraId="710CB8CB" w14:textId="77777777" w:rsidR="004E0A0F" w:rsidRDefault="004E0A0F" w:rsidP="00DE6B39">
      <w:pPr>
        <w:pBdr>
          <w:top w:val="nil"/>
          <w:left w:val="nil"/>
          <w:bottom w:val="nil"/>
          <w:right w:val="nil"/>
          <w:between w:val="nil"/>
        </w:pBdr>
        <w:spacing w:after="0" w:line="240" w:lineRule="auto"/>
        <w:rPr>
          <w:b/>
          <w:bCs/>
        </w:rPr>
      </w:pPr>
    </w:p>
    <w:p w14:paraId="47914735" w14:textId="279F3961" w:rsidR="009E1592" w:rsidRPr="00995B5A" w:rsidRDefault="008007D4" w:rsidP="00DE6B39">
      <w:pPr>
        <w:pBdr>
          <w:top w:val="nil"/>
          <w:left w:val="nil"/>
          <w:bottom w:val="nil"/>
          <w:right w:val="nil"/>
          <w:between w:val="nil"/>
        </w:pBdr>
        <w:spacing w:after="0" w:line="240" w:lineRule="auto"/>
      </w:pPr>
      <w:r w:rsidRPr="003A0810">
        <w:rPr>
          <w:b/>
          <w:bCs/>
        </w:rPr>
        <w:t>Treasurer’s Report –</w:t>
      </w:r>
      <w:r w:rsidR="00952034" w:rsidRPr="003A0810">
        <w:rPr>
          <w:b/>
          <w:bCs/>
        </w:rPr>
        <w:t xml:space="preserve"> </w:t>
      </w:r>
      <w:r w:rsidR="00C709EF">
        <w:t xml:space="preserve">currently focused on Q2 reporting and </w:t>
      </w:r>
      <w:r w:rsidR="008F427A">
        <w:t>working on the commitment with our assessors</w:t>
      </w:r>
      <w:r w:rsidR="00C120E0">
        <w:t>.</w:t>
      </w:r>
    </w:p>
    <w:p w14:paraId="5D331FEF" w14:textId="77777777" w:rsidR="00DE6B39" w:rsidRDefault="00DE6B39" w:rsidP="00DE6B39">
      <w:pPr>
        <w:pBdr>
          <w:top w:val="nil"/>
          <w:left w:val="nil"/>
          <w:bottom w:val="nil"/>
          <w:right w:val="nil"/>
          <w:between w:val="nil"/>
        </w:pBdr>
        <w:spacing w:after="0" w:line="240" w:lineRule="auto"/>
      </w:pPr>
    </w:p>
    <w:p w14:paraId="0A48861A" w14:textId="00F52A87" w:rsidR="00F30487" w:rsidRDefault="009E1592">
      <w:pPr>
        <w:spacing w:after="280" w:line="240" w:lineRule="auto"/>
      </w:pPr>
      <w:r w:rsidRPr="009E1592">
        <w:rPr>
          <w:b/>
          <w:bCs/>
        </w:rPr>
        <w:t>Clerk’s</w:t>
      </w:r>
      <w:r w:rsidR="008007D4">
        <w:rPr>
          <w:b/>
          <w:bCs/>
        </w:rPr>
        <w:t xml:space="preserve"> Report </w:t>
      </w:r>
      <w:r w:rsidR="00746E06">
        <w:t xml:space="preserve">– </w:t>
      </w:r>
      <w:r w:rsidR="00FB3C92">
        <w:t>the second</w:t>
      </w:r>
      <w:r w:rsidR="004A22E5">
        <w:t xml:space="preserve"> MSAD58 budget validation referendum</w:t>
      </w:r>
      <w:r w:rsidR="00FB3C92">
        <w:t xml:space="preserve"> is scheduled for August 10, 2026</w:t>
      </w:r>
      <w:r w:rsidR="004A22E5">
        <w:t>.</w:t>
      </w:r>
      <w:r w:rsidR="004F2BDD">
        <w:t xml:space="preserve"> The board signed the warrants. The budget hearing is set for </w:t>
      </w:r>
      <w:r w:rsidR="00126FCB">
        <w:t>7pm on July 20</w:t>
      </w:r>
      <w:r w:rsidR="00126FCB" w:rsidRPr="00126FCB">
        <w:rPr>
          <w:vertAlign w:val="superscript"/>
        </w:rPr>
        <w:t>th</w:t>
      </w:r>
      <w:r w:rsidR="00126FCB">
        <w:t xml:space="preserve"> at Mt. Abram High School. </w:t>
      </w:r>
      <w:r w:rsidR="00F8208E">
        <w:t xml:space="preserve">Amanda Coolong </w:t>
      </w:r>
      <w:r w:rsidR="00AF0BCF">
        <w:t>also explained the tra</w:t>
      </w:r>
      <w:r w:rsidR="00430567">
        <w:t>dition of the Boston Post Cane, given to the town’s eldest resident. Strong’s cane was retired 15 years ago, and the board decided to revive the tradition this year in honor of the town’s 225</w:t>
      </w:r>
      <w:r w:rsidR="00430567" w:rsidRPr="00430567">
        <w:rPr>
          <w:vertAlign w:val="superscript"/>
        </w:rPr>
        <w:t>th</w:t>
      </w:r>
      <w:r w:rsidR="00430567">
        <w:t xml:space="preserve"> birthday.</w:t>
      </w:r>
      <w:r w:rsidR="00BD1FB6">
        <w:t xml:space="preserve"> The town clerk will coordinate the presentation to coincide with </w:t>
      </w:r>
      <w:proofErr w:type="spellStart"/>
      <w:r w:rsidR="00BD1FB6">
        <w:t>Pierpole</w:t>
      </w:r>
      <w:proofErr w:type="spellEnd"/>
      <w:r w:rsidR="00BD1FB6">
        <w:t xml:space="preserve"> Days.</w:t>
      </w:r>
    </w:p>
    <w:p w14:paraId="29C68C29" w14:textId="2B97F6AD" w:rsidR="00CA2DE8" w:rsidRDefault="008007D4" w:rsidP="00DD6B83">
      <w:pPr>
        <w:spacing w:line="240" w:lineRule="auto"/>
      </w:pPr>
      <w:r>
        <w:rPr>
          <w:b/>
          <w:bCs/>
        </w:rPr>
        <w:t>Public Works &amp; Fire Department Report</w:t>
      </w:r>
      <w:r>
        <w:t xml:space="preserve"> – </w:t>
      </w:r>
      <w:r w:rsidR="00E41AB1">
        <w:t xml:space="preserve">None. </w:t>
      </w:r>
    </w:p>
    <w:p w14:paraId="64F80CC0" w14:textId="38DFCBA3" w:rsidR="00D7544D" w:rsidRDefault="008007D4" w:rsidP="007C3618">
      <w:pPr>
        <w:spacing w:after="280" w:line="240" w:lineRule="auto"/>
      </w:pPr>
      <w:r>
        <w:rPr>
          <w:b/>
          <w:bCs/>
        </w:rPr>
        <w:t>Select Board Reports –</w:t>
      </w:r>
      <w:r w:rsidR="00F06E87">
        <w:t xml:space="preserve"> </w:t>
      </w:r>
      <w:r w:rsidR="00805199">
        <w:t xml:space="preserve">James Burrill </w:t>
      </w:r>
      <w:r w:rsidR="00E102E0">
        <w:t>reported there is an events committee meeting 6/</w:t>
      </w:r>
      <w:r w:rsidR="005601CE">
        <w:t>24</w:t>
      </w:r>
      <w:r w:rsidR="00163F90">
        <w:t>.</w:t>
      </w:r>
      <w:r w:rsidR="00FB76FC">
        <w:t xml:space="preserve"> Andrew Bracy reported </w:t>
      </w:r>
      <w:r w:rsidR="00A044B7">
        <w:t xml:space="preserve">some improvement with cleaning up Lorraine </w:t>
      </w:r>
      <w:r w:rsidR="00F81373">
        <w:t xml:space="preserve">Lagasse’s property. The board noted the Nazarene Church property </w:t>
      </w:r>
      <w:r w:rsidR="00BD1302">
        <w:t xml:space="preserve">remains largely unchanged. </w:t>
      </w:r>
      <w:r w:rsidR="008414F0">
        <w:t>The deadline to remove the vehicles is July 30.</w:t>
      </w:r>
    </w:p>
    <w:p w14:paraId="7CF025BC" w14:textId="64AAC551" w:rsidR="00643E3D" w:rsidRDefault="00643E3D" w:rsidP="007C3618">
      <w:pPr>
        <w:spacing w:after="280" w:line="240" w:lineRule="auto"/>
      </w:pPr>
      <w:r>
        <w:t xml:space="preserve">The board </w:t>
      </w:r>
      <w:r w:rsidR="00F3568A">
        <w:t xml:space="preserve">then voted for Maine Municipal Association’s </w:t>
      </w:r>
      <w:r w:rsidR="00F7322A">
        <w:t xml:space="preserve">two </w:t>
      </w:r>
      <w:r w:rsidR="00113CA7">
        <w:t>Policy Committee</w:t>
      </w:r>
      <w:r w:rsidR="002C7E6A">
        <w:t xml:space="preserve"> </w:t>
      </w:r>
      <w:r w:rsidR="00F7322A">
        <w:t>members</w:t>
      </w:r>
      <w:r w:rsidR="0005631A">
        <w:t xml:space="preserve">, Elaine </w:t>
      </w:r>
      <w:r w:rsidR="002246AB">
        <w:t xml:space="preserve">Aloes and </w:t>
      </w:r>
      <w:r w:rsidR="00071C37">
        <w:t>Erica LaCroix</w:t>
      </w:r>
      <w:r w:rsidR="00113CA7">
        <w:t>.</w:t>
      </w:r>
      <w:r w:rsidR="008E7C7A">
        <w:t xml:space="preserve"> </w:t>
      </w:r>
    </w:p>
    <w:p w14:paraId="0542F07D" w14:textId="0B659379" w:rsidR="002D4BD3" w:rsidRDefault="00154EC2" w:rsidP="007C3618">
      <w:pPr>
        <w:spacing w:after="280" w:line="240" w:lineRule="auto"/>
      </w:pPr>
      <w:r>
        <w:t xml:space="preserve">Rupert Pratt </w:t>
      </w:r>
      <w:r w:rsidR="00D07CDB">
        <w:t>asked</w:t>
      </w:r>
      <w:r>
        <w:t xml:space="preserve"> the town office </w:t>
      </w:r>
      <w:r w:rsidR="00D07CDB">
        <w:t>staff to contact</w:t>
      </w:r>
      <w:r>
        <w:t xml:space="preserve"> MMA </w:t>
      </w:r>
      <w:r w:rsidR="008837EA">
        <w:t>about possibly</w:t>
      </w:r>
      <w:r>
        <w:t xml:space="preserve"> charging real estate agents and title companies a nominal fee for requesting property tax cards</w:t>
      </w:r>
      <w:r w:rsidR="005F4A34">
        <w:t>.</w:t>
      </w:r>
    </w:p>
    <w:p w14:paraId="0A48861D" w14:textId="77777777" w:rsidR="00F30487" w:rsidRDefault="008007D4" w:rsidP="000D4F21">
      <w:pPr>
        <w:spacing w:after="0" w:line="240" w:lineRule="auto"/>
      </w:pPr>
      <w:r>
        <w:rPr>
          <w:b/>
          <w:bCs/>
        </w:rPr>
        <w:t xml:space="preserve">Adjournment </w:t>
      </w:r>
    </w:p>
    <w:p w14:paraId="0A48861E" w14:textId="0D0B2A33" w:rsidR="00F30487" w:rsidRDefault="008007D4">
      <w:pPr>
        <w:spacing w:line="240" w:lineRule="auto"/>
      </w:pPr>
      <w:r>
        <w:t xml:space="preserve">Motion to adjourn by </w:t>
      </w:r>
      <w:r w:rsidR="00030A41">
        <w:t>Andrew Bracy</w:t>
      </w:r>
      <w:r>
        <w:t xml:space="preserve">. Seconded by </w:t>
      </w:r>
      <w:r w:rsidR="00030A41">
        <w:t>Joel Doyon</w:t>
      </w:r>
      <w:r>
        <w:t xml:space="preserve">. Motion carried. Meeting adjourned at </w:t>
      </w:r>
      <w:r w:rsidR="003B1124">
        <w:t>6:</w:t>
      </w:r>
      <w:r w:rsidR="00E12B67">
        <w:t>30</w:t>
      </w:r>
      <w:r w:rsidR="003B1124">
        <w:t>pm</w:t>
      </w:r>
      <w:r>
        <w:t xml:space="preserve">. Next meeting: Tuesday, </w:t>
      </w:r>
      <w:r w:rsidR="001822F3">
        <w:t>July</w:t>
      </w:r>
      <w:r>
        <w:t xml:space="preserve"> </w:t>
      </w:r>
      <w:r w:rsidR="001822F3">
        <w:t>14</w:t>
      </w:r>
      <w:r>
        <w:t xml:space="preserve">, </w:t>
      </w:r>
      <w:proofErr w:type="gramStart"/>
      <w:r>
        <w:t>2026</w:t>
      </w:r>
      <w:proofErr w:type="gramEnd"/>
      <w:r>
        <w:t xml:space="preserve"> at 6pm.</w:t>
      </w:r>
    </w:p>
    <w:p w14:paraId="0A48861F" w14:textId="77777777" w:rsidR="00F30487" w:rsidRDefault="008007D4">
      <w:r>
        <w:t>Respectfully submitted,</w:t>
      </w:r>
      <w:r>
        <w:br/>
        <w:t>Amanda Coolong, town clerk</w:t>
      </w:r>
    </w:p>
    <w:sectPr w:rsidR="00F30487">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8B421" w14:textId="77777777" w:rsidR="007B41AC" w:rsidRDefault="007B41AC">
      <w:pPr>
        <w:spacing w:after="0" w:line="240" w:lineRule="auto"/>
      </w:pPr>
      <w:r>
        <w:separator/>
      </w:r>
    </w:p>
  </w:endnote>
  <w:endnote w:type="continuationSeparator" w:id="0">
    <w:p w14:paraId="3B6E5853" w14:textId="77777777" w:rsidR="007B41AC" w:rsidRDefault="007B4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F5E9A5D-7DD5-4FA4-B110-130C9698977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86405AB3-EF47-4279-A43F-0041403CCA9A}"/>
    <w:embedBold r:id="rId3" w:fontKey="{144E78FE-95A5-4636-8FC6-5BB2D7501AE1}"/>
    <w:embedItalic r:id="rId4" w:fontKey="{C677870D-0335-4B51-9B5F-D337B254B699}"/>
    <w:embedBoldItalic r:id="rId5" w:fontKey="{84D081A8-3F6B-4BCF-A2BD-AAE5141FB5B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12933AAD-8CB6-4E8B-A663-2CFDFCF08A08}"/>
    <w:embedBold r:id="rId7" w:fontKey="{97D3469D-19B2-4754-A248-DE3F30369D89}"/>
    <w:embedItalic r:id="rId8" w:fontKey="{5693E023-A7FC-49F4-B386-ECC3A77791D4}"/>
    <w:embedBoldItalic r:id="rId9" w:fontKey="{832AA4E7-068B-4F84-AC77-D2E24316DD0B}"/>
  </w:font>
  <w:font w:name="Courier">
    <w:panose1 w:val="02070409020205020404"/>
    <w:charset w:val="00"/>
    <w:family w:val="modern"/>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F3473" w14:textId="77777777" w:rsidR="007B41AC" w:rsidRDefault="007B41AC">
      <w:pPr>
        <w:spacing w:after="0" w:line="240" w:lineRule="auto"/>
      </w:pPr>
      <w:r>
        <w:separator/>
      </w:r>
    </w:p>
  </w:footnote>
  <w:footnote w:type="continuationSeparator" w:id="0">
    <w:p w14:paraId="00105783" w14:textId="77777777" w:rsidR="007B41AC" w:rsidRDefault="007B4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88620" w14:textId="77777777" w:rsidR="00F30487" w:rsidRDefault="008007D4">
    <w:pPr>
      <w:pBdr>
        <w:top w:val="nil"/>
        <w:left w:val="nil"/>
        <w:bottom w:val="nil"/>
        <w:right w:val="nil"/>
        <w:between w:val="nil"/>
      </w:pBdr>
      <w:tabs>
        <w:tab w:val="center" w:pos="4680"/>
        <w:tab w:val="right" w:pos="9360"/>
      </w:tabs>
      <w:spacing w:after="0" w:line="240" w:lineRule="auto"/>
      <w:rPr>
        <w:b/>
        <w:bCs/>
        <w:color w:val="000000"/>
      </w:rPr>
    </w:pPr>
    <w:r>
      <w:rPr>
        <w:b/>
        <w:bCs/>
        <w:color w:val="000000"/>
      </w:rPr>
      <w:tab/>
      <w:t xml:space="preserve">          Strong Select Board Meeting Minutes</w:t>
    </w:r>
  </w:p>
  <w:p w14:paraId="0A488621" w14:textId="546643DC" w:rsidR="00F30487" w:rsidRDefault="008007D4">
    <w:pPr>
      <w:pBdr>
        <w:top w:val="nil"/>
        <w:left w:val="nil"/>
        <w:bottom w:val="nil"/>
        <w:right w:val="nil"/>
        <w:between w:val="nil"/>
      </w:pBdr>
      <w:tabs>
        <w:tab w:val="center" w:pos="4680"/>
        <w:tab w:val="right" w:pos="9360"/>
      </w:tabs>
      <w:spacing w:after="0" w:line="240" w:lineRule="auto"/>
      <w:rPr>
        <w:b/>
        <w:bCs/>
        <w:color w:val="000000"/>
      </w:rPr>
    </w:pPr>
    <w:r>
      <w:rPr>
        <w:b/>
        <w:bCs/>
        <w:color w:val="000000"/>
      </w:rPr>
      <w:tab/>
      <w:t xml:space="preserve">          Tuesday, </w:t>
    </w:r>
    <w:r w:rsidR="009C7D77">
      <w:rPr>
        <w:b/>
        <w:bCs/>
      </w:rPr>
      <w:t>June</w:t>
    </w:r>
    <w:r>
      <w:rPr>
        <w:b/>
        <w:bCs/>
        <w:color w:val="000000"/>
      </w:rPr>
      <w:t xml:space="preserve"> </w:t>
    </w:r>
    <w:r w:rsidR="0075124A">
      <w:rPr>
        <w:b/>
        <w:bCs/>
      </w:rPr>
      <w:t>23</w:t>
    </w:r>
    <w:r>
      <w:rPr>
        <w:b/>
        <w:bCs/>
        <w:color w:val="000000"/>
      </w:rPr>
      <w:t xml:space="preserve">, </w:t>
    </w:r>
    <w:proofErr w:type="gramStart"/>
    <w:r>
      <w:rPr>
        <w:b/>
        <w:bCs/>
        <w:color w:val="000000"/>
      </w:rPr>
      <w:t>2026</w:t>
    </w:r>
    <w:proofErr w:type="gramEnd"/>
    <w:r>
      <w:rPr>
        <w:b/>
        <w:bCs/>
        <w:color w:val="000000"/>
      </w:rPr>
      <w:t xml:space="preserve"> at 6PM</w:t>
    </w:r>
  </w:p>
  <w:p w14:paraId="0A488622" w14:textId="77777777" w:rsidR="00F30487" w:rsidRDefault="008007D4">
    <w:pPr>
      <w:pBdr>
        <w:top w:val="nil"/>
        <w:left w:val="nil"/>
        <w:bottom w:val="nil"/>
        <w:right w:val="nil"/>
        <w:between w:val="nil"/>
      </w:pBdr>
      <w:tabs>
        <w:tab w:val="center" w:pos="4680"/>
        <w:tab w:val="right" w:pos="9360"/>
      </w:tabs>
      <w:spacing w:after="0" w:line="240" w:lineRule="auto"/>
      <w:rPr>
        <w:b/>
        <w:bCs/>
        <w:color w:val="000000"/>
      </w:rPr>
    </w:pPr>
    <w:r>
      <w:rPr>
        <w:b/>
        <w:bCs/>
        <w:color w:val="000000"/>
      </w:rPr>
      <w:tab/>
      <w:t xml:space="preserve">          Forster Memorial Building, 14 S. Main 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A11B9"/>
    <w:multiLevelType w:val="multilevel"/>
    <w:tmpl w:val="90E4F27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24F5D44"/>
    <w:multiLevelType w:val="hybridMultilevel"/>
    <w:tmpl w:val="6ED2052A"/>
    <w:lvl w:ilvl="0" w:tplc="6CE630EA">
      <w:numFmt w:val="bullet"/>
      <w:lvlText w:val=""/>
      <w:lvlJc w:val="left"/>
      <w:pPr>
        <w:ind w:left="360" w:hanging="360"/>
      </w:pPr>
      <w:rPr>
        <w:rFonts w:ascii="Symbol" w:eastAsia="Cambria" w:hAnsi="Symbol" w:cs="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6F2211A"/>
    <w:multiLevelType w:val="hybridMultilevel"/>
    <w:tmpl w:val="31A00C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A624AED"/>
    <w:multiLevelType w:val="multilevel"/>
    <w:tmpl w:val="A66AE0C2"/>
    <w:lvl w:ilvl="0">
      <w:numFmt w:val="bullet"/>
      <w:lvlText w:val=""/>
      <w:lvlJc w:val="left"/>
      <w:pPr>
        <w:ind w:left="360" w:hanging="360"/>
      </w:pPr>
      <w:rPr>
        <w:rFonts w:ascii="Symbol" w:eastAsia="Cambria" w:hAnsi="Symbol" w:cs="Cambria"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13655F0"/>
    <w:multiLevelType w:val="multilevel"/>
    <w:tmpl w:val="56823956"/>
    <w:lvl w:ilvl="0">
      <w:start w:val="1"/>
      <w:numFmt w:val="bullet"/>
      <w:pStyle w:val="ListBullet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9F550BC"/>
    <w:multiLevelType w:val="multilevel"/>
    <w:tmpl w:val="14767BB4"/>
    <w:lvl w:ilvl="0">
      <w:start w:val="1"/>
      <w:numFmt w:val="bullet"/>
      <w:pStyle w:val="ListBullet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E155850"/>
    <w:multiLevelType w:val="multilevel"/>
    <w:tmpl w:val="713C9E92"/>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C57583B"/>
    <w:multiLevelType w:val="hybridMultilevel"/>
    <w:tmpl w:val="2BA47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16608317">
    <w:abstractNumId w:val="0"/>
  </w:num>
  <w:num w:numId="2" w16cid:durableId="1839610219">
    <w:abstractNumId w:val="4"/>
  </w:num>
  <w:num w:numId="3" w16cid:durableId="175267982">
    <w:abstractNumId w:val="5"/>
  </w:num>
  <w:num w:numId="4" w16cid:durableId="1957180373">
    <w:abstractNumId w:val="6"/>
  </w:num>
  <w:num w:numId="5" w16cid:durableId="7102991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832524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96304977">
    <w:abstractNumId w:val="2"/>
  </w:num>
  <w:num w:numId="8" w16cid:durableId="1149983279">
    <w:abstractNumId w:val="7"/>
  </w:num>
  <w:num w:numId="9" w16cid:durableId="1566144721">
    <w:abstractNumId w:val="1"/>
  </w:num>
  <w:num w:numId="10" w16cid:durableId="886914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487"/>
    <w:rsid w:val="000008D1"/>
    <w:rsid w:val="00004572"/>
    <w:rsid w:val="000105FA"/>
    <w:rsid w:val="0001426C"/>
    <w:rsid w:val="00015D7C"/>
    <w:rsid w:val="00017A3C"/>
    <w:rsid w:val="000253EB"/>
    <w:rsid w:val="00030122"/>
    <w:rsid w:val="00030A41"/>
    <w:rsid w:val="00033F46"/>
    <w:rsid w:val="0003584E"/>
    <w:rsid w:val="000365BC"/>
    <w:rsid w:val="000407E0"/>
    <w:rsid w:val="00040FDC"/>
    <w:rsid w:val="00051167"/>
    <w:rsid w:val="00052FE2"/>
    <w:rsid w:val="0005631A"/>
    <w:rsid w:val="00056F11"/>
    <w:rsid w:val="000618D2"/>
    <w:rsid w:val="000647AF"/>
    <w:rsid w:val="00064BD6"/>
    <w:rsid w:val="00065787"/>
    <w:rsid w:val="00066B64"/>
    <w:rsid w:val="00066CA7"/>
    <w:rsid w:val="000672C1"/>
    <w:rsid w:val="00070D6F"/>
    <w:rsid w:val="00071C37"/>
    <w:rsid w:val="00074F32"/>
    <w:rsid w:val="000801EB"/>
    <w:rsid w:val="00080B32"/>
    <w:rsid w:val="00080D48"/>
    <w:rsid w:val="00083379"/>
    <w:rsid w:val="00084346"/>
    <w:rsid w:val="00091E1E"/>
    <w:rsid w:val="0009215B"/>
    <w:rsid w:val="00092B4D"/>
    <w:rsid w:val="00094E7D"/>
    <w:rsid w:val="000A2E57"/>
    <w:rsid w:val="000A46DB"/>
    <w:rsid w:val="000A5ABF"/>
    <w:rsid w:val="000A64CA"/>
    <w:rsid w:val="000B3194"/>
    <w:rsid w:val="000B6335"/>
    <w:rsid w:val="000B704E"/>
    <w:rsid w:val="000C42EA"/>
    <w:rsid w:val="000C64AB"/>
    <w:rsid w:val="000D1CAD"/>
    <w:rsid w:val="000D1FAB"/>
    <w:rsid w:val="000D1FBC"/>
    <w:rsid w:val="000D4F21"/>
    <w:rsid w:val="000D5D45"/>
    <w:rsid w:val="000D5E25"/>
    <w:rsid w:val="000E51A4"/>
    <w:rsid w:val="000F0967"/>
    <w:rsid w:val="000F39F8"/>
    <w:rsid w:val="000F4EE2"/>
    <w:rsid w:val="000F572A"/>
    <w:rsid w:val="001048AB"/>
    <w:rsid w:val="00113CA7"/>
    <w:rsid w:val="001147CC"/>
    <w:rsid w:val="00123661"/>
    <w:rsid w:val="00123FCB"/>
    <w:rsid w:val="00124623"/>
    <w:rsid w:val="00126FCB"/>
    <w:rsid w:val="00127F72"/>
    <w:rsid w:val="00137414"/>
    <w:rsid w:val="00140CC7"/>
    <w:rsid w:val="00141CA1"/>
    <w:rsid w:val="0015307A"/>
    <w:rsid w:val="00154EC2"/>
    <w:rsid w:val="00161152"/>
    <w:rsid w:val="00163F90"/>
    <w:rsid w:val="001676EB"/>
    <w:rsid w:val="001757ED"/>
    <w:rsid w:val="00176DBC"/>
    <w:rsid w:val="001822F3"/>
    <w:rsid w:val="001839B2"/>
    <w:rsid w:val="0018752C"/>
    <w:rsid w:val="00190C97"/>
    <w:rsid w:val="0019283D"/>
    <w:rsid w:val="00194412"/>
    <w:rsid w:val="001A00D5"/>
    <w:rsid w:val="001A0127"/>
    <w:rsid w:val="001A1BA2"/>
    <w:rsid w:val="001A5490"/>
    <w:rsid w:val="001A5766"/>
    <w:rsid w:val="001A7657"/>
    <w:rsid w:val="001C72AB"/>
    <w:rsid w:val="001D48CD"/>
    <w:rsid w:val="001D5AF1"/>
    <w:rsid w:val="001E4F7E"/>
    <w:rsid w:val="001F28EE"/>
    <w:rsid w:val="001F41D7"/>
    <w:rsid w:val="001F438D"/>
    <w:rsid w:val="001F6A99"/>
    <w:rsid w:val="0020042C"/>
    <w:rsid w:val="002024BF"/>
    <w:rsid w:val="002041A5"/>
    <w:rsid w:val="00207D5D"/>
    <w:rsid w:val="002109A4"/>
    <w:rsid w:val="00212148"/>
    <w:rsid w:val="002128C3"/>
    <w:rsid w:val="00213D39"/>
    <w:rsid w:val="00216535"/>
    <w:rsid w:val="00216DCA"/>
    <w:rsid w:val="00221EA2"/>
    <w:rsid w:val="0022208C"/>
    <w:rsid w:val="002246AB"/>
    <w:rsid w:val="00232EF6"/>
    <w:rsid w:val="00236225"/>
    <w:rsid w:val="0025475B"/>
    <w:rsid w:val="00255C67"/>
    <w:rsid w:val="00257FFC"/>
    <w:rsid w:val="00265412"/>
    <w:rsid w:val="0026558F"/>
    <w:rsid w:val="0027477B"/>
    <w:rsid w:val="0028071F"/>
    <w:rsid w:val="00282B8B"/>
    <w:rsid w:val="00283579"/>
    <w:rsid w:val="00286F90"/>
    <w:rsid w:val="00290C55"/>
    <w:rsid w:val="00292A3B"/>
    <w:rsid w:val="002931F2"/>
    <w:rsid w:val="002A324D"/>
    <w:rsid w:val="002A52E8"/>
    <w:rsid w:val="002A75FC"/>
    <w:rsid w:val="002B005A"/>
    <w:rsid w:val="002B0298"/>
    <w:rsid w:val="002B0374"/>
    <w:rsid w:val="002B2404"/>
    <w:rsid w:val="002B5C29"/>
    <w:rsid w:val="002B7D90"/>
    <w:rsid w:val="002C1A2C"/>
    <w:rsid w:val="002C2E41"/>
    <w:rsid w:val="002C7E6A"/>
    <w:rsid w:val="002D0F35"/>
    <w:rsid w:val="002D306D"/>
    <w:rsid w:val="002D3D21"/>
    <w:rsid w:val="002D4BD3"/>
    <w:rsid w:val="002E16FB"/>
    <w:rsid w:val="002E5404"/>
    <w:rsid w:val="002F345D"/>
    <w:rsid w:val="002F5EC8"/>
    <w:rsid w:val="003017B0"/>
    <w:rsid w:val="00312EB3"/>
    <w:rsid w:val="0031575B"/>
    <w:rsid w:val="0031678E"/>
    <w:rsid w:val="003302BE"/>
    <w:rsid w:val="003333BD"/>
    <w:rsid w:val="00340F7C"/>
    <w:rsid w:val="00370569"/>
    <w:rsid w:val="00370EC0"/>
    <w:rsid w:val="003746EB"/>
    <w:rsid w:val="00383A01"/>
    <w:rsid w:val="003840C3"/>
    <w:rsid w:val="00384228"/>
    <w:rsid w:val="00387A38"/>
    <w:rsid w:val="003A0810"/>
    <w:rsid w:val="003A1646"/>
    <w:rsid w:val="003A47BF"/>
    <w:rsid w:val="003B0308"/>
    <w:rsid w:val="003B1124"/>
    <w:rsid w:val="003B1D5F"/>
    <w:rsid w:val="003B23E1"/>
    <w:rsid w:val="003B2BD7"/>
    <w:rsid w:val="003B53C7"/>
    <w:rsid w:val="003C18EB"/>
    <w:rsid w:val="003C4DB8"/>
    <w:rsid w:val="003C54F5"/>
    <w:rsid w:val="003C5793"/>
    <w:rsid w:val="003D04F4"/>
    <w:rsid w:val="003D21BD"/>
    <w:rsid w:val="003E6080"/>
    <w:rsid w:val="00403EF1"/>
    <w:rsid w:val="00416C6E"/>
    <w:rsid w:val="00420A79"/>
    <w:rsid w:val="004213C9"/>
    <w:rsid w:val="00430567"/>
    <w:rsid w:val="00432EC0"/>
    <w:rsid w:val="004364A6"/>
    <w:rsid w:val="004364B5"/>
    <w:rsid w:val="00437273"/>
    <w:rsid w:val="0044245E"/>
    <w:rsid w:val="0045552C"/>
    <w:rsid w:val="004570A5"/>
    <w:rsid w:val="004614AF"/>
    <w:rsid w:val="004614DE"/>
    <w:rsid w:val="00470187"/>
    <w:rsid w:val="0047170D"/>
    <w:rsid w:val="00482367"/>
    <w:rsid w:val="00491B88"/>
    <w:rsid w:val="00492F37"/>
    <w:rsid w:val="00494714"/>
    <w:rsid w:val="00495131"/>
    <w:rsid w:val="004A22E5"/>
    <w:rsid w:val="004A7049"/>
    <w:rsid w:val="004A7315"/>
    <w:rsid w:val="004B0452"/>
    <w:rsid w:val="004B7846"/>
    <w:rsid w:val="004C35BE"/>
    <w:rsid w:val="004C64CC"/>
    <w:rsid w:val="004D377F"/>
    <w:rsid w:val="004E0A0F"/>
    <w:rsid w:val="004E1C73"/>
    <w:rsid w:val="004E6290"/>
    <w:rsid w:val="004F0369"/>
    <w:rsid w:val="004F2BDD"/>
    <w:rsid w:val="004F2F53"/>
    <w:rsid w:val="00510882"/>
    <w:rsid w:val="00520545"/>
    <w:rsid w:val="00527A3E"/>
    <w:rsid w:val="00531816"/>
    <w:rsid w:val="0053269E"/>
    <w:rsid w:val="005336FB"/>
    <w:rsid w:val="00537BF8"/>
    <w:rsid w:val="005417EE"/>
    <w:rsid w:val="00551528"/>
    <w:rsid w:val="00553780"/>
    <w:rsid w:val="005545CB"/>
    <w:rsid w:val="005601CE"/>
    <w:rsid w:val="0056168B"/>
    <w:rsid w:val="00562E63"/>
    <w:rsid w:val="00563298"/>
    <w:rsid w:val="00563AEF"/>
    <w:rsid w:val="005712E0"/>
    <w:rsid w:val="00572E48"/>
    <w:rsid w:val="00581701"/>
    <w:rsid w:val="00583823"/>
    <w:rsid w:val="00584995"/>
    <w:rsid w:val="005A1154"/>
    <w:rsid w:val="005A1249"/>
    <w:rsid w:val="005A4372"/>
    <w:rsid w:val="005B3BC1"/>
    <w:rsid w:val="005B5E02"/>
    <w:rsid w:val="005C04DE"/>
    <w:rsid w:val="005C281F"/>
    <w:rsid w:val="005D4BEF"/>
    <w:rsid w:val="005E023D"/>
    <w:rsid w:val="005F03D9"/>
    <w:rsid w:val="005F2DB0"/>
    <w:rsid w:val="005F4A34"/>
    <w:rsid w:val="005F7D8C"/>
    <w:rsid w:val="006029F6"/>
    <w:rsid w:val="006065E2"/>
    <w:rsid w:val="00614C05"/>
    <w:rsid w:val="00615172"/>
    <w:rsid w:val="00617DE4"/>
    <w:rsid w:val="00621CCB"/>
    <w:rsid w:val="00625103"/>
    <w:rsid w:val="00625F5E"/>
    <w:rsid w:val="0062781F"/>
    <w:rsid w:val="00627A4B"/>
    <w:rsid w:val="00631323"/>
    <w:rsid w:val="00636B1D"/>
    <w:rsid w:val="00642216"/>
    <w:rsid w:val="006432A4"/>
    <w:rsid w:val="00643E3D"/>
    <w:rsid w:val="00661F5B"/>
    <w:rsid w:val="006628D3"/>
    <w:rsid w:val="00670E28"/>
    <w:rsid w:val="0067457B"/>
    <w:rsid w:val="00676FC4"/>
    <w:rsid w:val="00677617"/>
    <w:rsid w:val="00682AE5"/>
    <w:rsid w:val="0068790E"/>
    <w:rsid w:val="006923C0"/>
    <w:rsid w:val="00697482"/>
    <w:rsid w:val="00697F22"/>
    <w:rsid w:val="006A0F49"/>
    <w:rsid w:val="006A27AA"/>
    <w:rsid w:val="006A42ED"/>
    <w:rsid w:val="006A6269"/>
    <w:rsid w:val="006B628A"/>
    <w:rsid w:val="006C24BE"/>
    <w:rsid w:val="006C3319"/>
    <w:rsid w:val="006C72F8"/>
    <w:rsid w:val="006E4807"/>
    <w:rsid w:val="006E5D20"/>
    <w:rsid w:val="006F6D99"/>
    <w:rsid w:val="00711775"/>
    <w:rsid w:val="00713B16"/>
    <w:rsid w:val="00721DEF"/>
    <w:rsid w:val="007225EE"/>
    <w:rsid w:val="007258FA"/>
    <w:rsid w:val="00735590"/>
    <w:rsid w:val="00735E7A"/>
    <w:rsid w:val="00737389"/>
    <w:rsid w:val="00741F67"/>
    <w:rsid w:val="00742C76"/>
    <w:rsid w:val="007466DA"/>
    <w:rsid w:val="00746E06"/>
    <w:rsid w:val="0074735B"/>
    <w:rsid w:val="0075124A"/>
    <w:rsid w:val="007522FB"/>
    <w:rsid w:val="00762AC5"/>
    <w:rsid w:val="00771674"/>
    <w:rsid w:val="007748FE"/>
    <w:rsid w:val="00775A61"/>
    <w:rsid w:val="00786486"/>
    <w:rsid w:val="00786B8E"/>
    <w:rsid w:val="00793E00"/>
    <w:rsid w:val="00796C51"/>
    <w:rsid w:val="007A0599"/>
    <w:rsid w:val="007A367C"/>
    <w:rsid w:val="007A7151"/>
    <w:rsid w:val="007B2C91"/>
    <w:rsid w:val="007B41AC"/>
    <w:rsid w:val="007B7AF6"/>
    <w:rsid w:val="007C196E"/>
    <w:rsid w:val="007C3219"/>
    <w:rsid w:val="007C3618"/>
    <w:rsid w:val="007C79E0"/>
    <w:rsid w:val="007E5105"/>
    <w:rsid w:val="007F0E61"/>
    <w:rsid w:val="007F58DE"/>
    <w:rsid w:val="008007D4"/>
    <w:rsid w:val="00803E7A"/>
    <w:rsid w:val="00803E9F"/>
    <w:rsid w:val="00805199"/>
    <w:rsid w:val="00813888"/>
    <w:rsid w:val="00824054"/>
    <w:rsid w:val="00826611"/>
    <w:rsid w:val="00826751"/>
    <w:rsid w:val="008321F7"/>
    <w:rsid w:val="0083686E"/>
    <w:rsid w:val="008374F6"/>
    <w:rsid w:val="008414F0"/>
    <w:rsid w:val="00844F74"/>
    <w:rsid w:val="00845CBB"/>
    <w:rsid w:val="00852441"/>
    <w:rsid w:val="008600B1"/>
    <w:rsid w:val="00864D1D"/>
    <w:rsid w:val="008679A6"/>
    <w:rsid w:val="00871587"/>
    <w:rsid w:val="00876CF9"/>
    <w:rsid w:val="008837EA"/>
    <w:rsid w:val="00883D96"/>
    <w:rsid w:val="00884B16"/>
    <w:rsid w:val="008907EE"/>
    <w:rsid w:val="0089463A"/>
    <w:rsid w:val="0089562B"/>
    <w:rsid w:val="008A09E3"/>
    <w:rsid w:val="008B4F57"/>
    <w:rsid w:val="008C6DFB"/>
    <w:rsid w:val="008E5A52"/>
    <w:rsid w:val="008E7C7A"/>
    <w:rsid w:val="008F372B"/>
    <w:rsid w:val="008F427A"/>
    <w:rsid w:val="009070CD"/>
    <w:rsid w:val="009208F9"/>
    <w:rsid w:val="009226E9"/>
    <w:rsid w:val="0092369E"/>
    <w:rsid w:val="00930BAB"/>
    <w:rsid w:val="00941223"/>
    <w:rsid w:val="00952034"/>
    <w:rsid w:val="00953C6C"/>
    <w:rsid w:val="00962E19"/>
    <w:rsid w:val="00963F02"/>
    <w:rsid w:val="009757EB"/>
    <w:rsid w:val="00977924"/>
    <w:rsid w:val="00983A74"/>
    <w:rsid w:val="009842E7"/>
    <w:rsid w:val="00985FAD"/>
    <w:rsid w:val="0098729C"/>
    <w:rsid w:val="009908C5"/>
    <w:rsid w:val="00990DC5"/>
    <w:rsid w:val="00995B5A"/>
    <w:rsid w:val="009A4D23"/>
    <w:rsid w:val="009C29B5"/>
    <w:rsid w:val="009C3DFD"/>
    <w:rsid w:val="009C5CAD"/>
    <w:rsid w:val="009C6EB7"/>
    <w:rsid w:val="009C7D77"/>
    <w:rsid w:val="009D08A5"/>
    <w:rsid w:val="009D156F"/>
    <w:rsid w:val="009D44BB"/>
    <w:rsid w:val="009D4BF9"/>
    <w:rsid w:val="009E0DD0"/>
    <w:rsid w:val="009E1592"/>
    <w:rsid w:val="009E3DC1"/>
    <w:rsid w:val="00A01ECA"/>
    <w:rsid w:val="00A044B7"/>
    <w:rsid w:val="00A07D0A"/>
    <w:rsid w:val="00A07F2D"/>
    <w:rsid w:val="00A1401F"/>
    <w:rsid w:val="00A14FD1"/>
    <w:rsid w:val="00A269D8"/>
    <w:rsid w:val="00A33F35"/>
    <w:rsid w:val="00A36131"/>
    <w:rsid w:val="00A4388C"/>
    <w:rsid w:val="00A5273E"/>
    <w:rsid w:val="00A5372F"/>
    <w:rsid w:val="00A569D1"/>
    <w:rsid w:val="00A61252"/>
    <w:rsid w:val="00A64D44"/>
    <w:rsid w:val="00A65BAD"/>
    <w:rsid w:val="00A70A5E"/>
    <w:rsid w:val="00A74C82"/>
    <w:rsid w:val="00A77F79"/>
    <w:rsid w:val="00A80660"/>
    <w:rsid w:val="00A81791"/>
    <w:rsid w:val="00A823C0"/>
    <w:rsid w:val="00A84256"/>
    <w:rsid w:val="00A928C5"/>
    <w:rsid w:val="00A93EA1"/>
    <w:rsid w:val="00A9629D"/>
    <w:rsid w:val="00AA07FD"/>
    <w:rsid w:val="00AB018C"/>
    <w:rsid w:val="00AB0321"/>
    <w:rsid w:val="00AC15F4"/>
    <w:rsid w:val="00AC5A74"/>
    <w:rsid w:val="00AD0301"/>
    <w:rsid w:val="00AD0DFF"/>
    <w:rsid w:val="00AD3B47"/>
    <w:rsid w:val="00AD66C3"/>
    <w:rsid w:val="00AD6AC6"/>
    <w:rsid w:val="00AE1B83"/>
    <w:rsid w:val="00AE3BEF"/>
    <w:rsid w:val="00AF0BCF"/>
    <w:rsid w:val="00AF2131"/>
    <w:rsid w:val="00AF401F"/>
    <w:rsid w:val="00AF634A"/>
    <w:rsid w:val="00B03AB5"/>
    <w:rsid w:val="00B06D33"/>
    <w:rsid w:val="00B1124A"/>
    <w:rsid w:val="00B20364"/>
    <w:rsid w:val="00B2081C"/>
    <w:rsid w:val="00B21DE0"/>
    <w:rsid w:val="00B23E9C"/>
    <w:rsid w:val="00B267A0"/>
    <w:rsid w:val="00B309CA"/>
    <w:rsid w:val="00B33812"/>
    <w:rsid w:val="00B362EA"/>
    <w:rsid w:val="00B365F3"/>
    <w:rsid w:val="00B429EC"/>
    <w:rsid w:val="00B42AA1"/>
    <w:rsid w:val="00B46CCF"/>
    <w:rsid w:val="00B51517"/>
    <w:rsid w:val="00B53CF4"/>
    <w:rsid w:val="00B5502B"/>
    <w:rsid w:val="00B57586"/>
    <w:rsid w:val="00B60EBB"/>
    <w:rsid w:val="00B734EB"/>
    <w:rsid w:val="00B74348"/>
    <w:rsid w:val="00B7677A"/>
    <w:rsid w:val="00B81348"/>
    <w:rsid w:val="00B83D26"/>
    <w:rsid w:val="00B86231"/>
    <w:rsid w:val="00B8646A"/>
    <w:rsid w:val="00B913F8"/>
    <w:rsid w:val="00B94407"/>
    <w:rsid w:val="00B944C2"/>
    <w:rsid w:val="00B95441"/>
    <w:rsid w:val="00BA0B1E"/>
    <w:rsid w:val="00BA2A2E"/>
    <w:rsid w:val="00BA5D2C"/>
    <w:rsid w:val="00BA7E1F"/>
    <w:rsid w:val="00BB2B12"/>
    <w:rsid w:val="00BB601C"/>
    <w:rsid w:val="00BB7A37"/>
    <w:rsid w:val="00BC0C45"/>
    <w:rsid w:val="00BC348F"/>
    <w:rsid w:val="00BC6FC2"/>
    <w:rsid w:val="00BD0A90"/>
    <w:rsid w:val="00BD1302"/>
    <w:rsid w:val="00BD1FB6"/>
    <w:rsid w:val="00BD2E29"/>
    <w:rsid w:val="00BD50FB"/>
    <w:rsid w:val="00BD51C4"/>
    <w:rsid w:val="00BF5D55"/>
    <w:rsid w:val="00C001B0"/>
    <w:rsid w:val="00C107E6"/>
    <w:rsid w:val="00C120E0"/>
    <w:rsid w:val="00C23EA7"/>
    <w:rsid w:val="00C23FB9"/>
    <w:rsid w:val="00C2750F"/>
    <w:rsid w:val="00C27898"/>
    <w:rsid w:val="00C40995"/>
    <w:rsid w:val="00C41FA8"/>
    <w:rsid w:val="00C46B2F"/>
    <w:rsid w:val="00C54E5A"/>
    <w:rsid w:val="00C577C6"/>
    <w:rsid w:val="00C709EF"/>
    <w:rsid w:val="00C71D9D"/>
    <w:rsid w:val="00C73281"/>
    <w:rsid w:val="00C83557"/>
    <w:rsid w:val="00C84E37"/>
    <w:rsid w:val="00C92177"/>
    <w:rsid w:val="00C95A5B"/>
    <w:rsid w:val="00CA2BE0"/>
    <w:rsid w:val="00CA2DE8"/>
    <w:rsid w:val="00CA5A8D"/>
    <w:rsid w:val="00CB148D"/>
    <w:rsid w:val="00CB2BAF"/>
    <w:rsid w:val="00CB2E1A"/>
    <w:rsid w:val="00CB4A4C"/>
    <w:rsid w:val="00CB5600"/>
    <w:rsid w:val="00CB7424"/>
    <w:rsid w:val="00CC4A3B"/>
    <w:rsid w:val="00CD00CB"/>
    <w:rsid w:val="00CD179F"/>
    <w:rsid w:val="00CD6BE9"/>
    <w:rsid w:val="00CD7678"/>
    <w:rsid w:val="00CD789C"/>
    <w:rsid w:val="00CE0FF4"/>
    <w:rsid w:val="00CE1823"/>
    <w:rsid w:val="00CE5E92"/>
    <w:rsid w:val="00CE666F"/>
    <w:rsid w:val="00CE6FB0"/>
    <w:rsid w:val="00CF39DD"/>
    <w:rsid w:val="00D00837"/>
    <w:rsid w:val="00D01248"/>
    <w:rsid w:val="00D01465"/>
    <w:rsid w:val="00D02232"/>
    <w:rsid w:val="00D03F2A"/>
    <w:rsid w:val="00D07604"/>
    <w:rsid w:val="00D07CDB"/>
    <w:rsid w:val="00D10ABD"/>
    <w:rsid w:val="00D14875"/>
    <w:rsid w:val="00D14EA2"/>
    <w:rsid w:val="00D24F2C"/>
    <w:rsid w:val="00D34A24"/>
    <w:rsid w:val="00D41F48"/>
    <w:rsid w:val="00D55339"/>
    <w:rsid w:val="00D67CEB"/>
    <w:rsid w:val="00D723DB"/>
    <w:rsid w:val="00D7544D"/>
    <w:rsid w:val="00D81511"/>
    <w:rsid w:val="00D817DF"/>
    <w:rsid w:val="00D81866"/>
    <w:rsid w:val="00D86CA1"/>
    <w:rsid w:val="00D9037C"/>
    <w:rsid w:val="00DA214E"/>
    <w:rsid w:val="00DA5CFE"/>
    <w:rsid w:val="00DA6475"/>
    <w:rsid w:val="00DC1CD2"/>
    <w:rsid w:val="00DC3C7E"/>
    <w:rsid w:val="00DC53E1"/>
    <w:rsid w:val="00DD28B2"/>
    <w:rsid w:val="00DD5B3A"/>
    <w:rsid w:val="00DD6B83"/>
    <w:rsid w:val="00DD7702"/>
    <w:rsid w:val="00DE4F20"/>
    <w:rsid w:val="00DE6B39"/>
    <w:rsid w:val="00DF7132"/>
    <w:rsid w:val="00E00F8E"/>
    <w:rsid w:val="00E03DCC"/>
    <w:rsid w:val="00E03F91"/>
    <w:rsid w:val="00E054AD"/>
    <w:rsid w:val="00E102E0"/>
    <w:rsid w:val="00E10F75"/>
    <w:rsid w:val="00E12B67"/>
    <w:rsid w:val="00E15440"/>
    <w:rsid w:val="00E178A4"/>
    <w:rsid w:val="00E2091B"/>
    <w:rsid w:val="00E247EE"/>
    <w:rsid w:val="00E26FDC"/>
    <w:rsid w:val="00E27224"/>
    <w:rsid w:val="00E35F72"/>
    <w:rsid w:val="00E41466"/>
    <w:rsid w:val="00E41AB1"/>
    <w:rsid w:val="00E41C84"/>
    <w:rsid w:val="00E449BE"/>
    <w:rsid w:val="00E45C13"/>
    <w:rsid w:val="00E53E98"/>
    <w:rsid w:val="00E57DC0"/>
    <w:rsid w:val="00E7204E"/>
    <w:rsid w:val="00E770EC"/>
    <w:rsid w:val="00E80E95"/>
    <w:rsid w:val="00E826EC"/>
    <w:rsid w:val="00E83283"/>
    <w:rsid w:val="00E90DFF"/>
    <w:rsid w:val="00E9200E"/>
    <w:rsid w:val="00E93699"/>
    <w:rsid w:val="00E951A9"/>
    <w:rsid w:val="00EA29D5"/>
    <w:rsid w:val="00EA2B0E"/>
    <w:rsid w:val="00EA4380"/>
    <w:rsid w:val="00EA753F"/>
    <w:rsid w:val="00EB17B2"/>
    <w:rsid w:val="00EB340F"/>
    <w:rsid w:val="00EB5E9C"/>
    <w:rsid w:val="00EC6D1A"/>
    <w:rsid w:val="00ED0686"/>
    <w:rsid w:val="00ED2B3E"/>
    <w:rsid w:val="00ED46DB"/>
    <w:rsid w:val="00EE0EE8"/>
    <w:rsid w:val="00EE5360"/>
    <w:rsid w:val="00EF18E6"/>
    <w:rsid w:val="00EF1B2A"/>
    <w:rsid w:val="00EF4625"/>
    <w:rsid w:val="00EF7E7F"/>
    <w:rsid w:val="00F046A4"/>
    <w:rsid w:val="00F06E87"/>
    <w:rsid w:val="00F12D56"/>
    <w:rsid w:val="00F130D9"/>
    <w:rsid w:val="00F14F96"/>
    <w:rsid w:val="00F15557"/>
    <w:rsid w:val="00F21A19"/>
    <w:rsid w:val="00F22123"/>
    <w:rsid w:val="00F22705"/>
    <w:rsid w:val="00F24D4B"/>
    <w:rsid w:val="00F30487"/>
    <w:rsid w:val="00F32412"/>
    <w:rsid w:val="00F3568A"/>
    <w:rsid w:val="00F542E2"/>
    <w:rsid w:val="00F54C57"/>
    <w:rsid w:val="00F553D9"/>
    <w:rsid w:val="00F55413"/>
    <w:rsid w:val="00F558E3"/>
    <w:rsid w:val="00F5628C"/>
    <w:rsid w:val="00F5669B"/>
    <w:rsid w:val="00F716E3"/>
    <w:rsid w:val="00F7322A"/>
    <w:rsid w:val="00F74A27"/>
    <w:rsid w:val="00F75835"/>
    <w:rsid w:val="00F81373"/>
    <w:rsid w:val="00F81CD8"/>
    <w:rsid w:val="00F8208E"/>
    <w:rsid w:val="00F83577"/>
    <w:rsid w:val="00F90252"/>
    <w:rsid w:val="00F90449"/>
    <w:rsid w:val="00F94BFB"/>
    <w:rsid w:val="00FA2FCB"/>
    <w:rsid w:val="00FA318D"/>
    <w:rsid w:val="00FB3C92"/>
    <w:rsid w:val="00FB76FC"/>
    <w:rsid w:val="00FC1465"/>
    <w:rsid w:val="00FC41C2"/>
    <w:rsid w:val="00FC45CD"/>
    <w:rsid w:val="00FC56BD"/>
    <w:rsid w:val="00FD4DCD"/>
    <w:rsid w:val="00FD7430"/>
    <w:rsid w:val="00FD74AB"/>
    <w:rsid w:val="00FD7AFB"/>
    <w:rsid w:val="00FD7F5C"/>
    <w:rsid w:val="00FE104A"/>
    <w:rsid w:val="00FE32D2"/>
    <w:rsid w:val="00FE6AE6"/>
    <w:rsid w:val="00FF0446"/>
    <w:rsid w:val="00FF1998"/>
    <w:rsid w:val="00FF3D65"/>
    <w:rsid w:val="00FF4401"/>
    <w:rsid w:val="00FF5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88607"/>
  <w15:docId w15:val="{7ABB2213-41D7-4F89-A370-C8915C93F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CA349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0ybdZGekcddKnMGgwKChQUq9Ow==">CgMxLjAyDmgueW1tbGFuZnVjd3g3OAByITFDYXVmQlRrTXR3ejdWYkVFbk45a3R6MG9Ld0JiS01CNg==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4016</TotalTime>
  <Pages>1</Pages>
  <Words>407</Words>
  <Characters>2124</Characters>
  <Application>Microsoft Office Word</Application>
  <DocSecurity>0</DocSecurity>
  <Lines>33</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Clerk</dc:creator>
  <cp:lastModifiedBy>Amanda Coolong</cp:lastModifiedBy>
  <cp:revision>602</cp:revision>
  <cp:lastPrinted>2026-06-04T16:48:00Z</cp:lastPrinted>
  <dcterms:created xsi:type="dcterms:W3CDTF">2025-12-30T21:28:00Z</dcterms:created>
  <dcterms:modified xsi:type="dcterms:W3CDTF">2026-07-14T17:18:00Z</dcterms:modified>
</cp:coreProperties>
</file>