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57D8E" w14:textId="77777777" w:rsidR="00307FD4" w:rsidRDefault="00307FD4" w:rsidP="00190C97">
      <w:pPr>
        <w:spacing w:after="0" w:line="240" w:lineRule="auto"/>
        <w:rPr>
          <w:b/>
          <w:bCs/>
        </w:rPr>
      </w:pPr>
    </w:p>
    <w:p w14:paraId="0A488608" w14:textId="37FCE2CC" w:rsidR="00F30487" w:rsidRDefault="008007D4" w:rsidP="00190C97">
      <w:pPr>
        <w:spacing w:after="0" w:line="240" w:lineRule="auto"/>
        <w:rPr>
          <w:b/>
          <w:bCs/>
        </w:rPr>
      </w:pPr>
      <w:r>
        <w:rPr>
          <w:b/>
          <w:bCs/>
        </w:rPr>
        <w:t>Call to Order and Attendance</w:t>
      </w:r>
    </w:p>
    <w:p w14:paraId="0A488609" w14:textId="77777777" w:rsidR="00F30487" w:rsidRDefault="008007D4" w:rsidP="00CA5A8D">
      <w:pPr>
        <w:pStyle w:val="ListBullet"/>
        <w:numPr>
          <w:ilvl w:val="0"/>
          <w:numId w:val="10"/>
        </w:numPr>
      </w:pPr>
      <w:r>
        <w:t>Chairman Rupert Pratt called the meeting to order at 6:00 PM.</w:t>
      </w:r>
    </w:p>
    <w:p w14:paraId="617A382C" w14:textId="77777777" w:rsidR="001676EB" w:rsidRPr="001676EB" w:rsidRDefault="008007D4" w:rsidP="00CA5A8D">
      <w:pPr>
        <w:pStyle w:val="ListBullet"/>
        <w:numPr>
          <w:ilvl w:val="0"/>
          <w:numId w:val="10"/>
        </w:numPr>
        <w:spacing w:after="0" w:line="240" w:lineRule="auto"/>
        <w:rPr>
          <w:b/>
          <w:bCs/>
        </w:rPr>
      </w:pPr>
      <w:r w:rsidRPr="001676EB">
        <w:t xml:space="preserve">Select Board members present: Rupert Pratt, </w:t>
      </w:r>
      <w:r w:rsidR="001676EB" w:rsidRPr="001676EB">
        <w:t xml:space="preserve">Andrew Bracy, </w:t>
      </w:r>
      <w:r w:rsidRPr="001676EB">
        <w:t>James Burrill</w:t>
      </w:r>
      <w:r w:rsidR="00845CBB">
        <w:t xml:space="preserve">, </w:t>
      </w:r>
      <w:r w:rsidR="00D01465">
        <w:t xml:space="preserve">Joel Doyon, </w:t>
      </w:r>
      <w:r w:rsidR="00852441" w:rsidRPr="001676EB">
        <w:t>Marcel Lecours</w:t>
      </w:r>
      <w:r w:rsidRPr="001676EB">
        <w:t xml:space="preserve">. </w:t>
      </w:r>
    </w:p>
    <w:p w14:paraId="3FC7740F" w14:textId="77777777" w:rsidR="002128C3" w:rsidRDefault="002128C3" w:rsidP="001676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A48860B" w14:textId="16A129A6" w:rsidR="00F30487" w:rsidRPr="001676EB" w:rsidRDefault="008007D4" w:rsidP="001676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</w:rPr>
      </w:pPr>
      <w:r w:rsidRPr="001676EB">
        <w:rPr>
          <w:b/>
          <w:bCs/>
        </w:rPr>
        <w:t>Approval of Minutes</w:t>
      </w:r>
    </w:p>
    <w:p w14:paraId="0A48860C" w14:textId="18C8A047" w:rsidR="00F30487" w:rsidRDefault="008007D4" w:rsidP="008907E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8907EE">
        <w:rPr>
          <w:color w:val="000000"/>
        </w:rPr>
        <w:t xml:space="preserve">Motion by </w:t>
      </w:r>
      <w:r w:rsidR="00995E64">
        <w:rPr>
          <w:color w:val="000000"/>
        </w:rPr>
        <w:t>James Burrill</w:t>
      </w:r>
      <w:r w:rsidRPr="008907EE">
        <w:rPr>
          <w:color w:val="000000"/>
        </w:rPr>
        <w:t xml:space="preserve"> to approve the </w:t>
      </w:r>
      <w:r w:rsidR="00826CCB">
        <w:rPr>
          <w:color w:val="000000"/>
        </w:rPr>
        <w:t>June</w:t>
      </w:r>
      <w:r w:rsidR="00B8646A">
        <w:rPr>
          <w:color w:val="000000"/>
        </w:rPr>
        <w:t xml:space="preserve"> </w:t>
      </w:r>
      <w:r w:rsidR="00826CCB">
        <w:rPr>
          <w:color w:val="000000"/>
        </w:rPr>
        <w:t>23</w:t>
      </w:r>
      <w:r w:rsidR="00E15440" w:rsidRPr="008907EE">
        <w:rPr>
          <w:color w:val="000000"/>
        </w:rPr>
        <w:t xml:space="preserve">, </w:t>
      </w:r>
      <w:r w:rsidRPr="008907EE">
        <w:rPr>
          <w:color w:val="000000"/>
        </w:rPr>
        <w:t xml:space="preserve">2026 Select Board Meeting. Seconded </w:t>
      </w:r>
      <w:r w:rsidR="00F558E3" w:rsidRPr="008907EE">
        <w:rPr>
          <w:color w:val="000000"/>
        </w:rPr>
        <w:t xml:space="preserve">by </w:t>
      </w:r>
      <w:r w:rsidR="00826CCB">
        <w:rPr>
          <w:color w:val="000000"/>
        </w:rPr>
        <w:t>Marcel Lecours</w:t>
      </w:r>
      <w:r w:rsidRPr="008907EE">
        <w:rPr>
          <w:color w:val="000000"/>
        </w:rPr>
        <w:t xml:space="preserve">. </w:t>
      </w:r>
      <w:r w:rsidR="00216535" w:rsidRPr="008907EE">
        <w:rPr>
          <w:color w:val="000000"/>
        </w:rPr>
        <w:t>Motion</w:t>
      </w:r>
      <w:r w:rsidR="00E80E95" w:rsidRPr="008907EE">
        <w:rPr>
          <w:color w:val="000000"/>
        </w:rPr>
        <w:t xml:space="preserve"> carried</w:t>
      </w:r>
      <w:r w:rsidRPr="008907EE">
        <w:rPr>
          <w:color w:val="000000"/>
        </w:rPr>
        <w:t>.</w:t>
      </w:r>
    </w:p>
    <w:p w14:paraId="0A48860D" w14:textId="77777777" w:rsidR="00F30487" w:rsidRDefault="008007D4" w:rsidP="00190C97">
      <w:pPr>
        <w:spacing w:after="0" w:line="240" w:lineRule="auto"/>
        <w:rPr>
          <w:b/>
          <w:bCs/>
        </w:rPr>
      </w:pPr>
      <w:r>
        <w:rPr>
          <w:b/>
          <w:bCs/>
        </w:rPr>
        <w:t>Treasurer’s Warrant</w:t>
      </w:r>
    </w:p>
    <w:p w14:paraId="0A48860E" w14:textId="39BA86DE" w:rsidR="00F30487" w:rsidRDefault="008007D4" w:rsidP="008907E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8907EE">
        <w:rPr>
          <w:color w:val="000000"/>
        </w:rPr>
        <w:t xml:space="preserve">Motion by </w:t>
      </w:r>
      <w:r w:rsidR="00D44181">
        <w:rPr>
          <w:color w:val="000000"/>
        </w:rPr>
        <w:t>Joel Doyon</w:t>
      </w:r>
      <w:r w:rsidRPr="008907EE">
        <w:rPr>
          <w:color w:val="000000"/>
        </w:rPr>
        <w:t xml:space="preserve"> to approve the Treasurer’s Warrant for the week of </w:t>
      </w:r>
      <w:r w:rsidR="00826CCB">
        <w:rPr>
          <w:color w:val="000000"/>
        </w:rPr>
        <w:t>July</w:t>
      </w:r>
      <w:r w:rsidR="00CB2E1A" w:rsidRPr="008907EE">
        <w:rPr>
          <w:color w:val="000000"/>
        </w:rPr>
        <w:t xml:space="preserve"> </w:t>
      </w:r>
      <w:r w:rsidR="00826CCB">
        <w:rPr>
          <w:color w:val="000000"/>
        </w:rPr>
        <w:t>1</w:t>
      </w:r>
      <w:r w:rsidR="003302BE">
        <w:rPr>
          <w:color w:val="000000"/>
        </w:rPr>
        <w:t>5</w:t>
      </w:r>
      <w:r w:rsidRPr="008907EE">
        <w:rPr>
          <w:color w:val="000000"/>
        </w:rPr>
        <w:t>, 2026 in the amount of $</w:t>
      </w:r>
      <w:r w:rsidR="00EF1B2A">
        <w:rPr>
          <w:color w:val="000000"/>
        </w:rPr>
        <w:t>4</w:t>
      </w:r>
      <w:r w:rsidR="00930BAB">
        <w:rPr>
          <w:color w:val="000000"/>
        </w:rPr>
        <w:t>,</w:t>
      </w:r>
      <w:r w:rsidR="00D44181">
        <w:rPr>
          <w:color w:val="000000"/>
        </w:rPr>
        <w:t>448.79</w:t>
      </w:r>
      <w:r w:rsidRPr="008907EE">
        <w:rPr>
          <w:color w:val="000000"/>
        </w:rPr>
        <w:t xml:space="preserve">. Seconded by </w:t>
      </w:r>
      <w:r w:rsidR="00777901">
        <w:rPr>
          <w:color w:val="000000"/>
        </w:rPr>
        <w:t>Andrew Bracy</w:t>
      </w:r>
      <w:r w:rsidRPr="008907EE">
        <w:rPr>
          <w:color w:val="000000"/>
        </w:rPr>
        <w:t>. Motion carried.</w:t>
      </w:r>
    </w:p>
    <w:p w14:paraId="0A488611" w14:textId="14E915F7" w:rsidR="00F30487" w:rsidRDefault="008007D4" w:rsidP="004D377F">
      <w:pPr>
        <w:spacing w:after="0" w:line="240" w:lineRule="auto"/>
        <w:rPr>
          <w:b/>
          <w:bCs/>
        </w:rPr>
      </w:pPr>
      <w:bookmarkStart w:id="0" w:name="_heading=h.ymmlanfucwx7" w:colFirst="0" w:colLast="0"/>
      <w:bookmarkEnd w:id="0"/>
      <w:r>
        <w:rPr>
          <w:b/>
          <w:bCs/>
        </w:rPr>
        <w:t>Ongoing Business</w:t>
      </w:r>
    </w:p>
    <w:p w14:paraId="5B5E64A8" w14:textId="78857652" w:rsidR="00212148" w:rsidRDefault="008007D4" w:rsidP="00682AE5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A42ED">
        <w:rPr>
          <w:b/>
          <w:bCs/>
          <w:color w:val="000000"/>
        </w:rPr>
        <w:t>MSAD 58 withdrawal committee update</w:t>
      </w:r>
      <w:r w:rsidRPr="006A42ED">
        <w:rPr>
          <w:color w:val="000000"/>
        </w:rPr>
        <w:t xml:space="preserve"> –</w:t>
      </w:r>
      <w:r w:rsidR="00C17796">
        <w:rPr>
          <w:color w:val="000000"/>
        </w:rPr>
        <w:t xml:space="preserve"> </w:t>
      </w:r>
      <w:r w:rsidR="008446E2">
        <w:rPr>
          <w:color w:val="000000"/>
        </w:rPr>
        <w:t xml:space="preserve">The </w:t>
      </w:r>
      <w:r w:rsidR="00631323">
        <w:rPr>
          <w:color w:val="000000"/>
        </w:rPr>
        <w:t xml:space="preserve">MSAD58 </w:t>
      </w:r>
      <w:r w:rsidR="008446E2">
        <w:rPr>
          <w:color w:val="000000"/>
        </w:rPr>
        <w:t xml:space="preserve">school board approved the withdrawal plan and it has been sent to the Maine </w:t>
      </w:r>
      <w:proofErr w:type="spellStart"/>
      <w:r w:rsidR="008446E2">
        <w:rPr>
          <w:color w:val="000000"/>
        </w:rPr>
        <w:t>Dep’t</w:t>
      </w:r>
      <w:proofErr w:type="spellEnd"/>
      <w:r w:rsidR="008446E2">
        <w:rPr>
          <w:color w:val="000000"/>
        </w:rPr>
        <w:t xml:space="preserve"> of Education for review</w:t>
      </w:r>
      <w:r w:rsidR="002A324D">
        <w:rPr>
          <w:color w:val="000000"/>
        </w:rPr>
        <w:t>.</w:t>
      </w:r>
      <w:r w:rsidR="00AB3205">
        <w:rPr>
          <w:color w:val="000000"/>
        </w:rPr>
        <w:t xml:space="preserve"> </w:t>
      </w:r>
      <w:r w:rsidR="00BC6DE6">
        <w:rPr>
          <w:color w:val="000000"/>
        </w:rPr>
        <w:t xml:space="preserve">Motion by Joel Doyon to </w:t>
      </w:r>
      <w:r w:rsidR="00E8480E">
        <w:rPr>
          <w:color w:val="000000"/>
        </w:rPr>
        <w:t xml:space="preserve">reassign Susan Pratt as Strong’s school board member and Phillip Richards as petitioner for the withdrawal committee. Seconded by </w:t>
      </w:r>
      <w:r w:rsidR="006D5B89">
        <w:rPr>
          <w:color w:val="000000"/>
        </w:rPr>
        <w:t xml:space="preserve">James Burrill. Motion carried. </w:t>
      </w:r>
    </w:p>
    <w:p w14:paraId="33C57912" w14:textId="641C6902" w:rsidR="00BA7E1F" w:rsidRPr="000D1FAB" w:rsidRDefault="009C6EB7" w:rsidP="004D377F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BA7E1F">
        <w:rPr>
          <w:b/>
          <w:bCs/>
          <w:color w:val="000000"/>
        </w:rPr>
        <w:t xml:space="preserve">AVCOG grant </w:t>
      </w:r>
      <w:r w:rsidR="00065787" w:rsidRPr="00BA7E1F">
        <w:rPr>
          <w:color w:val="000000"/>
        </w:rPr>
        <w:t>–</w:t>
      </w:r>
      <w:r w:rsidR="00D07604" w:rsidRPr="00BA7E1F">
        <w:rPr>
          <w:color w:val="000000"/>
        </w:rPr>
        <w:t xml:space="preserve"> </w:t>
      </w:r>
      <w:r w:rsidR="003C1B46">
        <w:rPr>
          <w:color w:val="000000"/>
        </w:rPr>
        <w:t>still awaiting approval</w:t>
      </w:r>
      <w:r w:rsidR="00BA7E1F" w:rsidRPr="00BA7E1F">
        <w:rPr>
          <w:color w:val="000000"/>
        </w:rPr>
        <w:t xml:space="preserve">. </w:t>
      </w:r>
    </w:p>
    <w:p w14:paraId="60BAA7EA" w14:textId="5A9319CF" w:rsidR="004E0A0F" w:rsidRPr="00C709EF" w:rsidRDefault="00553780" w:rsidP="00DE6B39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bCs/>
          <w:color w:val="000000"/>
        </w:rPr>
        <w:t xml:space="preserve">Special Town Meeting </w:t>
      </w:r>
      <w:r w:rsidR="00E054AD">
        <w:rPr>
          <w:color w:val="000000"/>
        </w:rPr>
        <w:t>–</w:t>
      </w:r>
      <w:r>
        <w:rPr>
          <w:b/>
          <w:bCs/>
          <w:color w:val="000000"/>
        </w:rPr>
        <w:t xml:space="preserve"> </w:t>
      </w:r>
      <w:r w:rsidR="00877A36" w:rsidRPr="009A251E">
        <w:rPr>
          <w:color w:val="000000"/>
        </w:rPr>
        <w:t>motion by James Burrill</w:t>
      </w:r>
      <w:r w:rsidR="00877A36">
        <w:rPr>
          <w:b/>
          <w:bCs/>
          <w:color w:val="000000"/>
        </w:rPr>
        <w:t xml:space="preserve"> </w:t>
      </w:r>
      <w:r w:rsidR="00813888">
        <w:rPr>
          <w:color w:val="000000"/>
        </w:rPr>
        <w:t>to</w:t>
      </w:r>
      <w:r w:rsidR="00877A36">
        <w:rPr>
          <w:color w:val="000000"/>
        </w:rPr>
        <w:t xml:space="preserve"> </w:t>
      </w:r>
      <w:r w:rsidR="002B6192">
        <w:rPr>
          <w:color w:val="000000"/>
        </w:rPr>
        <w:t xml:space="preserve">hold the Special Town Meeting on Tuesday, July 28 at 6pm </w:t>
      </w:r>
      <w:r w:rsidR="009A251E">
        <w:rPr>
          <w:color w:val="000000"/>
        </w:rPr>
        <w:t xml:space="preserve">to transfer $14,000 </w:t>
      </w:r>
      <w:r w:rsidR="00813888">
        <w:rPr>
          <w:color w:val="000000"/>
        </w:rPr>
        <w:t xml:space="preserve">from Surplus to the Tarvia account </w:t>
      </w:r>
      <w:r w:rsidR="00D440CF">
        <w:rPr>
          <w:color w:val="000000"/>
        </w:rPr>
        <w:t>for</w:t>
      </w:r>
      <w:r w:rsidR="00813888">
        <w:rPr>
          <w:color w:val="000000"/>
        </w:rPr>
        <w:t xml:space="preserve"> complet</w:t>
      </w:r>
      <w:r w:rsidR="00D440CF">
        <w:rPr>
          <w:color w:val="000000"/>
        </w:rPr>
        <w:t>ing</w:t>
      </w:r>
      <w:r w:rsidR="00813888">
        <w:rPr>
          <w:color w:val="000000"/>
        </w:rPr>
        <w:t xml:space="preserve"> the paving project with Pike Industries</w:t>
      </w:r>
      <w:r w:rsidR="00F83577">
        <w:rPr>
          <w:color w:val="000000"/>
        </w:rPr>
        <w:t xml:space="preserve">. </w:t>
      </w:r>
      <w:r w:rsidR="009A251E">
        <w:rPr>
          <w:color w:val="000000"/>
        </w:rPr>
        <w:t>Seconded by Andrew Bracy. Motion carried.</w:t>
      </w:r>
      <w:r w:rsidR="00FD562D">
        <w:rPr>
          <w:color w:val="000000"/>
        </w:rPr>
        <w:t xml:space="preserve"> Board signed the warrant.</w:t>
      </w:r>
    </w:p>
    <w:p w14:paraId="24A71276" w14:textId="77777777" w:rsidR="00C709EF" w:rsidRDefault="00C709EF" w:rsidP="00C709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DCABFD2" w14:textId="40F128F7" w:rsidR="00C709EF" w:rsidRPr="00C709EF" w:rsidRDefault="00C709EF" w:rsidP="00C709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C709EF">
        <w:rPr>
          <w:b/>
          <w:bCs/>
        </w:rPr>
        <w:t>Public Comment</w:t>
      </w:r>
      <w:r>
        <w:t xml:space="preserve"> – </w:t>
      </w:r>
      <w:r w:rsidR="008965DC">
        <w:t>John Worthley</w:t>
      </w:r>
      <w:r w:rsidR="00570603">
        <w:t xml:space="preserve"> </w:t>
      </w:r>
      <w:r w:rsidR="0079329A">
        <w:t xml:space="preserve">shared a riser is needed for </w:t>
      </w:r>
      <w:r w:rsidR="00713D50">
        <w:t>a catch basin by the Methodist church</w:t>
      </w:r>
      <w:r w:rsidR="008F072F">
        <w:t xml:space="preserve"> and cautioned the grass was cut too short at the village cemetery.</w:t>
      </w:r>
    </w:p>
    <w:p w14:paraId="710CB8CB" w14:textId="77777777" w:rsidR="004E0A0F" w:rsidRDefault="004E0A0F" w:rsidP="00DE6B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</w:rPr>
      </w:pPr>
    </w:p>
    <w:p w14:paraId="5D331FEF" w14:textId="1D8EF08E" w:rsidR="00DE6B39" w:rsidRDefault="008007D4" w:rsidP="00DE6B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3A0810">
        <w:rPr>
          <w:b/>
          <w:bCs/>
        </w:rPr>
        <w:t>Treasurer’s Report –</w:t>
      </w:r>
      <w:r w:rsidR="00952034" w:rsidRPr="003A0810">
        <w:rPr>
          <w:b/>
          <w:bCs/>
        </w:rPr>
        <w:t xml:space="preserve"> </w:t>
      </w:r>
      <w:r w:rsidR="007C584E">
        <w:t>2025 tax liens were mailed at the end of June</w:t>
      </w:r>
      <w:r w:rsidR="00AA7431">
        <w:t xml:space="preserve"> with 30 days </w:t>
      </w:r>
      <w:r w:rsidR="00661C25">
        <w:t xml:space="preserve">to make payment. </w:t>
      </w:r>
      <w:r w:rsidR="009878AC">
        <w:t>Work still continues on Q2 reporting and the commitment is currently on target.</w:t>
      </w:r>
    </w:p>
    <w:p w14:paraId="39BFE1C5" w14:textId="77777777" w:rsidR="00661C25" w:rsidRDefault="00661C25" w:rsidP="00DE6B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A48861A" w14:textId="31113194" w:rsidR="00F30487" w:rsidRDefault="009E1592">
      <w:pPr>
        <w:spacing w:after="280" w:line="240" w:lineRule="auto"/>
      </w:pPr>
      <w:r w:rsidRPr="009E1592">
        <w:rPr>
          <w:b/>
          <w:bCs/>
        </w:rPr>
        <w:t>Clerk’s</w:t>
      </w:r>
      <w:r w:rsidR="008007D4">
        <w:rPr>
          <w:b/>
          <w:bCs/>
        </w:rPr>
        <w:t xml:space="preserve"> Report </w:t>
      </w:r>
      <w:r w:rsidR="00746E06">
        <w:t xml:space="preserve">– </w:t>
      </w:r>
      <w:r w:rsidR="002B22A8">
        <w:t>The Boston Post Cane was awarded to Louise Hagerst</w:t>
      </w:r>
      <w:r w:rsidR="0057017B">
        <w:t>r</w:t>
      </w:r>
      <w:r w:rsidR="002B22A8">
        <w:t xml:space="preserve">om by Rupert Pratt </w:t>
      </w:r>
      <w:r w:rsidR="00875001">
        <w:t>on July 10</w:t>
      </w:r>
      <w:r w:rsidR="00875001" w:rsidRPr="00875001">
        <w:rPr>
          <w:vertAlign w:val="superscript"/>
        </w:rPr>
        <w:t>th</w:t>
      </w:r>
      <w:r w:rsidR="00875001">
        <w:t xml:space="preserve"> at the beginning of the Talent Show </w:t>
      </w:r>
      <w:r w:rsidR="00CE2DD2">
        <w:t>for</w:t>
      </w:r>
      <w:r w:rsidR="00875001">
        <w:t xml:space="preserve"> </w:t>
      </w:r>
      <w:proofErr w:type="spellStart"/>
      <w:r w:rsidR="00875001">
        <w:t>Pierpole</w:t>
      </w:r>
      <w:proofErr w:type="spellEnd"/>
      <w:r w:rsidR="00875001">
        <w:t xml:space="preserve"> Days. </w:t>
      </w:r>
      <w:hyperlink r:id="rId8" w:history="1">
        <w:r w:rsidR="00875001" w:rsidRPr="00984F3B">
          <w:rPr>
            <w:rStyle w:val="Hyperlink"/>
          </w:rPr>
          <w:t>The Daily Bulldog</w:t>
        </w:r>
      </w:hyperlink>
      <w:r w:rsidR="00875001">
        <w:t xml:space="preserve"> covered the story. </w:t>
      </w:r>
      <w:r w:rsidR="002B22A8">
        <w:t>T</w:t>
      </w:r>
      <w:r w:rsidR="00FB3C92">
        <w:t>he second</w:t>
      </w:r>
      <w:r w:rsidR="004A22E5">
        <w:t xml:space="preserve"> MSAD58 budget validation referendum</w:t>
      </w:r>
      <w:r w:rsidR="00FB3C92">
        <w:t xml:space="preserve"> is scheduled for August 10, 2026</w:t>
      </w:r>
      <w:r w:rsidR="004A22E5">
        <w:t>.</w:t>
      </w:r>
      <w:r w:rsidR="004F2BDD">
        <w:t xml:space="preserve"> The budget hearing is </w:t>
      </w:r>
      <w:r w:rsidR="002B22A8">
        <w:t>at</w:t>
      </w:r>
      <w:r w:rsidR="004F2BDD">
        <w:t xml:space="preserve"> </w:t>
      </w:r>
      <w:r w:rsidR="00126FCB">
        <w:t>7pm on July 20</w:t>
      </w:r>
      <w:r w:rsidR="00126FCB" w:rsidRPr="00126FCB">
        <w:rPr>
          <w:vertAlign w:val="superscript"/>
        </w:rPr>
        <w:t>th</w:t>
      </w:r>
      <w:r w:rsidR="00126FCB">
        <w:t xml:space="preserve"> at Mt. Abram High School. </w:t>
      </w:r>
    </w:p>
    <w:p w14:paraId="29C68C29" w14:textId="2B97F6AD" w:rsidR="00CA2DE8" w:rsidRDefault="008007D4" w:rsidP="00DD6B83">
      <w:pPr>
        <w:spacing w:line="240" w:lineRule="auto"/>
      </w:pPr>
      <w:r>
        <w:rPr>
          <w:b/>
          <w:bCs/>
        </w:rPr>
        <w:t>Public Works &amp; Fire Department Report</w:t>
      </w:r>
      <w:r>
        <w:t xml:space="preserve"> – </w:t>
      </w:r>
      <w:r w:rsidR="00E41AB1">
        <w:t xml:space="preserve">None. </w:t>
      </w:r>
    </w:p>
    <w:p w14:paraId="3C1411DE" w14:textId="090A3731" w:rsidR="002615A3" w:rsidRDefault="008007D4" w:rsidP="000F752E">
      <w:pPr>
        <w:spacing w:after="280" w:line="240" w:lineRule="auto"/>
      </w:pPr>
      <w:r>
        <w:rPr>
          <w:b/>
          <w:bCs/>
        </w:rPr>
        <w:t>Select Board Reports –</w:t>
      </w:r>
      <w:r w:rsidR="00F06E87">
        <w:t xml:space="preserve"> </w:t>
      </w:r>
      <w:r w:rsidR="00AE6A94">
        <w:t xml:space="preserve">Marcel said Harris Septic is </w:t>
      </w:r>
      <w:r w:rsidR="00071383">
        <w:t>emp</w:t>
      </w:r>
      <w:r w:rsidR="005D10C0">
        <w:t>tying the tan</w:t>
      </w:r>
      <w:r w:rsidR="0024399E">
        <w:t xml:space="preserve">k at </w:t>
      </w:r>
      <w:r w:rsidR="004B0B50">
        <w:t>the town beach next Thurs in preparation for the Bean Hole Supper</w:t>
      </w:r>
      <w:r w:rsidR="00361748">
        <w:t xml:space="preserve"> on August 1</w:t>
      </w:r>
      <w:r w:rsidR="004B0B50">
        <w:t>.</w:t>
      </w:r>
      <w:r w:rsidR="00046620">
        <w:t xml:space="preserve"> With </w:t>
      </w:r>
      <w:proofErr w:type="spellStart"/>
      <w:r w:rsidR="00046620">
        <w:t>Pierpole</w:t>
      </w:r>
      <w:proofErr w:type="spellEnd"/>
      <w:r w:rsidR="00046620">
        <w:t xml:space="preserve"> Days completed, </w:t>
      </w:r>
      <w:r w:rsidR="00017427">
        <w:t xml:space="preserve">most of the porta potties at the Legion Field will be collected. </w:t>
      </w:r>
      <w:r w:rsidR="006A6BC4">
        <w:t>Andrew said the town office should consider changing its internet provider</w:t>
      </w:r>
      <w:r w:rsidR="00D12879">
        <w:t>; s</w:t>
      </w:r>
      <w:r w:rsidR="006A6BC4">
        <w:t xml:space="preserve">taff will collect quotes. </w:t>
      </w:r>
      <w:r w:rsidR="005A3D1B">
        <w:t xml:space="preserve">Jim shared </w:t>
      </w:r>
      <w:proofErr w:type="spellStart"/>
      <w:r w:rsidR="005A3D1B">
        <w:t>Pierpole</w:t>
      </w:r>
      <w:proofErr w:type="spellEnd"/>
      <w:r w:rsidR="005A3D1B">
        <w:t xml:space="preserve"> Days were a success and thanked the select board and town office staff for their help. </w:t>
      </w:r>
      <w:r w:rsidR="005A28CB">
        <w:t xml:space="preserve">Joel echoed the sentiment. </w:t>
      </w:r>
      <w:r w:rsidR="00647ADC">
        <w:t>Sandy River Fest may move back to June next year.</w:t>
      </w:r>
      <w:r w:rsidR="00EE6AE8">
        <w:t xml:space="preserve"> Jim also mentioned </w:t>
      </w:r>
      <w:r w:rsidR="003C4700">
        <w:t xml:space="preserve">there are various library items in storage at the Memorial Building that could be sold at a yard sale. </w:t>
      </w:r>
      <w:r w:rsidR="00823647">
        <w:t xml:space="preserve">Rupert said there are several boxes of old town reports in the second floor storage as well and suggested </w:t>
      </w:r>
      <w:r w:rsidR="00D32C57">
        <w:t xml:space="preserve">office staff maintain an archive then </w:t>
      </w:r>
      <w:r w:rsidR="00401F69">
        <w:t xml:space="preserve">offer </w:t>
      </w:r>
      <w:r w:rsidR="009976B1">
        <w:t xml:space="preserve">free </w:t>
      </w:r>
      <w:r w:rsidR="00401F69">
        <w:t xml:space="preserve">copies </w:t>
      </w:r>
      <w:r w:rsidR="009976B1">
        <w:t xml:space="preserve">to residents at our next town meeting. </w:t>
      </w:r>
      <w:r w:rsidR="00E521D7">
        <w:t xml:space="preserve">He also asked Amanda to find </w:t>
      </w:r>
      <w:r w:rsidR="001F3C52">
        <w:t>an instructor for swimming lessons next year at the town beach. Joel has a potential lead.</w:t>
      </w:r>
    </w:p>
    <w:p w14:paraId="0A48861D" w14:textId="77777777" w:rsidR="00F30487" w:rsidRDefault="008007D4" w:rsidP="000D4F21">
      <w:pPr>
        <w:spacing w:after="0" w:line="240" w:lineRule="auto"/>
      </w:pPr>
      <w:r>
        <w:rPr>
          <w:b/>
          <w:bCs/>
        </w:rPr>
        <w:t xml:space="preserve">Adjournment </w:t>
      </w:r>
    </w:p>
    <w:p w14:paraId="0A48861E" w14:textId="5744A8BE" w:rsidR="00F30487" w:rsidRDefault="008007D4">
      <w:pPr>
        <w:spacing w:line="240" w:lineRule="auto"/>
      </w:pPr>
      <w:r>
        <w:t xml:space="preserve">Motion to adjourn by </w:t>
      </w:r>
      <w:r w:rsidR="00FE60DB">
        <w:t>Joel Doyon</w:t>
      </w:r>
      <w:r>
        <w:t xml:space="preserve">. Seconded by </w:t>
      </w:r>
      <w:r w:rsidR="00FE60DB">
        <w:t>Andrew Bracy</w:t>
      </w:r>
      <w:r>
        <w:t xml:space="preserve">. Motion carried. Meeting adjourned at </w:t>
      </w:r>
      <w:r w:rsidR="00112EFA">
        <w:t>6</w:t>
      </w:r>
      <w:r w:rsidR="00FE60DB">
        <w:t>:</w:t>
      </w:r>
      <w:r w:rsidR="00112EFA">
        <w:t>45</w:t>
      </w:r>
      <w:r w:rsidR="003B1124">
        <w:t>pm</w:t>
      </w:r>
      <w:r>
        <w:t xml:space="preserve">. Next meeting: Tuesday, </w:t>
      </w:r>
      <w:r w:rsidR="001822F3">
        <w:t>July</w:t>
      </w:r>
      <w:r>
        <w:t xml:space="preserve"> </w:t>
      </w:r>
      <w:r w:rsidR="00FE60DB">
        <w:t>28</w:t>
      </w:r>
      <w:r>
        <w:t xml:space="preserve">, 2026 </w:t>
      </w:r>
      <w:r w:rsidR="00FE60DB">
        <w:t xml:space="preserve">immediately following the </w:t>
      </w:r>
      <w:r w:rsidR="00BF75AE">
        <w:t xml:space="preserve">6pm </w:t>
      </w:r>
      <w:r w:rsidR="00FE60DB">
        <w:t xml:space="preserve">Special Town </w:t>
      </w:r>
      <w:r w:rsidR="00BF75AE">
        <w:t>Meeting</w:t>
      </w:r>
      <w:r>
        <w:t>.</w:t>
      </w:r>
    </w:p>
    <w:p w14:paraId="0A48861F" w14:textId="77777777" w:rsidR="00F30487" w:rsidRDefault="008007D4">
      <w:r>
        <w:t>Respectfully submitted,</w:t>
      </w:r>
      <w:r>
        <w:br/>
        <w:t>Amanda Coolong, town clerk</w:t>
      </w:r>
    </w:p>
    <w:sectPr w:rsidR="00F30487">
      <w:head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2059" w14:textId="77777777" w:rsidR="00134BC6" w:rsidRDefault="00134BC6">
      <w:pPr>
        <w:spacing w:after="0" w:line="240" w:lineRule="auto"/>
      </w:pPr>
      <w:r>
        <w:separator/>
      </w:r>
    </w:p>
  </w:endnote>
  <w:endnote w:type="continuationSeparator" w:id="0">
    <w:p w14:paraId="533AACED" w14:textId="77777777" w:rsidR="00134BC6" w:rsidRDefault="00134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2A6872E-C312-4372-B8C6-D7B5B5D6BB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5EB5BA8-BF95-43A1-A5CA-E4C1D8A03653}"/>
    <w:embedBold r:id="rId3" w:fontKey="{D6560101-1E8B-47BA-8873-0D9E789D35D2}"/>
    <w:embedItalic r:id="rId4" w:fontKey="{7D1A78E8-EE41-4880-85DD-BCEB4C52305C}"/>
    <w:embedBoldItalic r:id="rId5" w:fontKey="{51E4DA83-FD2E-488D-9FBA-FF52B8895D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50887D8-CBB0-4931-AAD7-E3663EF19F2E}"/>
    <w:embedBold r:id="rId7" w:fontKey="{D34E4FB5-59C2-4B6D-8D2E-5D3F402CFD81}"/>
    <w:embedItalic r:id="rId8" w:fontKey="{1BE5B2EA-8B82-4B8D-9AF0-808F5DFD8860}"/>
    <w:embedBoldItalic r:id="rId9" w:fontKey="{EDC7701F-87D9-4EA9-A2B1-E16263ECE9A2}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C199" w14:textId="77777777" w:rsidR="00134BC6" w:rsidRDefault="00134BC6">
      <w:pPr>
        <w:spacing w:after="0" w:line="240" w:lineRule="auto"/>
      </w:pPr>
      <w:r>
        <w:separator/>
      </w:r>
    </w:p>
  </w:footnote>
  <w:footnote w:type="continuationSeparator" w:id="0">
    <w:p w14:paraId="76C8A006" w14:textId="77777777" w:rsidR="00134BC6" w:rsidRDefault="00134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8620" w14:textId="77777777" w:rsidR="00F30487" w:rsidRDefault="008007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ab/>
      <w:t xml:space="preserve">          Strong Select Board Meeting Minutes</w:t>
    </w:r>
  </w:p>
  <w:p w14:paraId="0A488621" w14:textId="36D11D9D" w:rsidR="00F30487" w:rsidRDefault="008007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ab/>
      <w:t xml:space="preserve">          Tuesday, </w:t>
    </w:r>
    <w:r w:rsidR="00995E64">
      <w:rPr>
        <w:b/>
        <w:bCs/>
      </w:rPr>
      <w:t>July</w:t>
    </w:r>
    <w:r>
      <w:rPr>
        <w:b/>
        <w:bCs/>
        <w:color w:val="000000"/>
      </w:rPr>
      <w:t xml:space="preserve"> </w:t>
    </w:r>
    <w:r w:rsidR="00995E64">
      <w:rPr>
        <w:b/>
        <w:bCs/>
      </w:rPr>
      <w:t>14</w:t>
    </w:r>
    <w:r>
      <w:rPr>
        <w:b/>
        <w:bCs/>
        <w:color w:val="000000"/>
      </w:rPr>
      <w:t>, 2026 at 6PM</w:t>
    </w:r>
  </w:p>
  <w:p w14:paraId="0A488622" w14:textId="77777777" w:rsidR="00F30487" w:rsidRDefault="008007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ab/>
      <w:t xml:space="preserve">          Forster Memorial Building, 14 S. Main St.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1B9"/>
    <w:multiLevelType w:val="multilevel"/>
    <w:tmpl w:val="90E4F27A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4F5D44"/>
    <w:multiLevelType w:val="hybridMultilevel"/>
    <w:tmpl w:val="6ED2052A"/>
    <w:lvl w:ilvl="0" w:tplc="6CE630EA">
      <w:numFmt w:val="bullet"/>
      <w:lvlText w:val=""/>
      <w:lvlJc w:val="left"/>
      <w:pPr>
        <w:ind w:left="360" w:hanging="360"/>
      </w:pPr>
      <w:rPr>
        <w:rFonts w:ascii="Symbol" w:eastAsia="Cambria" w:hAnsi="Symbol" w:cs="Cambri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F2211A"/>
    <w:multiLevelType w:val="hybridMultilevel"/>
    <w:tmpl w:val="31A00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624AED"/>
    <w:multiLevelType w:val="multilevel"/>
    <w:tmpl w:val="A66AE0C2"/>
    <w:lvl w:ilvl="0">
      <w:numFmt w:val="bullet"/>
      <w:lvlText w:val=""/>
      <w:lvlJc w:val="left"/>
      <w:pPr>
        <w:ind w:left="360" w:hanging="360"/>
      </w:pPr>
      <w:rPr>
        <w:rFonts w:ascii="Symbol" w:eastAsia="Cambria" w:hAnsi="Symbol" w:cs="Cambri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3655F0"/>
    <w:multiLevelType w:val="multilevel"/>
    <w:tmpl w:val="56823956"/>
    <w:lvl w:ilvl="0">
      <w:start w:val="1"/>
      <w:numFmt w:val="bullet"/>
      <w:pStyle w:val="ListBullet2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F550BC"/>
    <w:multiLevelType w:val="multilevel"/>
    <w:tmpl w:val="14767BB4"/>
    <w:lvl w:ilvl="0">
      <w:start w:val="1"/>
      <w:numFmt w:val="bullet"/>
      <w:pStyle w:val="ListBullet3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E155850"/>
    <w:multiLevelType w:val="multilevel"/>
    <w:tmpl w:val="713C9E92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C57583B"/>
    <w:multiLevelType w:val="hybridMultilevel"/>
    <w:tmpl w:val="2BA47A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6608317">
    <w:abstractNumId w:val="0"/>
  </w:num>
  <w:num w:numId="2" w16cid:durableId="1839610219">
    <w:abstractNumId w:val="4"/>
  </w:num>
  <w:num w:numId="3" w16cid:durableId="175267982">
    <w:abstractNumId w:val="5"/>
  </w:num>
  <w:num w:numId="4" w16cid:durableId="1957180373">
    <w:abstractNumId w:val="6"/>
  </w:num>
  <w:num w:numId="5" w16cid:durableId="7102991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3252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6304977">
    <w:abstractNumId w:val="2"/>
  </w:num>
  <w:num w:numId="8" w16cid:durableId="1149983279">
    <w:abstractNumId w:val="7"/>
  </w:num>
  <w:num w:numId="9" w16cid:durableId="1566144721">
    <w:abstractNumId w:val="1"/>
  </w:num>
  <w:num w:numId="10" w16cid:durableId="886914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487"/>
    <w:rsid w:val="000008D1"/>
    <w:rsid w:val="00004572"/>
    <w:rsid w:val="000105FA"/>
    <w:rsid w:val="0001426C"/>
    <w:rsid w:val="00015D7C"/>
    <w:rsid w:val="00017427"/>
    <w:rsid w:val="00017A3C"/>
    <w:rsid w:val="000253EB"/>
    <w:rsid w:val="00030122"/>
    <w:rsid w:val="00030A41"/>
    <w:rsid w:val="00033F46"/>
    <w:rsid w:val="0003584E"/>
    <w:rsid w:val="000365BC"/>
    <w:rsid w:val="000407E0"/>
    <w:rsid w:val="00040FDC"/>
    <w:rsid w:val="00046620"/>
    <w:rsid w:val="00051167"/>
    <w:rsid w:val="00052FE2"/>
    <w:rsid w:val="0005631A"/>
    <w:rsid w:val="00056F11"/>
    <w:rsid w:val="000618D2"/>
    <w:rsid w:val="000647AF"/>
    <w:rsid w:val="00064BD6"/>
    <w:rsid w:val="00065787"/>
    <w:rsid w:val="00066B64"/>
    <w:rsid w:val="00066CA7"/>
    <w:rsid w:val="000672C1"/>
    <w:rsid w:val="00070D6F"/>
    <w:rsid w:val="00071383"/>
    <w:rsid w:val="00071C37"/>
    <w:rsid w:val="00074F32"/>
    <w:rsid w:val="000801EB"/>
    <w:rsid w:val="00080B32"/>
    <w:rsid w:val="00080D48"/>
    <w:rsid w:val="00083379"/>
    <w:rsid w:val="00084346"/>
    <w:rsid w:val="00091E1E"/>
    <w:rsid w:val="0009215B"/>
    <w:rsid w:val="00092B4D"/>
    <w:rsid w:val="00094E7D"/>
    <w:rsid w:val="000A2E57"/>
    <w:rsid w:val="000A46DB"/>
    <w:rsid w:val="000A5ABF"/>
    <w:rsid w:val="000A64CA"/>
    <w:rsid w:val="000B090E"/>
    <w:rsid w:val="000B3194"/>
    <w:rsid w:val="000B6335"/>
    <w:rsid w:val="000B704E"/>
    <w:rsid w:val="000C42EA"/>
    <w:rsid w:val="000C64AB"/>
    <w:rsid w:val="000D1CAD"/>
    <w:rsid w:val="000D1FAB"/>
    <w:rsid w:val="000D1FBC"/>
    <w:rsid w:val="000D4F21"/>
    <w:rsid w:val="000D5D45"/>
    <w:rsid w:val="000D5E25"/>
    <w:rsid w:val="000E51A4"/>
    <w:rsid w:val="000F0967"/>
    <w:rsid w:val="000F39F8"/>
    <w:rsid w:val="000F4EE2"/>
    <w:rsid w:val="000F572A"/>
    <w:rsid w:val="000F752E"/>
    <w:rsid w:val="001048AB"/>
    <w:rsid w:val="00112EFA"/>
    <w:rsid w:val="00113CA7"/>
    <w:rsid w:val="001147CC"/>
    <w:rsid w:val="00123661"/>
    <w:rsid w:val="00123FCB"/>
    <w:rsid w:val="00124623"/>
    <w:rsid w:val="00126FCB"/>
    <w:rsid w:val="00127F72"/>
    <w:rsid w:val="00134BC6"/>
    <w:rsid w:val="00137414"/>
    <w:rsid w:val="00140CC7"/>
    <w:rsid w:val="00141CA1"/>
    <w:rsid w:val="0015307A"/>
    <w:rsid w:val="00154EC2"/>
    <w:rsid w:val="00161152"/>
    <w:rsid w:val="00163F90"/>
    <w:rsid w:val="001676EB"/>
    <w:rsid w:val="001757ED"/>
    <w:rsid w:val="00176DBC"/>
    <w:rsid w:val="001822F3"/>
    <w:rsid w:val="001839B2"/>
    <w:rsid w:val="0018752C"/>
    <w:rsid w:val="00190C97"/>
    <w:rsid w:val="0019283D"/>
    <w:rsid w:val="00194412"/>
    <w:rsid w:val="001A00D5"/>
    <w:rsid w:val="001A0127"/>
    <w:rsid w:val="001A1BA2"/>
    <w:rsid w:val="001A53F1"/>
    <w:rsid w:val="001A5490"/>
    <w:rsid w:val="001A5766"/>
    <w:rsid w:val="001A7657"/>
    <w:rsid w:val="001C72AB"/>
    <w:rsid w:val="001D48CD"/>
    <w:rsid w:val="001D5AF1"/>
    <w:rsid w:val="001E4F7E"/>
    <w:rsid w:val="001F0D94"/>
    <w:rsid w:val="001F28EE"/>
    <w:rsid w:val="001F3C52"/>
    <w:rsid w:val="001F41D7"/>
    <w:rsid w:val="001F438D"/>
    <w:rsid w:val="001F6A99"/>
    <w:rsid w:val="0020042C"/>
    <w:rsid w:val="002024BF"/>
    <w:rsid w:val="002041A5"/>
    <w:rsid w:val="00207D5D"/>
    <w:rsid w:val="002109A4"/>
    <w:rsid w:val="00212148"/>
    <w:rsid w:val="002128C3"/>
    <w:rsid w:val="00213D39"/>
    <w:rsid w:val="00216535"/>
    <w:rsid w:val="00216DCA"/>
    <w:rsid w:val="00221EA2"/>
    <w:rsid w:val="0022208C"/>
    <w:rsid w:val="002246AB"/>
    <w:rsid w:val="00232EF6"/>
    <w:rsid w:val="00236225"/>
    <w:rsid w:val="0024399E"/>
    <w:rsid w:val="002544FC"/>
    <w:rsid w:val="0025475B"/>
    <w:rsid w:val="00255C67"/>
    <w:rsid w:val="00257FFC"/>
    <w:rsid w:val="002615A3"/>
    <w:rsid w:val="00265412"/>
    <w:rsid w:val="0026558F"/>
    <w:rsid w:val="0027477B"/>
    <w:rsid w:val="0028071F"/>
    <w:rsid w:val="00282B8B"/>
    <w:rsid w:val="00283579"/>
    <w:rsid w:val="00286F90"/>
    <w:rsid w:val="00290C55"/>
    <w:rsid w:val="00292A3B"/>
    <w:rsid w:val="002931F2"/>
    <w:rsid w:val="002A324D"/>
    <w:rsid w:val="002A52E8"/>
    <w:rsid w:val="002A75FC"/>
    <w:rsid w:val="002B005A"/>
    <w:rsid w:val="002B0298"/>
    <w:rsid w:val="002B0374"/>
    <w:rsid w:val="002B22A8"/>
    <w:rsid w:val="002B2404"/>
    <w:rsid w:val="002B5C29"/>
    <w:rsid w:val="002B6192"/>
    <w:rsid w:val="002B7D90"/>
    <w:rsid w:val="002C1A2C"/>
    <w:rsid w:val="002C2E41"/>
    <w:rsid w:val="002C7E6A"/>
    <w:rsid w:val="002D0F35"/>
    <w:rsid w:val="002D306D"/>
    <w:rsid w:val="002D3D21"/>
    <w:rsid w:val="002D4BD3"/>
    <w:rsid w:val="002E16FB"/>
    <w:rsid w:val="002E5404"/>
    <w:rsid w:val="002F345D"/>
    <w:rsid w:val="002F5EC8"/>
    <w:rsid w:val="003017B0"/>
    <w:rsid w:val="00307FD4"/>
    <w:rsid w:val="00311548"/>
    <w:rsid w:val="00312EB3"/>
    <w:rsid w:val="0031575B"/>
    <w:rsid w:val="0031678E"/>
    <w:rsid w:val="003302BE"/>
    <w:rsid w:val="003333BD"/>
    <w:rsid w:val="00340F7C"/>
    <w:rsid w:val="00361748"/>
    <w:rsid w:val="00370569"/>
    <w:rsid w:val="00370EC0"/>
    <w:rsid w:val="003746EB"/>
    <w:rsid w:val="00383A01"/>
    <w:rsid w:val="003840C3"/>
    <w:rsid w:val="00384228"/>
    <w:rsid w:val="00387A38"/>
    <w:rsid w:val="003A0810"/>
    <w:rsid w:val="003A1646"/>
    <w:rsid w:val="003A47BF"/>
    <w:rsid w:val="003B0308"/>
    <w:rsid w:val="003B1124"/>
    <w:rsid w:val="003B1D5F"/>
    <w:rsid w:val="003B23E1"/>
    <w:rsid w:val="003B2BD7"/>
    <w:rsid w:val="003B53C7"/>
    <w:rsid w:val="003C18EB"/>
    <w:rsid w:val="003C1B46"/>
    <w:rsid w:val="003C4700"/>
    <w:rsid w:val="003C4DB8"/>
    <w:rsid w:val="003C54F5"/>
    <w:rsid w:val="003C5793"/>
    <w:rsid w:val="003D04F4"/>
    <w:rsid w:val="003D21BD"/>
    <w:rsid w:val="003E6080"/>
    <w:rsid w:val="00401F69"/>
    <w:rsid w:val="00403EF1"/>
    <w:rsid w:val="00416C6E"/>
    <w:rsid w:val="00420A79"/>
    <w:rsid w:val="004213C9"/>
    <w:rsid w:val="00430567"/>
    <w:rsid w:val="00432EC0"/>
    <w:rsid w:val="004364A6"/>
    <w:rsid w:val="004364B5"/>
    <w:rsid w:val="00437273"/>
    <w:rsid w:val="0044245E"/>
    <w:rsid w:val="0045552C"/>
    <w:rsid w:val="004570A5"/>
    <w:rsid w:val="004614AF"/>
    <w:rsid w:val="004614DE"/>
    <w:rsid w:val="00470187"/>
    <w:rsid w:val="0047170D"/>
    <w:rsid w:val="00482367"/>
    <w:rsid w:val="00486451"/>
    <w:rsid w:val="00491B88"/>
    <w:rsid w:val="00492F37"/>
    <w:rsid w:val="00494714"/>
    <w:rsid w:val="00495131"/>
    <w:rsid w:val="004A22E5"/>
    <w:rsid w:val="004A7049"/>
    <w:rsid w:val="004A7315"/>
    <w:rsid w:val="004B0452"/>
    <w:rsid w:val="004B0B50"/>
    <w:rsid w:val="004B7846"/>
    <w:rsid w:val="004C35BE"/>
    <w:rsid w:val="004C64CC"/>
    <w:rsid w:val="004D377F"/>
    <w:rsid w:val="004E0A0F"/>
    <w:rsid w:val="004E1C73"/>
    <w:rsid w:val="004E6290"/>
    <w:rsid w:val="004F0369"/>
    <w:rsid w:val="004F2BDD"/>
    <w:rsid w:val="004F2F53"/>
    <w:rsid w:val="005003D2"/>
    <w:rsid w:val="00510882"/>
    <w:rsid w:val="00520545"/>
    <w:rsid w:val="00527A3E"/>
    <w:rsid w:val="00531816"/>
    <w:rsid w:val="0053269E"/>
    <w:rsid w:val="005336FB"/>
    <w:rsid w:val="00537BF8"/>
    <w:rsid w:val="005417EE"/>
    <w:rsid w:val="00551528"/>
    <w:rsid w:val="00553780"/>
    <w:rsid w:val="005545CB"/>
    <w:rsid w:val="005601CE"/>
    <w:rsid w:val="0056168B"/>
    <w:rsid w:val="00562E63"/>
    <w:rsid w:val="00563298"/>
    <w:rsid w:val="00563AEF"/>
    <w:rsid w:val="0057017B"/>
    <w:rsid w:val="00570603"/>
    <w:rsid w:val="005712E0"/>
    <w:rsid w:val="005725D0"/>
    <w:rsid w:val="00572E48"/>
    <w:rsid w:val="00581701"/>
    <w:rsid w:val="00583823"/>
    <w:rsid w:val="00584995"/>
    <w:rsid w:val="005A1154"/>
    <w:rsid w:val="005A1249"/>
    <w:rsid w:val="005A28CB"/>
    <w:rsid w:val="005A3D1B"/>
    <w:rsid w:val="005A4372"/>
    <w:rsid w:val="005B3BC1"/>
    <w:rsid w:val="005B5E02"/>
    <w:rsid w:val="005C04DE"/>
    <w:rsid w:val="005C281F"/>
    <w:rsid w:val="005D10C0"/>
    <w:rsid w:val="005D4BEF"/>
    <w:rsid w:val="005E023D"/>
    <w:rsid w:val="005E7449"/>
    <w:rsid w:val="005F03D9"/>
    <w:rsid w:val="005F2DB0"/>
    <w:rsid w:val="005F4A34"/>
    <w:rsid w:val="005F7D8C"/>
    <w:rsid w:val="006029F6"/>
    <w:rsid w:val="006065E2"/>
    <w:rsid w:val="00606AA7"/>
    <w:rsid w:val="00614C05"/>
    <w:rsid w:val="00615172"/>
    <w:rsid w:val="00617DE4"/>
    <w:rsid w:val="00621CCB"/>
    <w:rsid w:val="00625103"/>
    <w:rsid w:val="00625F5E"/>
    <w:rsid w:val="0062781F"/>
    <w:rsid w:val="00627A4B"/>
    <w:rsid w:val="00631323"/>
    <w:rsid w:val="00631546"/>
    <w:rsid w:val="00636B1D"/>
    <w:rsid w:val="00642216"/>
    <w:rsid w:val="006432A4"/>
    <w:rsid w:val="00643E3D"/>
    <w:rsid w:val="00647ADC"/>
    <w:rsid w:val="00661C25"/>
    <w:rsid w:val="00661F5B"/>
    <w:rsid w:val="006628D3"/>
    <w:rsid w:val="00670E28"/>
    <w:rsid w:val="0067457B"/>
    <w:rsid w:val="00676FC4"/>
    <w:rsid w:val="00677617"/>
    <w:rsid w:val="00682AE5"/>
    <w:rsid w:val="0068790E"/>
    <w:rsid w:val="006923C0"/>
    <w:rsid w:val="00697482"/>
    <w:rsid w:val="00697F22"/>
    <w:rsid w:val="006A0F49"/>
    <w:rsid w:val="006A27AA"/>
    <w:rsid w:val="006A42ED"/>
    <w:rsid w:val="006A4815"/>
    <w:rsid w:val="006A6269"/>
    <w:rsid w:val="006A6BC4"/>
    <w:rsid w:val="006B628A"/>
    <w:rsid w:val="006C24BE"/>
    <w:rsid w:val="006C3319"/>
    <w:rsid w:val="006C72F8"/>
    <w:rsid w:val="006D5B89"/>
    <w:rsid w:val="006E4807"/>
    <w:rsid w:val="006E5D20"/>
    <w:rsid w:val="006F4473"/>
    <w:rsid w:val="006F6D99"/>
    <w:rsid w:val="00711775"/>
    <w:rsid w:val="00713B16"/>
    <w:rsid w:val="00713D50"/>
    <w:rsid w:val="00721DEF"/>
    <w:rsid w:val="007225EE"/>
    <w:rsid w:val="007240C0"/>
    <w:rsid w:val="007258FA"/>
    <w:rsid w:val="00735590"/>
    <w:rsid w:val="00735E7A"/>
    <w:rsid w:val="00737389"/>
    <w:rsid w:val="00741F67"/>
    <w:rsid w:val="00742C76"/>
    <w:rsid w:val="007466DA"/>
    <w:rsid w:val="00746E06"/>
    <w:rsid w:val="0074735B"/>
    <w:rsid w:val="0075124A"/>
    <w:rsid w:val="007522FB"/>
    <w:rsid w:val="00762AC5"/>
    <w:rsid w:val="00771674"/>
    <w:rsid w:val="007748FE"/>
    <w:rsid w:val="00775A61"/>
    <w:rsid w:val="00777901"/>
    <w:rsid w:val="00786486"/>
    <w:rsid w:val="00786B8E"/>
    <w:rsid w:val="0079329A"/>
    <w:rsid w:val="00793E00"/>
    <w:rsid w:val="00796C51"/>
    <w:rsid w:val="007A0599"/>
    <w:rsid w:val="007A367C"/>
    <w:rsid w:val="007A7151"/>
    <w:rsid w:val="007B2C91"/>
    <w:rsid w:val="007B41AC"/>
    <w:rsid w:val="007B7AF6"/>
    <w:rsid w:val="007C196E"/>
    <w:rsid w:val="007C3219"/>
    <w:rsid w:val="007C3618"/>
    <w:rsid w:val="007C584E"/>
    <w:rsid w:val="007C79E0"/>
    <w:rsid w:val="007E5105"/>
    <w:rsid w:val="007F0E61"/>
    <w:rsid w:val="007F58DE"/>
    <w:rsid w:val="008007D4"/>
    <w:rsid w:val="00803E7A"/>
    <w:rsid w:val="00803E9F"/>
    <w:rsid w:val="00805199"/>
    <w:rsid w:val="00813888"/>
    <w:rsid w:val="00823647"/>
    <w:rsid w:val="00824054"/>
    <w:rsid w:val="00826611"/>
    <w:rsid w:val="00826751"/>
    <w:rsid w:val="00826CCB"/>
    <w:rsid w:val="008321F7"/>
    <w:rsid w:val="0083686E"/>
    <w:rsid w:val="008374F6"/>
    <w:rsid w:val="008414F0"/>
    <w:rsid w:val="008446E2"/>
    <w:rsid w:val="00844F74"/>
    <w:rsid w:val="00845CBB"/>
    <w:rsid w:val="00851CDE"/>
    <w:rsid w:val="00852441"/>
    <w:rsid w:val="008600B1"/>
    <w:rsid w:val="00864D1D"/>
    <w:rsid w:val="008679A6"/>
    <w:rsid w:val="00871587"/>
    <w:rsid w:val="00875001"/>
    <w:rsid w:val="00876CF9"/>
    <w:rsid w:val="00877A36"/>
    <w:rsid w:val="008837EA"/>
    <w:rsid w:val="00883D96"/>
    <w:rsid w:val="00884B16"/>
    <w:rsid w:val="008907EE"/>
    <w:rsid w:val="0089463A"/>
    <w:rsid w:val="0089562B"/>
    <w:rsid w:val="008965DC"/>
    <w:rsid w:val="008A09E3"/>
    <w:rsid w:val="008B4F57"/>
    <w:rsid w:val="008C6DFB"/>
    <w:rsid w:val="008E5A52"/>
    <w:rsid w:val="008E7C7A"/>
    <w:rsid w:val="008F072F"/>
    <w:rsid w:val="008F372B"/>
    <w:rsid w:val="008F427A"/>
    <w:rsid w:val="009070CD"/>
    <w:rsid w:val="009208F9"/>
    <w:rsid w:val="009226E9"/>
    <w:rsid w:val="0092369E"/>
    <w:rsid w:val="00930BAB"/>
    <w:rsid w:val="00941223"/>
    <w:rsid w:val="00952034"/>
    <w:rsid w:val="00953C6C"/>
    <w:rsid w:val="00962E19"/>
    <w:rsid w:val="00963F02"/>
    <w:rsid w:val="009757EB"/>
    <w:rsid w:val="00977924"/>
    <w:rsid w:val="00983A74"/>
    <w:rsid w:val="009842E7"/>
    <w:rsid w:val="00984F3B"/>
    <w:rsid w:val="00985FAD"/>
    <w:rsid w:val="0098729C"/>
    <w:rsid w:val="009878AC"/>
    <w:rsid w:val="009908C5"/>
    <w:rsid w:val="00990DC5"/>
    <w:rsid w:val="00995B5A"/>
    <w:rsid w:val="00995E64"/>
    <w:rsid w:val="009976B1"/>
    <w:rsid w:val="009A251E"/>
    <w:rsid w:val="009A4D23"/>
    <w:rsid w:val="009C29B5"/>
    <w:rsid w:val="009C3DFD"/>
    <w:rsid w:val="009C5CAD"/>
    <w:rsid w:val="009C6EB7"/>
    <w:rsid w:val="009C7D77"/>
    <w:rsid w:val="009D08A5"/>
    <w:rsid w:val="009D156F"/>
    <w:rsid w:val="009D44BB"/>
    <w:rsid w:val="009D4BF9"/>
    <w:rsid w:val="009E0DD0"/>
    <w:rsid w:val="009E1592"/>
    <w:rsid w:val="009E3DC1"/>
    <w:rsid w:val="009E410A"/>
    <w:rsid w:val="00A01ECA"/>
    <w:rsid w:val="00A044B7"/>
    <w:rsid w:val="00A07D0A"/>
    <w:rsid w:val="00A07F2D"/>
    <w:rsid w:val="00A1401F"/>
    <w:rsid w:val="00A14FD1"/>
    <w:rsid w:val="00A269D8"/>
    <w:rsid w:val="00A33F35"/>
    <w:rsid w:val="00A36131"/>
    <w:rsid w:val="00A4388C"/>
    <w:rsid w:val="00A5273E"/>
    <w:rsid w:val="00A5372F"/>
    <w:rsid w:val="00A569D1"/>
    <w:rsid w:val="00A61252"/>
    <w:rsid w:val="00A64D44"/>
    <w:rsid w:val="00A65BAD"/>
    <w:rsid w:val="00A70A5E"/>
    <w:rsid w:val="00A74C82"/>
    <w:rsid w:val="00A77F79"/>
    <w:rsid w:val="00A80660"/>
    <w:rsid w:val="00A81791"/>
    <w:rsid w:val="00A823C0"/>
    <w:rsid w:val="00A84256"/>
    <w:rsid w:val="00A928C5"/>
    <w:rsid w:val="00A93EA1"/>
    <w:rsid w:val="00A9629D"/>
    <w:rsid w:val="00AA07FD"/>
    <w:rsid w:val="00AA7431"/>
    <w:rsid w:val="00AB018C"/>
    <w:rsid w:val="00AB0321"/>
    <w:rsid w:val="00AB3205"/>
    <w:rsid w:val="00AC15F4"/>
    <w:rsid w:val="00AC5A74"/>
    <w:rsid w:val="00AD0301"/>
    <w:rsid w:val="00AD0DFF"/>
    <w:rsid w:val="00AD3B47"/>
    <w:rsid w:val="00AD66C3"/>
    <w:rsid w:val="00AD6AC6"/>
    <w:rsid w:val="00AE1B83"/>
    <w:rsid w:val="00AE3BEF"/>
    <w:rsid w:val="00AE6A94"/>
    <w:rsid w:val="00AF0BCF"/>
    <w:rsid w:val="00AF2131"/>
    <w:rsid w:val="00AF401F"/>
    <w:rsid w:val="00AF634A"/>
    <w:rsid w:val="00B03AB5"/>
    <w:rsid w:val="00B06D33"/>
    <w:rsid w:val="00B1124A"/>
    <w:rsid w:val="00B17A39"/>
    <w:rsid w:val="00B20364"/>
    <w:rsid w:val="00B2081C"/>
    <w:rsid w:val="00B21DE0"/>
    <w:rsid w:val="00B23E9C"/>
    <w:rsid w:val="00B267A0"/>
    <w:rsid w:val="00B309CA"/>
    <w:rsid w:val="00B33812"/>
    <w:rsid w:val="00B362EA"/>
    <w:rsid w:val="00B365F3"/>
    <w:rsid w:val="00B429EC"/>
    <w:rsid w:val="00B42AA1"/>
    <w:rsid w:val="00B46CCF"/>
    <w:rsid w:val="00B51517"/>
    <w:rsid w:val="00B53CF4"/>
    <w:rsid w:val="00B5502B"/>
    <w:rsid w:val="00B57586"/>
    <w:rsid w:val="00B60EBB"/>
    <w:rsid w:val="00B734EB"/>
    <w:rsid w:val="00B74348"/>
    <w:rsid w:val="00B7677A"/>
    <w:rsid w:val="00B81348"/>
    <w:rsid w:val="00B83D26"/>
    <w:rsid w:val="00B86231"/>
    <w:rsid w:val="00B8646A"/>
    <w:rsid w:val="00B913F8"/>
    <w:rsid w:val="00B94407"/>
    <w:rsid w:val="00B944C2"/>
    <w:rsid w:val="00B95441"/>
    <w:rsid w:val="00BA0B1E"/>
    <w:rsid w:val="00BA2A2E"/>
    <w:rsid w:val="00BA5D2C"/>
    <w:rsid w:val="00BA7E1F"/>
    <w:rsid w:val="00BB2B12"/>
    <w:rsid w:val="00BB601C"/>
    <w:rsid w:val="00BB7A37"/>
    <w:rsid w:val="00BC0C45"/>
    <w:rsid w:val="00BC348F"/>
    <w:rsid w:val="00BC6DE6"/>
    <w:rsid w:val="00BC6FC2"/>
    <w:rsid w:val="00BD0A90"/>
    <w:rsid w:val="00BD1302"/>
    <w:rsid w:val="00BD1FB6"/>
    <w:rsid w:val="00BD2E29"/>
    <w:rsid w:val="00BD50FB"/>
    <w:rsid w:val="00BD51C4"/>
    <w:rsid w:val="00BF5D55"/>
    <w:rsid w:val="00BF75AE"/>
    <w:rsid w:val="00C001B0"/>
    <w:rsid w:val="00C107E6"/>
    <w:rsid w:val="00C120E0"/>
    <w:rsid w:val="00C17796"/>
    <w:rsid w:val="00C23EA7"/>
    <w:rsid w:val="00C23FB9"/>
    <w:rsid w:val="00C2750F"/>
    <w:rsid w:val="00C27898"/>
    <w:rsid w:val="00C40995"/>
    <w:rsid w:val="00C41FA8"/>
    <w:rsid w:val="00C46B2F"/>
    <w:rsid w:val="00C54E5A"/>
    <w:rsid w:val="00C577C6"/>
    <w:rsid w:val="00C709EF"/>
    <w:rsid w:val="00C71D9D"/>
    <w:rsid w:val="00C73281"/>
    <w:rsid w:val="00C83557"/>
    <w:rsid w:val="00C84E37"/>
    <w:rsid w:val="00C92177"/>
    <w:rsid w:val="00C95A5B"/>
    <w:rsid w:val="00CA2BE0"/>
    <w:rsid w:val="00CA2DE8"/>
    <w:rsid w:val="00CA5A8D"/>
    <w:rsid w:val="00CB148D"/>
    <w:rsid w:val="00CB2BAF"/>
    <w:rsid w:val="00CB2E1A"/>
    <w:rsid w:val="00CB4A4C"/>
    <w:rsid w:val="00CB5600"/>
    <w:rsid w:val="00CB7424"/>
    <w:rsid w:val="00CC4A3B"/>
    <w:rsid w:val="00CD00CB"/>
    <w:rsid w:val="00CD179F"/>
    <w:rsid w:val="00CD6BE9"/>
    <w:rsid w:val="00CD7678"/>
    <w:rsid w:val="00CD789C"/>
    <w:rsid w:val="00CE0FF4"/>
    <w:rsid w:val="00CE1823"/>
    <w:rsid w:val="00CE2DD2"/>
    <w:rsid w:val="00CE5E92"/>
    <w:rsid w:val="00CE666F"/>
    <w:rsid w:val="00CE6FB0"/>
    <w:rsid w:val="00CF39DD"/>
    <w:rsid w:val="00D00837"/>
    <w:rsid w:val="00D01248"/>
    <w:rsid w:val="00D01465"/>
    <w:rsid w:val="00D02232"/>
    <w:rsid w:val="00D03F2A"/>
    <w:rsid w:val="00D07604"/>
    <w:rsid w:val="00D07CDB"/>
    <w:rsid w:val="00D10ABD"/>
    <w:rsid w:val="00D12879"/>
    <w:rsid w:val="00D14875"/>
    <w:rsid w:val="00D14EA2"/>
    <w:rsid w:val="00D24F2C"/>
    <w:rsid w:val="00D32C57"/>
    <w:rsid w:val="00D34A24"/>
    <w:rsid w:val="00D41F48"/>
    <w:rsid w:val="00D440CF"/>
    <w:rsid w:val="00D44181"/>
    <w:rsid w:val="00D55339"/>
    <w:rsid w:val="00D67CEB"/>
    <w:rsid w:val="00D723DB"/>
    <w:rsid w:val="00D7544D"/>
    <w:rsid w:val="00D81511"/>
    <w:rsid w:val="00D817DF"/>
    <w:rsid w:val="00D81866"/>
    <w:rsid w:val="00D86CA1"/>
    <w:rsid w:val="00D9037C"/>
    <w:rsid w:val="00DA214E"/>
    <w:rsid w:val="00DA5CFE"/>
    <w:rsid w:val="00DA6475"/>
    <w:rsid w:val="00DC1CD2"/>
    <w:rsid w:val="00DC3C7E"/>
    <w:rsid w:val="00DC53E1"/>
    <w:rsid w:val="00DD28B2"/>
    <w:rsid w:val="00DD5B3A"/>
    <w:rsid w:val="00DD6B83"/>
    <w:rsid w:val="00DD7702"/>
    <w:rsid w:val="00DE4F20"/>
    <w:rsid w:val="00DE6B39"/>
    <w:rsid w:val="00DF7132"/>
    <w:rsid w:val="00E00F8E"/>
    <w:rsid w:val="00E03DCC"/>
    <w:rsid w:val="00E03F91"/>
    <w:rsid w:val="00E054AD"/>
    <w:rsid w:val="00E102E0"/>
    <w:rsid w:val="00E10F75"/>
    <w:rsid w:val="00E12B67"/>
    <w:rsid w:val="00E15440"/>
    <w:rsid w:val="00E178A4"/>
    <w:rsid w:val="00E2091B"/>
    <w:rsid w:val="00E247EE"/>
    <w:rsid w:val="00E26FDC"/>
    <w:rsid w:val="00E27224"/>
    <w:rsid w:val="00E35F72"/>
    <w:rsid w:val="00E41466"/>
    <w:rsid w:val="00E41AB1"/>
    <w:rsid w:val="00E41C84"/>
    <w:rsid w:val="00E449BE"/>
    <w:rsid w:val="00E45C13"/>
    <w:rsid w:val="00E521D7"/>
    <w:rsid w:val="00E53E98"/>
    <w:rsid w:val="00E57DC0"/>
    <w:rsid w:val="00E7204E"/>
    <w:rsid w:val="00E770EC"/>
    <w:rsid w:val="00E80E95"/>
    <w:rsid w:val="00E826EC"/>
    <w:rsid w:val="00E83283"/>
    <w:rsid w:val="00E8480E"/>
    <w:rsid w:val="00E90DFF"/>
    <w:rsid w:val="00E9200E"/>
    <w:rsid w:val="00E93699"/>
    <w:rsid w:val="00E951A9"/>
    <w:rsid w:val="00EA29D5"/>
    <w:rsid w:val="00EA2B0E"/>
    <w:rsid w:val="00EA4380"/>
    <w:rsid w:val="00EA753F"/>
    <w:rsid w:val="00EB17B2"/>
    <w:rsid w:val="00EB340F"/>
    <w:rsid w:val="00EB5E9C"/>
    <w:rsid w:val="00EC6D1A"/>
    <w:rsid w:val="00ED0686"/>
    <w:rsid w:val="00ED2B3E"/>
    <w:rsid w:val="00ED46DB"/>
    <w:rsid w:val="00EE0EE8"/>
    <w:rsid w:val="00EE5360"/>
    <w:rsid w:val="00EE6AE8"/>
    <w:rsid w:val="00EF18E6"/>
    <w:rsid w:val="00EF1B2A"/>
    <w:rsid w:val="00EF4625"/>
    <w:rsid w:val="00EF7E7F"/>
    <w:rsid w:val="00F046A4"/>
    <w:rsid w:val="00F06E87"/>
    <w:rsid w:val="00F12D56"/>
    <w:rsid w:val="00F130D9"/>
    <w:rsid w:val="00F14F96"/>
    <w:rsid w:val="00F15557"/>
    <w:rsid w:val="00F21A19"/>
    <w:rsid w:val="00F22123"/>
    <w:rsid w:val="00F22705"/>
    <w:rsid w:val="00F24D4B"/>
    <w:rsid w:val="00F30487"/>
    <w:rsid w:val="00F32412"/>
    <w:rsid w:val="00F3568A"/>
    <w:rsid w:val="00F542E2"/>
    <w:rsid w:val="00F54C57"/>
    <w:rsid w:val="00F553D9"/>
    <w:rsid w:val="00F55413"/>
    <w:rsid w:val="00F558E3"/>
    <w:rsid w:val="00F5628C"/>
    <w:rsid w:val="00F5669B"/>
    <w:rsid w:val="00F716E3"/>
    <w:rsid w:val="00F7322A"/>
    <w:rsid w:val="00F74A27"/>
    <w:rsid w:val="00F75835"/>
    <w:rsid w:val="00F81373"/>
    <w:rsid w:val="00F81CD8"/>
    <w:rsid w:val="00F8208E"/>
    <w:rsid w:val="00F83577"/>
    <w:rsid w:val="00F90252"/>
    <w:rsid w:val="00F90449"/>
    <w:rsid w:val="00F94BFB"/>
    <w:rsid w:val="00FA2FCB"/>
    <w:rsid w:val="00FA318D"/>
    <w:rsid w:val="00FB3C92"/>
    <w:rsid w:val="00FB76FC"/>
    <w:rsid w:val="00FC1465"/>
    <w:rsid w:val="00FC41C2"/>
    <w:rsid w:val="00FC45CD"/>
    <w:rsid w:val="00FC56BD"/>
    <w:rsid w:val="00FD4DCD"/>
    <w:rsid w:val="00FD562D"/>
    <w:rsid w:val="00FD7430"/>
    <w:rsid w:val="00FD74AB"/>
    <w:rsid w:val="00FD7AFB"/>
    <w:rsid w:val="00FD7F5C"/>
    <w:rsid w:val="00FE104A"/>
    <w:rsid w:val="00FE32D2"/>
    <w:rsid w:val="00FE60DB"/>
    <w:rsid w:val="00FE6AE6"/>
    <w:rsid w:val="00FF0446"/>
    <w:rsid w:val="00FF1998"/>
    <w:rsid w:val="00FF3D65"/>
    <w:rsid w:val="00FF4401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8607"/>
  <w15:docId w15:val="{7ABB2213-41D7-4F89-A370-C8915C93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CA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4F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lybulldog.com/announcements/strong-presents-the-boston-post-cane-to-louise-hagerstr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0ybdZGekcddKnMGgwKChQUq9Ow==">CgMxLjAyDmgueW1tbGFuZnVjd3g3OAByITFDYXVmQlRrTXR3ejdWYkVFbk45a3R6MG9Ld0JiS01CNg==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4212</TotalTime>
  <Pages>1</Pages>
  <Words>527</Words>
  <Characters>2749</Characters>
  <Application>Microsoft Office Word</Application>
  <DocSecurity>0</DocSecurity>
  <Lines>57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Clerk</dc:creator>
  <cp:lastModifiedBy>Amanda Coolong</cp:lastModifiedBy>
  <cp:revision>673</cp:revision>
  <cp:lastPrinted>2026-06-04T16:48:00Z</cp:lastPrinted>
  <dcterms:created xsi:type="dcterms:W3CDTF">2025-12-30T21:28:00Z</dcterms:created>
  <dcterms:modified xsi:type="dcterms:W3CDTF">2026-07-24T19:22:00Z</dcterms:modified>
</cp:coreProperties>
</file>