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8607" w14:textId="44A70893" w:rsidR="00F30487" w:rsidRDefault="00F30487"/>
    <w:p w14:paraId="0A488609" w14:textId="45B782A0" w:rsidR="00F30487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Town Clerk</w:t>
      </w:r>
      <w:r w:rsidR="008007D4">
        <w:rPr>
          <w:color w:val="000000"/>
        </w:rPr>
        <w:t xml:space="preserve"> </w:t>
      </w:r>
      <w:r>
        <w:rPr>
          <w:color w:val="000000"/>
        </w:rPr>
        <w:t>Amanda Coolong</w:t>
      </w:r>
      <w:r w:rsidR="008007D4">
        <w:rPr>
          <w:color w:val="000000"/>
        </w:rPr>
        <w:t xml:space="preserve"> </w:t>
      </w:r>
      <w:r>
        <w:rPr>
          <w:color w:val="000000"/>
        </w:rPr>
        <w:t>opened</w:t>
      </w:r>
      <w:r w:rsidR="008007D4">
        <w:rPr>
          <w:color w:val="000000"/>
        </w:rPr>
        <w:t xml:space="preserve"> the meeting at </w:t>
      </w:r>
      <w:r>
        <w:rPr>
          <w:color w:val="000000"/>
        </w:rPr>
        <w:t>6</w:t>
      </w:r>
      <w:r w:rsidR="0092298D">
        <w:rPr>
          <w:color w:val="000000"/>
        </w:rPr>
        <w:t>:</w:t>
      </w:r>
      <w:r>
        <w:rPr>
          <w:color w:val="000000"/>
        </w:rPr>
        <w:t>0</w:t>
      </w:r>
      <w:r w:rsidR="0092298D">
        <w:rPr>
          <w:color w:val="000000"/>
        </w:rPr>
        <w:t>0</w:t>
      </w:r>
      <w:r w:rsidR="00A21DC3">
        <w:rPr>
          <w:color w:val="000000"/>
        </w:rPr>
        <w:t>pm</w:t>
      </w:r>
      <w:r>
        <w:rPr>
          <w:color w:val="000000"/>
        </w:rPr>
        <w:t>.</w:t>
      </w:r>
    </w:p>
    <w:p w14:paraId="6DC313D7" w14:textId="77777777" w:rsidR="002B0CCF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FDBF8E6" w14:textId="77C05832" w:rsidR="002B0CCF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 w:rsidRPr="002B0CCF">
        <w:rPr>
          <w:b/>
          <w:bCs/>
          <w:color w:val="000000"/>
        </w:rPr>
        <w:t>Article 1. To choose a moderator to preside at said meeting.</w:t>
      </w:r>
    </w:p>
    <w:p w14:paraId="2BC7BFB0" w14:textId="7AFD7D64" w:rsidR="002B0CCF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</w:p>
    <w:p w14:paraId="6CB15AD2" w14:textId="0229007E" w:rsidR="002B0CCF" w:rsidRPr="002B0CCF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iCs/>
          <w:color w:val="000000"/>
        </w:rPr>
      </w:pPr>
      <w:r w:rsidRPr="002B0CCF">
        <w:rPr>
          <w:i/>
          <w:iCs/>
          <w:color w:val="000000"/>
        </w:rPr>
        <w:t xml:space="preserve">It was read, moved, and seconded to nominate Sue Pratt as moderator. Motion carried. Sue Pratt took the Moderator’s Oath, then led the pledge of allegiance. </w:t>
      </w:r>
    </w:p>
    <w:p w14:paraId="1A9FA3CB" w14:textId="77777777" w:rsidR="002B0CCF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074D577" w14:textId="643D48C4" w:rsidR="002B0CCF" w:rsidRPr="002232D5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 w:rsidRPr="002232D5">
        <w:rPr>
          <w:b/>
          <w:bCs/>
          <w:color w:val="000000"/>
        </w:rPr>
        <w:t xml:space="preserve">Article II. To see if the residents of the Town of Strong will vote to transfer $14,000 from Surplus to the Tarvia account. </w:t>
      </w:r>
    </w:p>
    <w:p w14:paraId="6D1CFB3F" w14:textId="77777777" w:rsidR="002B0CCF" w:rsidRPr="002B0CCF" w:rsidRDefault="002B0CCF" w:rsidP="002B0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F48E9F8" w14:textId="2196736E" w:rsidR="002B0CCF" w:rsidRPr="00B17FD6" w:rsidRDefault="002232D5" w:rsidP="002B0CCF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 w:rsidRPr="00B17FD6">
        <w:rPr>
          <w:i/>
          <w:iCs/>
          <w:color w:val="000000"/>
        </w:rPr>
        <w:t>It was read, moved, and seconded. Motion carried with no discussion.</w:t>
      </w:r>
    </w:p>
    <w:p w14:paraId="404F496E" w14:textId="4D352CCD" w:rsidR="00E53D6F" w:rsidRPr="002232D5" w:rsidRDefault="002232D5" w:rsidP="002232D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Motion to adjourn by Rupert Pratt. Seconded by Joel Doyon. Meeting adjourned at 6:12pm. The Select Board meeting immediately followed.</w:t>
      </w:r>
    </w:p>
    <w:p w14:paraId="0A48861F" w14:textId="0A21CEBD" w:rsidR="00F30487" w:rsidRDefault="008007D4">
      <w:r>
        <w:t>Respectfully submitted,</w:t>
      </w:r>
      <w:r>
        <w:br/>
        <w:t>Amanda Coolong, town clerk</w:t>
      </w:r>
    </w:p>
    <w:sectPr w:rsidR="00F30487" w:rsidSect="00B17FD6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8B6E" w14:textId="77777777" w:rsidR="00F143A6" w:rsidRDefault="00F143A6">
      <w:pPr>
        <w:spacing w:after="0" w:line="240" w:lineRule="auto"/>
      </w:pPr>
      <w:r>
        <w:separator/>
      </w:r>
    </w:p>
  </w:endnote>
  <w:endnote w:type="continuationSeparator" w:id="0">
    <w:p w14:paraId="6A756199" w14:textId="77777777" w:rsidR="00F143A6" w:rsidRDefault="00F1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DA5C2CD-F131-422A-8A48-ADFEB6F1BC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151DD3B-C488-405B-B0DF-63F7F9648B1F}"/>
    <w:embedBold r:id="rId3" w:fontKey="{2CC48113-149C-4928-BD90-58025FDA32FB}"/>
    <w:embedItalic r:id="rId4" w:fontKey="{B28FDE61-EA4B-433F-80F0-7B4DD167349B}"/>
    <w:embedBoldItalic r:id="rId5" w:fontKey="{901C34C0-0B43-4B7D-8056-45EB85620697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6" w:fontKey="{FF8CFFDB-0641-42B5-9FE2-700ECCE041DD}"/>
    <w:embedBold r:id="rId7" w:fontKey="{F80CFDE0-D27E-4491-AB22-2AAFA07D73D8}"/>
    <w:embedItalic r:id="rId8" w:fontKey="{BE1BBA8A-8B04-4487-93F0-838442E7A9E2}"/>
    <w:embedBoldItalic r:id="rId9" w:fontKey="{012CCD2F-C74B-495F-872B-F8643E1D6FDB}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9E82" w14:textId="77777777" w:rsidR="00F143A6" w:rsidRDefault="00F143A6">
      <w:pPr>
        <w:spacing w:after="0" w:line="240" w:lineRule="auto"/>
      </w:pPr>
      <w:r>
        <w:separator/>
      </w:r>
    </w:p>
  </w:footnote>
  <w:footnote w:type="continuationSeparator" w:id="0">
    <w:p w14:paraId="04F27982" w14:textId="77777777" w:rsidR="00F143A6" w:rsidRDefault="00F14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8620" w14:textId="4F3C7238" w:rsidR="00F30487" w:rsidRDefault="008007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  <w:t xml:space="preserve">          Strong </w:t>
    </w:r>
    <w:r w:rsidR="002B0CCF">
      <w:rPr>
        <w:b/>
        <w:bCs/>
        <w:color w:val="000000"/>
      </w:rPr>
      <w:t>Special Town</w:t>
    </w:r>
    <w:r w:rsidR="0092298D">
      <w:rPr>
        <w:b/>
        <w:bCs/>
        <w:color w:val="000000"/>
      </w:rPr>
      <w:t xml:space="preserve"> </w:t>
    </w:r>
    <w:r>
      <w:rPr>
        <w:b/>
        <w:bCs/>
        <w:color w:val="000000"/>
      </w:rPr>
      <w:t>Meeting Minutes</w:t>
    </w:r>
  </w:p>
  <w:p w14:paraId="0A488621" w14:textId="70548757" w:rsidR="00F30487" w:rsidRDefault="008007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  <w:t xml:space="preserve">          </w:t>
    </w:r>
    <w:r w:rsidR="002B0CCF">
      <w:rPr>
        <w:b/>
        <w:bCs/>
        <w:color w:val="000000"/>
      </w:rPr>
      <w:t>Tuesday</w:t>
    </w:r>
    <w:r>
      <w:rPr>
        <w:b/>
        <w:bCs/>
        <w:color w:val="000000"/>
      </w:rPr>
      <w:t xml:space="preserve">, </w:t>
    </w:r>
    <w:r w:rsidR="002B0CCF">
      <w:rPr>
        <w:b/>
        <w:bCs/>
      </w:rPr>
      <w:t>July</w:t>
    </w:r>
    <w:r>
      <w:rPr>
        <w:b/>
        <w:bCs/>
        <w:color w:val="000000"/>
      </w:rPr>
      <w:t xml:space="preserve"> </w:t>
    </w:r>
    <w:r w:rsidR="002B0CCF">
      <w:rPr>
        <w:b/>
        <w:bCs/>
      </w:rPr>
      <w:t>2</w:t>
    </w:r>
    <w:r w:rsidR="0092298D">
      <w:rPr>
        <w:b/>
        <w:bCs/>
      </w:rPr>
      <w:t>8</w:t>
    </w:r>
    <w:r>
      <w:rPr>
        <w:b/>
        <w:bCs/>
        <w:color w:val="000000"/>
      </w:rPr>
      <w:t xml:space="preserve">, </w:t>
    </w:r>
    <w:proofErr w:type="gramStart"/>
    <w:r>
      <w:rPr>
        <w:b/>
        <w:bCs/>
        <w:color w:val="000000"/>
      </w:rPr>
      <w:t>2026</w:t>
    </w:r>
    <w:proofErr w:type="gramEnd"/>
    <w:r>
      <w:rPr>
        <w:b/>
        <w:bCs/>
        <w:color w:val="000000"/>
      </w:rPr>
      <w:t xml:space="preserve"> at </w:t>
    </w:r>
    <w:r w:rsidR="002B0CCF">
      <w:rPr>
        <w:b/>
        <w:bCs/>
        <w:color w:val="000000"/>
      </w:rPr>
      <w:t>6</w:t>
    </w:r>
    <w:r w:rsidR="00722E83">
      <w:rPr>
        <w:b/>
        <w:bCs/>
        <w:color w:val="000000"/>
      </w:rPr>
      <w:t>:</w:t>
    </w:r>
    <w:r w:rsidR="002B0CCF">
      <w:rPr>
        <w:b/>
        <w:bCs/>
        <w:color w:val="000000"/>
      </w:rPr>
      <w:t>0</w:t>
    </w:r>
    <w:r w:rsidR="0092298D">
      <w:rPr>
        <w:b/>
        <w:bCs/>
        <w:color w:val="000000"/>
      </w:rPr>
      <w:t>0</w:t>
    </w:r>
    <w:r>
      <w:rPr>
        <w:b/>
        <w:bCs/>
        <w:color w:val="000000"/>
      </w:rPr>
      <w:t xml:space="preserve"> PM</w:t>
    </w:r>
  </w:p>
  <w:p w14:paraId="0A488622" w14:textId="77777777" w:rsidR="00F30487" w:rsidRDefault="008007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  <w:t xml:space="preserve">          Forster Memorial Building, 14 S. Main St.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1B9"/>
    <w:multiLevelType w:val="multilevel"/>
    <w:tmpl w:val="90E4F27A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F2211A"/>
    <w:multiLevelType w:val="hybridMultilevel"/>
    <w:tmpl w:val="31A00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3655F0"/>
    <w:multiLevelType w:val="multilevel"/>
    <w:tmpl w:val="56823956"/>
    <w:lvl w:ilvl="0">
      <w:start w:val="1"/>
      <w:numFmt w:val="bullet"/>
      <w:pStyle w:val="ListBullet2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F550BC"/>
    <w:multiLevelType w:val="multilevel"/>
    <w:tmpl w:val="14767BB4"/>
    <w:lvl w:ilvl="0">
      <w:start w:val="1"/>
      <w:numFmt w:val="bullet"/>
      <w:pStyle w:val="ListBullet3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155850"/>
    <w:multiLevelType w:val="multilevel"/>
    <w:tmpl w:val="713C9E92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6608317">
    <w:abstractNumId w:val="0"/>
  </w:num>
  <w:num w:numId="2" w16cid:durableId="1839610219">
    <w:abstractNumId w:val="2"/>
  </w:num>
  <w:num w:numId="3" w16cid:durableId="175267982">
    <w:abstractNumId w:val="3"/>
  </w:num>
  <w:num w:numId="4" w16cid:durableId="1957180373">
    <w:abstractNumId w:val="4"/>
  </w:num>
  <w:num w:numId="5" w16cid:durableId="7102991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32524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630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487"/>
    <w:rsid w:val="0001426C"/>
    <w:rsid w:val="00015D7C"/>
    <w:rsid w:val="00035A7A"/>
    <w:rsid w:val="000407E0"/>
    <w:rsid w:val="000672C1"/>
    <w:rsid w:val="000A5ABF"/>
    <w:rsid w:val="000D1CAD"/>
    <w:rsid w:val="000D1FBC"/>
    <w:rsid w:val="000D4F21"/>
    <w:rsid w:val="000F4EE2"/>
    <w:rsid w:val="001048AB"/>
    <w:rsid w:val="00194412"/>
    <w:rsid w:val="001A33F7"/>
    <w:rsid w:val="001A5766"/>
    <w:rsid w:val="001C1476"/>
    <w:rsid w:val="001D5AF1"/>
    <w:rsid w:val="00207AE1"/>
    <w:rsid w:val="00221EA2"/>
    <w:rsid w:val="002232D5"/>
    <w:rsid w:val="00232EF6"/>
    <w:rsid w:val="0025475B"/>
    <w:rsid w:val="00255C67"/>
    <w:rsid w:val="00265412"/>
    <w:rsid w:val="00290C55"/>
    <w:rsid w:val="002B0CCF"/>
    <w:rsid w:val="00370EC0"/>
    <w:rsid w:val="003B2BD7"/>
    <w:rsid w:val="003E6080"/>
    <w:rsid w:val="004C35BE"/>
    <w:rsid w:val="0051573E"/>
    <w:rsid w:val="00551528"/>
    <w:rsid w:val="0056168B"/>
    <w:rsid w:val="00583823"/>
    <w:rsid w:val="005B5E02"/>
    <w:rsid w:val="00615172"/>
    <w:rsid w:val="00621CCB"/>
    <w:rsid w:val="0067457B"/>
    <w:rsid w:val="006A42ED"/>
    <w:rsid w:val="006C24BE"/>
    <w:rsid w:val="006C5DD2"/>
    <w:rsid w:val="00722E83"/>
    <w:rsid w:val="00737389"/>
    <w:rsid w:val="00771674"/>
    <w:rsid w:val="007D3A91"/>
    <w:rsid w:val="008007D4"/>
    <w:rsid w:val="008148DE"/>
    <w:rsid w:val="00833C0D"/>
    <w:rsid w:val="00845CBB"/>
    <w:rsid w:val="0089463A"/>
    <w:rsid w:val="008A75DD"/>
    <w:rsid w:val="008B3559"/>
    <w:rsid w:val="0092298D"/>
    <w:rsid w:val="00963F02"/>
    <w:rsid w:val="00983A74"/>
    <w:rsid w:val="009C29B5"/>
    <w:rsid w:val="009E3DC1"/>
    <w:rsid w:val="00A21DC3"/>
    <w:rsid w:val="00A84256"/>
    <w:rsid w:val="00AC5A74"/>
    <w:rsid w:val="00B03AB5"/>
    <w:rsid w:val="00B17FD6"/>
    <w:rsid w:val="00B20364"/>
    <w:rsid w:val="00B57586"/>
    <w:rsid w:val="00B7677A"/>
    <w:rsid w:val="00B81348"/>
    <w:rsid w:val="00B86231"/>
    <w:rsid w:val="00B95441"/>
    <w:rsid w:val="00BA2A2E"/>
    <w:rsid w:val="00BA5D2C"/>
    <w:rsid w:val="00BC348F"/>
    <w:rsid w:val="00BF4B13"/>
    <w:rsid w:val="00C27898"/>
    <w:rsid w:val="00C55B19"/>
    <w:rsid w:val="00CB2BAF"/>
    <w:rsid w:val="00CB7424"/>
    <w:rsid w:val="00CC4A3B"/>
    <w:rsid w:val="00CD7678"/>
    <w:rsid w:val="00D61FF2"/>
    <w:rsid w:val="00D67CEB"/>
    <w:rsid w:val="00D92806"/>
    <w:rsid w:val="00DA6475"/>
    <w:rsid w:val="00E03DCC"/>
    <w:rsid w:val="00E247EE"/>
    <w:rsid w:val="00E5159B"/>
    <w:rsid w:val="00E53D6F"/>
    <w:rsid w:val="00E84945"/>
    <w:rsid w:val="00EA29D5"/>
    <w:rsid w:val="00EB17B2"/>
    <w:rsid w:val="00EB5E9C"/>
    <w:rsid w:val="00EE0EE8"/>
    <w:rsid w:val="00EF18E6"/>
    <w:rsid w:val="00F143A6"/>
    <w:rsid w:val="00F22123"/>
    <w:rsid w:val="00F30487"/>
    <w:rsid w:val="00F5358F"/>
    <w:rsid w:val="00F94BFB"/>
    <w:rsid w:val="00FC78CB"/>
    <w:rsid w:val="00FE6AE6"/>
    <w:rsid w:val="00FF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8607"/>
  <w15:docId w15:val="{7ABB2213-41D7-4F89-A370-C8915C93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CA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0ybdZGekcddKnMGgwKChQUq9Ow==">CgMxLjAyDmgueW1tbGFuZnVjd3g3OAByITFDYXVmQlRrTXR3ejdWYkVFbk45a3R6MG9Ld0JiS01CNg==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560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Clerk</dc:creator>
  <cp:lastModifiedBy>Amanda Coolong</cp:lastModifiedBy>
  <cp:revision>3</cp:revision>
  <cp:lastPrinted>2026-07-31T18:51:00Z</cp:lastPrinted>
  <dcterms:created xsi:type="dcterms:W3CDTF">2026-07-31T18:52:00Z</dcterms:created>
  <dcterms:modified xsi:type="dcterms:W3CDTF">2026-07-31T18:53:00Z</dcterms:modified>
</cp:coreProperties>
</file>